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1900" w:after="360"/>
        <w:contextualSpacing/>
        <w:jc w:val="center"/>
        <w:rPr/>
      </w:pPr>
      <w:r>
        <w:rPr>
          <w:rFonts w:eastAsia="Times New Roman" w:ascii="Times New Roman" w:hAnsi="Times New Roman"/>
          <w:b/>
          <w:sz w:val="48"/>
        </w:rPr>
        <w:t>Два ангела на миллион</w:t>
      </w:r>
    </w:p>
    <w:p>
      <w:pPr>
        <w:pStyle w:val="Heading1"/>
        <w:keepNext w:val="true"/>
        <w:spacing w:before="240" w:after="160"/>
        <w:rPr/>
      </w:pPr>
      <w:r>
        <w:rPr>
          <w:rFonts w:eastAsia="Times New Roman" w:ascii="Times New Roman" w:hAnsi="Times New Roman"/>
          <w:b/>
          <w:sz w:val="30"/>
        </w:rPr>
        <w:t>Трагикомедия в двух частях по одноимённой повести</w:t>
      </w:r>
    </w:p>
    <w:p>
      <w:pPr>
        <w:pStyle w:val="Normal"/>
        <w:spacing w:before="0" w:after="140"/>
        <w:ind w:firstLine="360"/>
        <w:jc w:val="center"/>
        <w:rPr/>
      </w:pPr>
      <w:r>
        <w:rPr>
          <w:rFonts w:eastAsia="Times New Roman"/>
          <w:sz w:val="24"/>
        </w:rPr>
        <w:t>Автор инсценировки и литературной основы: Александр Скидановский</w:t>
      </w:r>
    </w:p>
    <w:p>
      <w:pPr>
        <w:pStyle w:val="Normal"/>
        <w:spacing w:before="0" w:after="140"/>
        <w:ind w:firstLine="360"/>
        <w:jc w:val="center"/>
        <w:rPr/>
      </w:pPr>
      <w:r>
        <w:rPr>
          <w:rFonts w:eastAsia="Times New Roman"/>
          <w:sz w:val="24"/>
        </w:rPr>
        <w:t>Продолжительность: примерно 35–45 минут без антракта</w:t>
      </w:r>
    </w:p>
    <w:p>
      <w:pPr>
        <w:pStyle w:val="Heading1"/>
        <w:keepNext w:val="true"/>
        <w:spacing w:before="240" w:after="160"/>
        <w:rPr/>
      </w:pPr>
      <w:r>
        <w:rPr>
          <w:rFonts w:eastAsia="Times New Roman" w:ascii="Times New Roman" w:hAnsi="Times New Roman"/>
          <w:b/>
          <w:sz w:val="30"/>
        </w:rPr>
        <w:t>Действующие лица</w:t>
      </w:r>
    </w:p>
    <w:p>
      <w:pPr>
        <w:pStyle w:val="Normal"/>
        <w:ind w:hanging="0"/>
        <w:rPr/>
      </w:pPr>
      <w:r>
        <w:rPr>
          <w:rFonts w:eastAsia="Times New Roman"/>
          <w:b/>
          <w:sz w:val="24"/>
        </w:rPr>
        <w:t>Александр Владимирович Скидановский</w:t>
      </w:r>
      <w:r>
        <w:rPr>
          <w:rFonts w:eastAsia="Times New Roman"/>
          <w:sz w:val="24"/>
        </w:rPr>
        <w:t xml:space="preserve"> — школьный учитель химии.</w:t>
      </w:r>
    </w:p>
    <w:p>
      <w:pPr>
        <w:pStyle w:val="Normal"/>
        <w:ind w:hanging="0"/>
        <w:rPr/>
      </w:pPr>
      <w:r>
        <w:rPr>
          <w:rFonts w:eastAsia="Times New Roman"/>
          <w:b/>
          <w:sz w:val="24"/>
        </w:rPr>
        <w:t>Белый ангел</w:t>
      </w:r>
      <w:r>
        <w:rPr>
          <w:rFonts w:eastAsia="Times New Roman"/>
          <w:sz w:val="24"/>
        </w:rPr>
        <w:t xml:space="preserve"> — голос совести Александра.</w:t>
      </w:r>
    </w:p>
    <w:p>
      <w:pPr>
        <w:pStyle w:val="Normal"/>
        <w:ind w:hanging="0"/>
        <w:rPr/>
      </w:pPr>
      <w:r>
        <w:rPr>
          <w:rFonts w:eastAsia="Times New Roman"/>
          <w:b/>
          <w:sz w:val="24"/>
        </w:rPr>
        <w:t>Чёрный ангел</w:t>
      </w:r>
      <w:r>
        <w:rPr>
          <w:rFonts w:eastAsia="Times New Roman"/>
          <w:sz w:val="24"/>
        </w:rPr>
        <w:t xml:space="preserve"> — голос его желаний и здравого, как он сам считает, расчёта.</w:t>
      </w:r>
    </w:p>
    <w:p>
      <w:pPr>
        <w:pStyle w:val="Normal"/>
        <w:ind w:hanging="0"/>
        <w:rPr/>
      </w:pPr>
      <w:r>
        <w:rPr>
          <w:rFonts w:eastAsia="Times New Roman"/>
          <w:b/>
          <w:sz w:val="24"/>
        </w:rPr>
        <w:t>Василиса Владимировна</w:t>
      </w:r>
      <w:r>
        <w:rPr>
          <w:rFonts w:eastAsia="Times New Roman"/>
          <w:sz w:val="24"/>
        </w:rPr>
        <w:t xml:space="preserve"> — молодая врач.</w:t>
      </w:r>
    </w:p>
    <w:p>
      <w:pPr>
        <w:pStyle w:val="Normal"/>
        <w:ind w:hanging="0"/>
        <w:rPr/>
      </w:pPr>
      <w:r>
        <w:rPr>
          <w:rFonts w:eastAsia="Times New Roman"/>
          <w:b/>
          <w:sz w:val="24"/>
        </w:rPr>
        <w:t>Павел Григорьевич</w:t>
      </w:r>
      <w:r>
        <w:rPr>
          <w:rFonts w:eastAsia="Times New Roman"/>
          <w:sz w:val="24"/>
        </w:rPr>
        <w:t xml:space="preserve"> — учитель труда.</w:t>
      </w:r>
    </w:p>
    <w:p>
      <w:pPr>
        <w:pStyle w:val="Normal"/>
        <w:ind w:hanging="0"/>
        <w:rPr/>
      </w:pPr>
      <w:r>
        <w:rPr>
          <w:rFonts w:eastAsia="Times New Roman"/>
          <w:b/>
          <w:sz w:val="24"/>
        </w:rPr>
        <w:t>Наташа</w:t>
      </w:r>
      <w:r>
        <w:rPr>
          <w:rFonts w:eastAsia="Times New Roman"/>
          <w:sz w:val="24"/>
        </w:rPr>
        <w:t xml:space="preserve"> — сестра Александра.</w:t>
      </w:r>
    </w:p>
    <w:p>
      <w:pPr>
        <w:pStyle w:val="Normal"/>
        <w:ind w:hanging="0"/>
        <w:rPr/>
      </w:pPr>
      <w:r>
        <w:rPr>
          <w:rFonts w:eastAsia="Times New Roman"/>
          <w:b/>
          <w:sz w:val="24"/>
        </w:rPr>
        <w:t>Лейтенант</w:t>
      </w:r>
      <w:r>
        <w:rPr>
          <w:rFonts w:eastAsia="Times New Roman"/>
          <w:sz w:val="24"/>
        </w:rPr>
        <w:t xml:space="preserve"> — сотрудник полиции.</w:t>
      </w:r>
    </w:p>
    <w:p>
      <w:pPr>
        <w:pStyle w:val="Normal"/>
        <w:ind w:hanging="0"/>
        <w:rPr/>
      </w:pPr>
      <w:r>
        <w:rPr>
          <w:rFonts w:eastAsia="Times New Roman"/>
          <w:b/>
          <w:sz w:val="24"/>
        </w:rPr>
        <w:t>Следователь</w:t>
      </w:r>
      <w:r>
        <w:rPr>
          <w:rFonts w:eastAsia="Times New Roman"/>
          <w:sz w:val="24"/>
        </w:rPr>
        <w:t xml:space="preserve"> — человек в штатском.</w:t>
      </w:r>
    </w:p>
    <w:p>
      <w:pPr>
        <w:pStyle w:val="Normal"/>
        <w:ind w:hanging="0"/>
        <w:rPr/>
      </w:pPr>
      <w:r>
        <w:rPr>
          <w:rFonts w:eastAsia="Times New Roman"/>
          <w:b/>
          <w:sz w:val="24"/>
        </w:rPr>
        <w:t>Микроб</w:t>
      </w:r>
      <w:r>
        <w:rPr>
          <w:rFonts w:eastAsia="Times New Roman"/>
          <w:sz w:val="24"/>
        </w:rPr>
        <w:t xml:space="preserve"> — арестант.</w:t>
      </w:r>
    </w:p>
    <w:p>
      <w:pPr>
        <w:pStyle w:val="Normal"/>
        <w:ind w:firstLine="360"/>
        <w:rPr/>
      </w:pPr>
      <w:r>
        <w:rPr>
          <w:rFonts w:eastAsia="Times New Roman"/>
          <w:sz w:val="24"/>
        </w:rPr>
        <w:t>Небольшие роли врача, медсестры, санитаров, инспекторов, таксиста и школьных работников могут исполняться актёрами основного состава.</w:t>
      </w:r>
    </w:p>
    <w:p>
      <w:pPr>
        <w:pStyle w:val="Heading1"/>
        <w:keepNext w:val="true"/>
        <w:spacing w:before="240" w:after="160"/>
        <w:rPr/>
      </w:pPr>
      <w:r>
        <w:rPr>
          <w:rFonts w:eastAsia="Times New Roman" w:ascii="Times New Roman" w:hAnsi="Times New Roman"/>
          <w:b/>
          <w:sz w:val="30"/>
        </w:rPr>
        <w:t>Сценическое пространство</w:t>
      </w:r>
    </w:p>
    <w:p>
      <w:pPr>
        <w:pStyle w:val="Normal"/>
        <w:ind w:firstLine="360"/>
        <w:rPr/>
      </w:pPr>
      <w:r>
        <w:rPr>
          <w:rFonts w:eastAsia="Times New Roman"/>
          <w:sz w:val="24"/>
        </w:rPr>
        <w:t>Белый и Чёрный ангелы видимы зрителям, но не другим персонажам. Они могут сидеть на двух высоких стульях по сторонам от Александра, сопровождать его или разыгрывать предлагаемые ими варианты будущего.</w:t>
      </w:r>
    </w:p>
    <w:p>
      <w:pPr>
        <w:pStyle w:val="Normal"/>
        <w:ind w:firstLine="360"/>
        <w:rPr/>
      </w:pPr>
      <w:r>
        <w:rPr>
          <w:rFonts w:eastAsia="Times New Roman"/>
          <w:sz w:val="24"/>
        </w:rPr>
        <w:t>Основные места — больничная палата, квартира, школьная мастерская и кабинет следователя — обозначаются несколькими передвижными предметами. Автомобиль создаётся двумя креслами и рулём. Все переходы открыты зрителю.</w:t>
      </w:r>
    </w:p>
    <w:p>
      <w:pPr>
        <w:pStyle w:val="Title"/>
        <w:spacing w:before="1900" w:after="360"/>
        <w:contextualSpacing/>
        <w:jc w:val="center"/>
        <w:rPr/>
      </w:pPr>
      <w:r>
        <w:rPr>
          <w:rFonts w:eastAsia="Times New Roman" w:ascii="Times New Roman" w:hAnsi="Times New Roman"/>
          <w:b/>
          <w:sz w:val="48"/>
        </w:rPr>
        <w:t>Действие первое</w:t>
      </w:r>
    </w:p>
    <w:p>
      <w:pPr>
        <w:pStyle w:val="Heading1"/>
        <w:keepNext w:val="true"/>
        <w:spacing w:before="240" w:after="160"/>
        <w:rPr/>
      </w:pPr>
      <w:r>
        <w:rPr>
          <w:rFonts w:eastAsia="Times New Roman" w:ascii="Times New Roman" w:hAnsi="Times New Roman"/>
          <w:b/>
          <w:sz w:val="30"/>
        </w:rPr>
        <w:t>Сцена 1 Ангелы на плечах</w:t>
      </w:r>
    </w:p>
    <w:p>
      <w:pPr>
        <w:pStyle w:val="Normal"/>
        <w:ind w:firstLine="360"/>
        <w:rPr/>
      </w:pPr>
      <w:r>
        <w:rPr>
          <w:rFonts w:eastAsia="Times New Roman"/>
          <w:sz w:val="24"/>
        </w:rPr>
        <w:t>Полумрак. АЛЕКСАНДР лежит на кровати и листает телефон. По обе стороны от него появляются БЕЛЫЙ и ЧЁРНЫЙ.</w:t>
      </w:r>
    </w:p>
    <w:p>
      <w:pPr>
        <w:pStyle w:val="Normal"/>
        <w:ind w:hanging="0"/>
        <w:rPr/>
      </w:pPr>
      <w:r>
        <w:rPr>
          <w:rFonts w:eastAsia="Times New Roman"/>
          <w:b/>
          <w:sz w:val="24"/>
        </w:rPr>
        <w:t>БЕЛЫЙ.</w:t>
      </w:r>
      <w:r>
        <w:rPr>
          <w:rFonts w:eastAsia="Times New Roman"/>
          <w:sz w:val="24"/>
        </w:rPr>
        <w:t xml:space="preserve"> Деньги не главное. Слушай меня, и совесть твоя будет чиста. А без этого нет счастья.</w:t>
      </w:r>
    </w:p>
    <w:p>
      <w:pPr>
        <w:pStyle w:val="Normal"/>
        <w:ind w:hanging="0"/>
        <w:rPr/>
      </w:pPr>
      <w:r>
        <w:rPr>
          <w:rFonts w:eastAsia="Times New Roman"/>
          <w:b/>
          <w:sz w:val="24"/>
        </w:rPr>
        <w:t>ЧЁРНЫЙ.</w:t>
      </w:r>
      <w:r>
        <w:rPr>
          <w:rFonts w:eastAsia="Times New Roman"/>
          <w:sz w:val="24"/>
        </w:rPr>
        <w:t xml:space="preserve"> Всё это чушь. Без денег счастливым стать невозможно. Проверено миллион миллионов раз. Слушай меня — и будешь счастлив здесь и сейчас.</w:t>
      </w:r>
    </w:p>
    <w:p>
      <w:pPr>
        <w:pStyle w:val="Normal"/>
        <w:ind w:hanging="0"/>
        <w:rPr/>
      </w:pPr>
      <w:r>
        <w:rPr>
          <w:rFonts w:eastAsia="Times New Roman"/>
          <w:b/>
          <w:sz w:val="24"/>
        </w:rPr>
        <w:t>АЛЕКСАНДР.</w:t>
      </w:r>
      <w:r>
        <w:rPr>
          <w:rFonts w:eastAsia="Times New Roman"/>
          <w:sz w:val="24"/>
        </w:rPr>
        <w:t xml:space="preserve"> Лучше бы вы мне реально помогли. Деньгами, например.</w:t>
      </w:r>
    </w:p>
    <w:p>
      <w:pPr>
        <w:pStyle w:val="Normal"/>
        <w:ind w:firstLine="360"/>
        <w:rPr/>
      </w:pPr>
      <w:r>
        <w:rPr>
          <w:rFonts w:eastAsia="Times New Roman"/>
          <w:sz w:val="24"/>
        </w:rPr>
        <w:t>Ангелы замолкают.</w:t>
      </w:r>
    </w:p>
    <w:p>
      <w:pPr>
        <w:pStyle w:val="Normal"/>
        <w:ind w:firstLine="360"/>
        <w:rPr/>
      </w:pPr>
      <w:r>
        <w:rPr>
          <w:rFonts w:eastAsia="Times New Roman"/>
          <w:b/>
          <w:sz w:val="24"/>
        </w:rPr>
        <w:t>АЛЕКСАНДР</w:t>
      </w:r>
      <w:r>
        <w:rPr>
          <w:rFonts w:eastAsia="Times New Roman"/>
          <w:sz w:val="24"/>
        </w:rPr>
        <w:t xml:space="preserve"> (зрителям). Это не голоса. Я внутренний голос для удобства делю на две части. Каждый сам знает, что хорошо, а что нет. А у меня, как спорный вопрос появляется, эти двое сразу начинают борьбу.</w:t>
      </w:r>
    </w:p>
    <w:p>
      <w:pPr>
        <w:pStyle w:val="Normal"/>
        <w:ind w:hanging="0"/>
        <w:rPr/>
      </w:pPr>
      <w:r>
        <w:rPr>
          <w:rFonts w:eastAsia="Times New Roman"/>
          <w:b/>
          <w:sz w:val="24"/>
        </w:rPr>
        <w:t>БЕЛЫЙ.</w:t>
      </w:r>
      <w:r>
        <w:rPr>
          <w:rFonts w:eastAsia="Times New Roman"/>
          <w:sz w:val="24"/>
        </w:rPr>
        <w:t xml:space="preserve"> Вставай. В школе мероприятие, коллегам нужна помощь.</w:t>
      </w:r>
    </w:p>
    <w:p>
      <w:pPr>
        <w:pStyle w:val="Normal"/>
        <w:ind w:hanging="0"/>
        <w:rPr/>
      </w:pPr>
      <w:r>
        <w:rPr>
          <w:rFonts w:eastAsia="Times New Roman"/>
          <w:b/>
          <w:sz w:val="24"/>
        </w:rPr>
        <w:t>ЧЁРНЫЙ.</w:t>
      </w:r>
      <w:r>
        <w:rPr>
          <w:rFonts w:eastAsia="Times New Roman"/>
          <w:sz w:val="24"/>
        </w:rPr>
        <w:t xml:space="preserve"> Лежи. Там на тебе ездят, а в ответ ни денег, ни благодарности.</w:t>
      </w:r>
    </w:p>
    <w:p>
      <w:pPr>
        <w:pStyle w:val="Normal"/>
        <w:ind w:hanging="0"/>
        <w:rPr/>
      </w:pPr>
      <w:r>
        <w:rPr>
          <w:rFonts w:eastAsia="Times New Roman"/>
          <w:b/>
          <w:sz w:val="24"/>
        </w:rPr>
        <w:t>АЛЕКСАНДР.</w:t>
      </w:r>
      <w:r>
        <w:rPr>
          <w:rFonts w:eastAsia="Times New Roman"/>
          <w:sz w:val="24"/>
        </w:rPr>
        <w:t xml:space="preserve"> Пойду. Но медленно. И инициативу проявлять не буду.</w:t>
      </w:r>
    </w:p>
    <w:p>
      <w:pPr>
        <w:pStyle w:val="Normal"/>
        <w:ind w:firstLine="360"/>
        <w:rPr/>
      </w:pPr>
      <w:r>
        <w:rPr>
          <w:rFonts w:eastAsia="Times New Roman"/>
          <w:sz w:val="24"/>
        </w:rPr>
        <w:t>Он вскакивает и торопливо собирается.</w:t>
      </w:r>
    </w:p>
    <w:p>
      <w:pPr>
        <w:pStyle w:val="Normal"/>
        <w:ind w:hanging="0"/>
        <w:rPr/>
      </w:pPr>
      <w:r>
        <w:rPr>
          <w:rFonts w:eastAsia="Times New Roman"/>
          <w:b/>
          <w:sz w:val="24"/>
        </w:rPr>
        <w:t>ЧЁРНЫЙ.</w:t>
      </w:r>
      <w:r>
        <w:rPr>
          <w:rFonts w:eastAsia="Times New Roman"/>
          <w:sz w:val="24"/>
        </w:rPr>
        <w:t xml:space="preserve"> Очень медленно пошёл.</w:t>
      </w:r>
    </w:p>
    <w:p>
      <w:pPr>
        <w:pStyle w:val="Normal"/>
        <w:ind w:firstLine="360"/>
        <w:rPr/>
      </w:pPr>
      <w:r>
        <w:rPr>
          <w:rFonts w:eastAsia="Times New Roman"/>
          <w:sz w:val="24"/>
        </w:rPr>
        <w:t>Шум автобуса, затем улицы. Александр подходит к пешеходному переходу.</w:t>
      </w:r>
    </w:p>
    <w:p>
      <w:pPr>
        <w:pStyle w:val="Normal"/>
        <w:ind w:hanging="0"/>
        <w:rPr/>
      </w:pPr>
      <w:r>
        <w:rPr>
          <w:rFonts w:eastAsia="Times New Roman"/>
          <w:b/>
          <w:sz w:val="24"/>
        </w:rPr>
        <w:t>АЛЕКСАНДР.</w:t>
      </w:r>
      <w:r>
        <w:rPr>
          <w:rFonts w:eastAsia="Times New Roman"/>
          <w:sz w:val="24"/>
        </w:rPr>
        <w:t xml:space="preserve"> Я химик. Человек из кабинета, где висит таблица Менделеева. Обычно химик в школе — это химичка. А меня дети зовут: «Вон химик идёт». Администрация — исключительно по фамилии: «Где Скидановский? Почему его опять нет?»</w:t>
      </w:r>
    </w:p>
    <w:p>
      <w:pPr>
        <w:pStyle w:val="Normal"/>
        <w:ind w:firstLine="360"/>
        <w:rPr/>
      </w:pPr>
      <w:r>
        <w:rPr>
          <w:rFonts w:eastAsia="Times New Roman"/>
          <w:sz w:val="24"/>
        </w:rPr>
        <w:t>Он ступает на зебру. Рядом торопится незнакомый мужчина. Вспышка. Взрыв. Александр падает. Темнота.</w:t>
      </w:r>
    </w:p>
    <w:p>
      <w:pPr>
        <w:pStyle w:val="Heading1"/>
        <w:keepNext w:val="true"/>
        <w:spacing w:before="240" w:after="160"/>
        <w:rPr/>
      </w:pPr>
      <w:r>
        <w:rPr>
          <w:rFonts w:eastAsia="Times New Roman" w:ascii="Times New Roman" w:hAnsi="Times New Roman"/>
          <w:b/>
          <w:sz w:val="30"/>
        </w:rPr>
        <w:t>Сцена 2 Белый потолок</w:t>
      </w:r>
    </w:p>
    <w:p>
      <w:pPr>
        <w:pStyle w:val="Normal"/>
        <w:ind w:firstLine="360"/>
        <w:rPr/>
      </w:pPr>
      <w:r>
        <w:rPr>
          <w:rFonts w:eastAsia="Times New Roman"/>
          <w:sz w:val="24"/>
        </w:rPr>
        <w:t>Больничная палата. Александр открывает глаза. Голова перебинтована, нога в гипсе. Вокруг движутся люди, но звука нет.</w:t>
      </w:r>
    </w:p>
    <w:p>
      <w:pPr>
        <w:pStyle w:val="Normal"/>
        <w:ind w:hanging="0"/>
        <w:rPr/>
      </w:pPr>
      <w:r>
        <w:rPr>
          <w:rFonts w:eastAsia="Times New Roman"/>
          <w:b/>
          <w:sz w:val="24"/>
        </w:rPr>
        <w:t>ЧЁРНЫЙ.</w:t>
      </w:r>
      <w:r>
        <w:rPr>
          <w:rFonts w:eastAsia="Times New Roman"/>
          <w:sz w:val="24"/>
        </w:rPr>
        <w:t xml:space="preserve"> Ну всё, допрыгались. Говорил: сиди дома.</w:t>
      </w:r>
    </w:p>
    <w:p>
      <w:pPr>
        <w:pStyle w:val="Normal"/>
        <w:ind w:hanging="0"/>
        <w:rPr/>
      </w:pPr>
      <w:r>
        <w:rPr>
          <w:rFonts w:eastAsia="Times New Roman"/>
          <w:b/>
          <w:sz w:val="24"/>
        </w:rPr>
        <w:t>АЛЕКСАНДР.</w:t>
      </w:r>
      <w:r>
        <w:rPr>
          <w:rFonts w:eastAsia="Times New Roman"/>
          <w:sz w:val="24"/>
        </w:rPr>
        <w:t xml:space="preserve"> Я оглох.</w:t>
      </w:r>
    </w:p>
    <w:p>
      <w:pPr>
        <w:pStyle w:val="Normal"/>
        <w:ind w:hanging="0"/>
        <w:rPr/>
      </w:pPr>
      <w:r>
        <w:rPr>
          <w:rFonts w:eastAsia="Times New Roman"/>
          <w:b/>
          <w:sz w:val="24"/>
        </w:rPr>
        <w:t>БЕЛЫЙ.</w:t>
      </w:r>
      <w:r>
        <w:rPr>
          <w:rFonts w:eastAsia="Times New Roman"/>
          <w:sz w:val="24"/>
        </w:rPr>
        <w:t xml:space="preserve"> Из-за бинтов, наверное.</w:t>
      </w:r>
    </w:p>
    <w:p>
      <w:pPr>
        <w:pStyle w:val="Normal"/>
        <w:ind w:hanging="0"/>
        <w:rPr/>
      </w:pPr>
      <w:r>
        <w:rPr>
          <w:rFonts w:eastAsia="Times New Roman"/>
          <w:b/>
          <w:sz w:val="24"/>
        </w:rPr>
        <w:t>ЧЁРНЫЙ.</w:t>
      </w:r>
      <w:r>
        <w:rPr>
          <w:rFonts w:eastAsia="Times New Roman"/>
          <w:sz w:val="24"/>
        </w:rPr>
        <w:t xml:space="preserve"> Конечно. Тебе голову как чемодан в аэропорту замотали.</w:t>
      </w:r>
    </w:p>
    <w:p>
      <w:pPr>
        <w:pStyle w:val="Normal"/>
        <w:ind w:firstLine="360"/>
        <w:rPr/>
      </w:pPr>
      <w:r>
        <w:rPr>
          <w:rFonts w:eastAsia="Times New Roman"/>
          <w:sz w:val="24"/>
        </w:rPr>
        <w:t>Подходит ВАСИЛИСА. Говорит, но Александр не слышит. Достаёт блокнот и пишет.</w:t>
      </w:r>
    </w:p>
    <w:p>
      <w:pPr>
        <w:pStyle w:val="Normal"/>
        <w:ind w:hanging="0"/>
        <w:rPr/>
      </w:pPr>
      <w:r>
        <w:rPr>
          <w:rFonts w:eastAsia="Times New Roman"/>
          <w:b/>
          <w:sz w:val="24"/>
        </w:rPr>
        <w:t>АЛЕКСАНДР.</w:t>
      </w:r>
      <w:r>
        <w:rPr>
          <w:rFonts w:eastAsia="Times New Roman"/>
          <w:sz w:val="24"/>
        </w:rPr>
        <w:t xml:space="preserve"> Я в больнице? Что случилось? Меня сбила машина?</w:t>
      </w:r>
    </w:p>
    <w:p>
      <w:pPr>
        <w:pStyle w:val="Normal"/>
        <w:ind w:firstLine="360"/>
        <w:rPr/>
      </w:pPr>
      <w:r>
        <w:rPr>
          <w:rFonts w:eastAsia="Times New Roman"/>
          <w:sz w:val="24"/>
        </w:rPr>
        <w:t>Василиса качает головой и показывает запись.</w:t>
      </w:r>
    </w:p>
    <w:p>
      <w:pPr>
        <w:pStyle w:val="Normal"/>
        <w:ind w:firstLine="360"/>
        <w:rPr/>
      </w:pPr>
      <w:r>
        <w:rPr>
          <w:rFonts w:eastAsia="Times New Roman"/>
          <w:b/>
          <w:sz w:val="24"/>
        </w:rPr>
        <w:t>АЛЕКСАНДР</w:t>
      </w:r>
      <w:r>
        <w:rPr>
          <w:rFonts w:eastAsia="Times New Roman"/>
          <w:sz w:val="24"/>
        </w:rPr>
        <w:t xml:space="preserve"> (читает). «Рядом с вами взорвался газовый баллон в автомобиле. Повреждены барабанные перепонки. Слух восстановится. Трещина кости бедра. Сотрясение».</w:t>
      </w:r>
    </w:p>
    <w:p>
      <w:pPr>
        <w:pStyle w:val="Normal"/>
        <w:ind w:hanging="0"/>
        <w:rPr/>
      </w:pPr>
      <w:r>
        <w:rPr>
          <w:rFonts w:eastAsia="Times New Roman"/>
          <w:b/>
          <w:sz w:val="24"/>
        </w:rPr>
        <w:t>ЧЁРНЫЙ.</w:t>
      </w:r>
      <w:r>
        <w:rPr>
          <w:rFonts w:eastAsia="Times New Roman"/>
          <w:sz w:val="24"/>
        </w:rPr>
        <w:t xml:space="preserve"> Отлично прогулялись до школы.</w:t>
      </w:r>
    </w:p>
    <w:p>
      <w:pPr>
        <w:pStyle w:val="Normal"/>
        <w:ind w:firstLine="360"/>
        <w:rPr/>
      </w:pPr>
      <w:r>
        <w:rPr>
          <w:rFonts w:eastAsia="Times New Roman"/>
          <w:sz w:val="24"/>
        </w:rPr>
        <w:t>Василиса улыбается.</w:t>
      </w:r>
    </w:p>
    <w:p>
      <w:pPr>
        <w:pStyle w:val="Normal"/>
        <w:ind w:hanging="0"/>
        <w:rPr/>
      </w:pPr>
      <w:r>
        <w:rPr>
          <w:rFonts w:eastAsia="Times New Roman"/>
          <w:b/>
          <w:sz w:val="24"/>
        </w:rPr>
        <w:t>АЛЕКСАНДР.</w:t>
      </w:r>
      <w:r>
        <w:rPr>
          <w:rFonts w:eastAsia="Times New Roman"/>
          <w:sz w:val="24"/>
        </w:rPr>
        <w:t xml:space="preserve"> А вы доктор?</w:t>
      </w:r>
    </w:p>
    <w:p>
      <w:pPr>
        <w:pStyle w:val="Normal"/>
        <w:ind w:firstLine="360"/>
        <w:rPr/>
      </w:pPr>
      <w:r>
        <w:rPr>
          <w:rFonts w:eastAsia="Times New Roman"/>
          <w:sz w:val="24"/>
        </w:rPr>
        <w:t>Она кивает.</w:t>
      </w:r>
    </w:p>
    <w:p>
      <w:pPr>
        <w:pStyle w:val="Normal"/>
        <w:ind w:hanging="0"/>
        <w:rPr/>
      </w:pPr>
      <w:r>
        <w:rPr>
          <w:rFonts w:eastAsia="Times New Roman"/>
          <w:b/>
          <w:sz w:val="24"/>
        </w:rPr>
        <w:t>АЛЕКСАНДР.</w:t>
      </w:r>
      <w:r>
        <w:rPr>
          <w:rFonts w:eastAsia="Times New Roman"/>
          <w:sz w:val="24"/>
        </w:rPr>
        <w:t xml:space="preserve"> Очень жаль, что я вас не слышу.</w:t>
      </w:r>
    </w:p>
    <w:p>
      <w:pPr>
        <w:pStyle w:val="Normal"/>
        <w:ind w:firstLine="360"/>
        <w:rPr/>
      </w:pPr>
      <w:r>
        <w:rPr>
          <w:rFonts w:eastAsia="Times New Roman"/>
          <w:sz w:val="24"/>
        </w:rPr>
        <w:t>Василиса пишет: «Это поправимо».</w:t>
      </w:r>
    </w:p>
    <w:p>
      <w:pPr>
        <w:pStyle w:val="Heading1"/>
        <w:keepNext w:val="true"/>
        <w:spacing w:before="240" w:after="160"/>
        <w:rPr/>
      </w:pPr>
      <w:r>
        <w:rPr>
          <w:rFonts w:eastAsia="Times New Roman" w:ascii="Times New Roman" w:hAnsi="Times New Roman"/>
          <w:b/>
          <w:sz w:val="30"/>
        </w:rPr>
        <w:t>Сцена 3 Чужая сумка</w:t>
      </w:r>
    </w:p>
    <w:p>
      <w:pPr>
        <w:pStyle w:val="Normal"/>
        <w:ind w:firstLine="360"/>
        <w:rPr/>
      </w:pPr>
      <w:r>
        <w:rPr>
          <w:rFonts w:eastAsia="Times New Roman"/>
          <w:sz w:val="24"/>
        </w:rPr>
        <w:t>Палата перед выпиской. Санитар приносит одежду и дорожную сумку.</w:t>
      </w:r>
    </w:p>
    <w:p>
      <w:pPr>
        <w:pStyle w:val="Normal"/>
        <w:ind w:hanging="0"/>
        <w:rPr/>
      </w:pPr>
      <w:r>
        <w:rPr>
          <w:rFonts w:eastAsia="Times New Roman"/>
          <w:b/>
          <w:sz w:val="24"/>
        </w:rPr>
        <w:t>САНИТАР.</w:t>
      </w:r>
      <w:r>
        <w:rPr>
          <w:rFonts w:eastAsia="Times New Roman"/>
          <w:sz w:val="24"/>
        </w:rPr>
        <w:t xml:space="preserve"> Скидановский? Ваши вещи. Распишитесь.</w:t>
      </w:r>
    </w:p>
    <w:p>
      <w:pPr>
        <w:pStyle w:val="Normal"/>
        <w:ind w:firstLine="360"/>
        <w:rPr/>
      </w:pPr>
      <w:r>
        <w:rPr>
          <w:rFonts w:eastAsia="Times New Roman"/>
          <w:sz w:val="24"/>
        </w:rPr>
        <w:t>Александр расписывается. С трудом переодевается, забирает сумку и уходит. Ангелы идут следом.</w:t>
      </w:r>
    </w:p>
    <w:p>
      <w:pPr>
        <w:pStyle w:val="Normal"/>
        <w:ind w:firstLine="360"/>
        <w:rPr/>
      </w:pPr>
      <w:r>
        <w:rPr>
          <w:rFonts w:eastAsia="Times New Roman"/>
          <w:sz w:val="24"/>
        </w:rPr>
        <w:t>Квартира. Александр открывает сумку.</w:t>
      </w:r>
    </w:p>
    <w:p>
      <w:pPr>
        <w:pStyle w:val="Normal"/>
        <w:ind w:hanging="0"/>
        <w:rPr/>
      </w:pPr>
      <w:r>
        <w:rPr>
          <w:rFonts w:eastAsia="Times New Roman"/>
          <w:b/>
          <w:sz w:val="24"/>
        </w:rPr>
        <w:t>АЛЕКСАНДР.</w:t>
      </w:r>
      <w:r>
        <w:rPr>
          <w:rFonts w:eastAsia="Times New Roman"/>
          <w:sz w:val="24"/>
        </w:rPr>
        <w:t xml:space="preserve"> Куртка не моя. Брюки не мои. Это вообще чьи вещи?</w:t>
      </w:r>
    </w:p>
    <w:p>
      <w:pPr>
        <w:pStyle w:val="Normal"/>
        <w:ind w:firstLine="360"/>
        <w:rPr/>
      </w:pPr>
      <w:r>
        <w:rPr>
          <w:rFonts w:eastAsia="Times New Roman"/>
          <w:sz w:val="24"/>
        </w:rPr>
        <w:t>Вытаскивает пачку долларов. Затем ещё одну. И ещё. На столе вырастает гора денег.</w:t>
      </w:r>
    </w:p>
    <w:p>
      <w:pPr>
        <w:pStyle w:val="Normal"/>
        <w:ind w:hanging="0"/>
        <w:rPr/>
      </w:pPr>
      <w:r>
        <w:rPr>
          <w:rFonts w:eastAsia="Times New Roman"/>
          <w:b/>
          <w:sz w:val="24"/>
        </w:rPr>
        <w:t>ЧЁРНЫЙ.</w:t>
      </w:r>
      <w:r>
        <w:rPr>
          <w:rFonts w:eastAsia="Times New Roman"/>
          <w:sz w:val="24"/>
        </w:rPr>
        <w:t xml:space="preserve"> Я же говорил: слушай меня — и будешь счастлив.</w:t>
      </w:r>
    </w:p>
    <w:p>
      <w:pPr>
        <w:pStyle w:val="Normal"/>
        <w:ind w:hanging="0"/>
        <w:rPr/>
      </w:pPr>
      <w:r>
        <w:rPr>
          <w:rFonts w:eastAsia="Times New Roman"/>
          <w:b/>
          <w:sz w:val="24"/>
        </w:rPr>
        <w:t>БЕЛЫЙ.</w:t>
      </w:r>
      <w:r>
        <w:rPr>
          <w:rFonts w:eastAsia="Times New Roman"/>
          <w:sz w:val="24"/>
        </w:rPr>
        <w:t xml:space="preserve"> Немедленно отнеси в полицию.</w:t>
      </w:r>
    </w:p>
    <w:p>
      <w:pPr>
        <w:pStyle w:val="Normal"/>
        <w:ind w:hanging="0"/>
        <w:rPr/>
      </w:pPr>
      <w:r>
        <w:rPr>
          <w:rFonts w:eastAsia="Times New Roman"/>
          <w:b/>
          <w:sz w:val="24"/>
        </w:rPr>
        <w:t>АЛЕКСАНДР.</w:t>
      </w:r>
      <w:r>
        <w:rPr>
          <w:rFonts w:eastAsia="Times New Roman"/>
          <w:sz w:val="24"/>
        </w:rPr>
        <w:t xml:space="preserve"> Сто пачек. В каждой сто купюр. По сто долларов.</w:t>
      </w:r>
    </w:p>
    <w:p>
      <w:pPr>
        <w:pStyle w:val="Normal"/>
        <w:ind w:firstLine="360"/>
        <w:rPr/>
      </w:pPr>
      <w:r>
        <w:rPr>
          <w:rFonts w:eastAsia="Times New Roman"/>
          <w:sz w:val="24"/>
        </w:rPr>
        <w:t>Считает на калькуляторе.</w:t>
      </w:r>
    </w:p>
    <w:p>
      <w:pPr>
        <w:pStyle w:val="Normal"/>
        <w:ind w:hanging="0"/>
        <w:rPr/>
      </w:pPr>
      <w:r>
        <w:rPr>
          <w:rFonts w:eastAsia="Times New Roman"/>
          <w:b/>
          <w:sz w:val="24"/>
        </w:rPr>
        <w:t>АЛЕКСАНДР.</w:t>
      </w:r>
      <w:r>
        <w:rPr>
          <w:rFonts w:eastAsia="Times New Roman"/>
          <w:sz w:val="24"/>
        </w:rPr>
        <w:t xml:space="preserve"> Один миллион.</w:t>
      </w:r>
    </w:p>
    <w:p>
      <w:pPr>
        <w:pStyle w:val="Normal"/>
        <w:ind w:firstLine="360"/>
        <w:rPr/>
      </w:pPr>
      <w:r>
        <w:rPr>
          <w:rFonts w:eastAsia="Times New Roman"/>
          <w:sz w:val="24"/>
        </w:rPr>
        <w:t>Тишина.</w:t>
      </w:r>
    </w:p>
    <w:p>
      <w:pPr>
        <w:pStyle w:val="Normal"/>
        <w:ind w:hanging="0"/>
        <w:rPr/>
      </w:pPr>
      <w:r>
        <w:rPr>
          <w:rFonts w:eastAsia="Times New Roman"/>
          <w:b/>
          <w:sz w:val="24"/>
        </w:rPr>
        <w:t>ЧЁРНЫЙ.</w:t>
      </w:r>
      <w:r>
        <w:rPr>
          <w:rFonts w:eastAsia="Times New Roman"/>
          <w:sz w:val="24"/>
        </w:rPr>
        <w:t xml:space="preserve"> Долларов.</w:t>
      </w:r>
    </w:p>
    <w:p>
      <w:pPr>
        <w:pStyle w:val="Normal"/>
        <w:ind w:firstLine="360"/>
        <w:rPr/>
      </w:pPr>
      <w:r>
        <w:rPr>
          <w:rFonts w:eastAsia="Times New Roman"/>
          <w:sz w:val="24"/>
        </w:rPr>
        <w:t>Александр находит футляр. В нём три углубления, но лежит только одна запаянная колба с мутной жидкостью.</w:t>
      </w:r>
    </w:p>
    <w:p>
      <w:pPr>
        <w:pStyle w:val="Normal"/>
        <w:ind w:hanging="0"/>
        <w:rPr/>
      </w:pPr>
      <w:r>
        <w:rPr>
          <w:rFonts w:eastAsia="Times New Roman"/>
          <w:b/>
          <w:sz w:val="24"/>
        </w:rPr>
        <w:t>БЕЛЫЙ.</w:t>
      </w:r>
      <w:r>
        <w:rPr>
          <w:rFonts w:eastAsia="Times New Roman"/>
          <w:sz w:val="24"/>
        </w:rPr>
        <w:t xml:space="preserve"> Полиция.</w:t>
      </w:r>
    </w:p>
    <w:p>
      <w:pPr>
        <w:pStyle w:val="Normal"/>
        <w:ind w:hanging="0"/>
        <w:rPr/>
      </w:pPr>
      <w:r>
        <w:rPr>
          <w:rFonts w:eastAsia="Times New Roman"/>
          <w:b/>
          <w:sz w:val="24"/>
        </w:rPr>
        <w:t>ЧЁРНЫЙ.</w:t>
      </w:r>
      <w:r>
        <w:rPr>
          <w:rFonts w:eastAsia="Times New Roman"/>
          <w:sz w:val="24"/>
        </w:rPr>
        <w:t xml:space="preserve"> Сначала деньги спрятать. Потом вести себя обычно. А если хозяин объявится — подумаем.</w:t>
      </w:r>
    </w:p>
    <w:p>
      <w:pPr>
        <w:pStyle w:val="Normal"/>
        <w:ind w:hanging="0"/>
        <w:rPr/>
      </w:pPr>
      <w:r>
        <w:rPr>
          <w:rFonts w:eastAsia="Times New Roman"/>
          <w:b/>
          <w:sz w:val="24"/>
        </w:rPr>
        <w:t>АЛЕКСАНДР.</w:t>
      </w:r>
      <w:r>
        <w:rPr>
          <w:rFonts w:eastAsia="Times New Roman"/>
          <w:sz w:val="24"/>
        </w:rPr>
        <w:t xml:space="preserve"> Сестре сказать нельзя. Втяну ещё её. Дома хранить нельзя. Где денег в жизни не было и быть не может?</w:t>
      </w:r>
    </w:p>
    <w:p>
      <w:pPr>
        <w:pStyle w:val="Normal"/>
        <w:ind w:firstLine="360"/>
        <w:rPr/>
      </w:pPr>
      <w:r>
        <w:rPr>
          <w:rFonts w:eastAsia="Times New Roman"/>
          <w:sz w:val="24"/>
        </w:rPr>
        <w:t>Ангелы одновременно смотрят на него.</w:t>
      </w:r>
    </w:p>
    <w:p>
      <w:pPr>
        <w:pStyle w:val="Normal"/>
        <w:ind w:hanging="0"/>
        <w:rPr/>
      </w:pPr>
      <w:r>
        <w:rPr>
          <w:rFonts w:eastAsia="Times New Roman"/>
          <w:b/>
          <w:sz w:val="24"/>
        </w:rPr>
        <w:t>АЛЕКСАНДР.</w:t>
      </w:r>
      <w:r>
        <w:rPr>
          <w:rFonts w:eastAsia="Times New Roman"/>
          <w:sz w:val="24"/>
        </w:rPr>
        <w:t xml:space="preserve"> В школе.</w:t>
      </w:r>
    </w:p>
    <w:p>
      <w:pPr>
        <w:pStyle w:val="Heading1"/>
        <w:keepNext w:val="true"/>
        <w:spacing w:before="240" w:after="160"/>
        <w:rPr/>
      </w:pPr>
      <w:r>
        <w:rPr>
          <w:rFonts w:eastAsia="Times New Roman" w:ascii="Times New Roman" w:hAnsi="Times New Roman"/>
          <w:b/>
          <w:sz w:val="30"/>
        </w:rPr>
        <w:t>Сцена 4 Миллион в рюкзаке</w:t>
      </w:r>
    </w:p>
    <w:p>
      <w:pPr>
        <w:pStyle w:val="Normal"/>
        <w:ind w:firstLine="360"/>
        <w:rPr/>
      </w:pPr>
      <w:r>
        <w:rPr>
          <w:rFonts w:eastAsia="Times New Roman"/>
          <w:sz w:val="24"/>
        </w:rPr>
        <w:t>Александр заворачивает пачки в пакеты и скотч.</w:t>
      </w:r>
    </w:p>
    <w:p>
      <w:pPr>
        <w:pStyle w:val="Normal"/>
        <w:ind w:hanging="0"/>
        <w:rPr/>
      </w:pPr>
      <w:r>
        <w:rPr>
          <w:rFonts w:eastAsia="Times New Roman"/>
          <w:b/>
          <w:sz w:val="24"/>
        </w:rPr>
        <w:t>АЛЕКСАНДР.</w:t>
      </w:r>
      <w:r>
        <w:rPr>
          <w:rFonts w:eastAsia="Times New Roman"/>
          <w:sz w:val="24"/>
        </w:rPr>
        <w:t xml:space="preserve"> Тридцать три свёртка. Сотая пачка — во внутренний карман. Непередаваемое ощущение: в кармане двухгодовая зарплата с отпускными и премиями.</w:t>
      </w:r>
    </w:p>
    <w:p>
      <w:pPr>
        <w:pStyle w:val="Normal"/>
        <w:ind w:hanging="0"/>
        <w:rPr/>
      </w:pPr>
      <w:r>
        <w:rPr>
          <w:rFonts w:eastAsia="Times New Roman"/>
          <w:b/>
          <w:sz w:val="24"/>
        </w:rPr>
        <w:t>БЕЛЫЙ.</w:t>
      </w:r>
      <w:r>
        <w:rPr>
          <w:rFonts w:eastAsia="Times New Roman"/>
          <w:sz w:val="24"/>
        </w:rPr>
        <w:t xml:space="preserve"> Чужая зарплата.</w:t>
      </w:r>
    </w:p>
    <w:p>
      <w:pPr>
        <w:pStyle w:val="Normal"/>
        <w:ind w:hanging="0"/>
        <w:rPr/>
      </w:pPr>
      <w:r>
        <w:rPr>
          <w:rFonts w:eastAsia="Times New Roman"/>
          <w:b/>
          <w:sz w:val="24"/>
        </w:rPr>
        <w:t>ЧЁРНЫЙ.</w:t>
      </w:r>
      <w:r>
        <w:rPr>
          <w:rFonts w:eastAsia="Times New Roman"/>
          <w:sz w:val="24"/>
        </w:rPr>
        <w:t xml:space="preserve"> Зарплата судьбы.</w:t>
      </w:r>
    </w:p>
    <w:p>
      <w:pPr>
        <w:pStyle w:val="Normal"/>
        <w:ind w:firstLine="360"/>
        <w:rPr/>
      </w:pPr>
      <w:r>
        <w:rPr>
          <w:rFonts w:eastAsia="Times New Roman"/>
          <w:sz w:val="24"/>
        </w:rPr>
        <w:t>Александр кладёт свёртки в рюкзак, добавляет бутылку водки.</w:t>
      </w:r>
    </w:p>
    <w:p>
      <w:pPr>
        <w:pStyle w:val="Normal"/>
        <w:ind w:hanging="0"/>
        <w:rPr/>
      </w:pPr>
      <w:r>
        <w:rPr>
          <w:rFonts w:eastAsia="Times New Roman"/>
          <w:b/>
          <w:sz w:val="24"/>
        </w:rPr>
        <w:t>АЛЕКСАНДР.</w:t>
      </w:r>
      <w:r>
        <w:rPr>
          <w:rFonts w:eastAsia="Times New Roman"/>
          <w:sz w:val="24"/>
        </w:rPr>
        <w:t xml:space="preserve"> Кабинет труда. Под потолком стоят деревянные вазоны. Их никто десять лет не трогал.</w:t>
      </w:r>
    </w:p>
    <w:p>
      <w:pPr>
        <w:pStyle w:val="Normal"/>
        <w:ind w:hanging="0"/>
        <w:rPr/>
      </w:pPr>
      <w:r>
        <w:rPr>
          <w:rFonts w:eastAsia="Times New Roman"/>
          <w:b/>
          <w:sz w:val="24"/>
        </w:rPr>
        <w:t>ЧЁРНЫЙ.</w:t>
      </w:r>
      <w:r>
        <w:rPr>
          <w:rFonts w:eastAsia="Times New Roman"/>
          <w:sz w:val="24"/>
        </w:rPr>
        <w:t xml:space="preserve"> И трудовика Павла Григорьевича тоже.</w:t>
      </w:r>
    </w:p>
    <w:p>
      <w:pPr>
        <w:pStyle w:val="Heading1"/>
        <w:keepNext w:val="true"/>
        <w:spacing w:before="240" w:after="160"/>
        <w:rPr/>
      </w:pPr>
      <w:r>
        <w:rPr>
          <w:rFonts w:eastAsia="Times New Roman" w:ascii="Times New Roman" w:hAnsi="Times New Roman"/>
          <w:b/>
          <w:sz w:val="30"/>
        </w:rPr>
        <w:t>Сцена 5 Марк Твен</w:t>
      </w:r>
    </w:p>
    <w:p>
      <w:pPr>
        <w:pStyle w:val="Normal"/>
        <w:ind w:firstLine="360"/>
        <w:rPr/>
      </w:pPr>
      <w:r>
        <w:rPr>
          <w:rFonts w:eastAsia="Times New Roman"/>
          <w:sz w:val="24"/>
        </w:rPr>
        <w:t>Школьная мастерская. ПАВЕЛ ГРИГОРЬЕВИЧ рассматривает бутылку на свет.</w:t>
      </w:r>
    </w:p>
    <w:p>
      <w:pPr>
        <w:pStyle w:val="Normal"/>
        <w:ind w:hanging="0"/>
        <w:rPr/>
      </w:pPr>
      <w:r>
        <w:rPr>
          <w:rFonts w:eastAsia="Times New Roman"/>
          <w:b/>
          <w:sz w:val="24"/>
        </w:rPr>
        <w:t>ПАВЕЛ ГРИГОРЬЕВИЧ.</w:t>
      </w:r>
      <w:r>
        <w:rPr>
          <w:rFonts w:eastAsia="Times New Roman"/>
          <w:sz w:val="24"/>
        </w:rPr>
        <w:t xml:space="preserve"> Чиста как слеза.</w:t>
      </w:r>
    </w:p>
    <w:p>
      <w:pPr>
        <w:pStyle w:val="Normal"/>
        <w:ind w:firstLine="360"/>
        <w:rPr/>
      </w:pPr>
      <w:r>
        <w:rPr>
          <w:rFonts w:eastAsia="Times New Roman"/>
          <w:sz w:val="24"/>
        </w:rPr>
        <w:t>Наливает две стопки.</w:t>
      </w:r>
    </w:p>
    <w:p>
      <w:pPr>
        <w:pStyle w:val="Normal"/>
        <w:ind w:hanging="0"/>
        <w:rPr/>
      </w:pPr>
      <w:r>
        <w:rPr>
          <w:rFonts w:eastAsia="Times New Roman"/>
          <w:b/>
          <w:sz w:val="24"/>
        </w:rPr>
        <w:t>АЛЕКСАНДР.</w:t>
      </w:r>
      <w:r>
        <w:rPr>
          <w:rFonts w:eastAsia="Times New Roman"/>
          <w:sz w:val="24"/>
        </w:rPr>
        <w:t xml:space="preserve"> За здоровье.</w:t>
      </w:r>
    </w:p>
    <w:p>
      <w:pPr>
        <w:pStyle w:val="Normal"/>
        <w:ind w:hanging="0"/>
        <w:rPr/>
      </w:pPr>
      <w:r>
        <w:rPr>
          <w:rFonts w:eastAsia="Times New Roman"/>
          <w:b/>
          <w:sz w:val="24"/>
        </w:rPr>
        <w:t>ПАВЕЛ ГРИГОРЬЕВИЧ.</w:t>
      </w:r>
      <w:r>
        <w:rPr>
          <w:rFonts w:eastAsia="Times New Roman"/>
          <w:sz w:val="24"/>
        </w:rPr>
        <w:t xml:space="preserve"> Такие, как я, умирают вовремя.</w:t>
      </w:r>
    </w:p>
    <w:p>
      <w:pPr>
        <w:pStyle w:val="Normal"/>
        <w:ind w:firstLine="360"/>
        <w:rPr/>
      </w:pPr>
      <w:r>
        <w:rPr>
          <w:rFonts w:eastAsia="Times New Roman"/>
          <w:sz w:val="24"/>
        </w:rPr>
        <w:t>Выпивает.</w:t>
      </w:r>
    </w:p>
    <w:p>
      <w:pPr>
        <w:pStyle w:val="Normal"/>
        <w:ind w:hanging="0"/>
        <w:rPr/>
      </w:pPr>
      <w:r>
        <w:rPr>
          <w:rFonts w:eastAsia="Times New Roman"/>
          <w:b/>
          <w:sz w:val="24"/>
        </w:rPr>
        <w:t>ПАВЕЛ ГРИГОРЬЕВИЧ.</w:t>
      </w:r>
      <w:r>
        <w:rPr>
          <w:rFonts w:eastAsia="Times New Roman"/>
          <w:sz w:val="24"/>
        </w:rPr>
        <w:t xml:space="preserve"> Ну, рассказывай.</w:t>
      </w:r>
    </w:p>
    <w:p>
      <w:pPr>
        <w:pStyle w:val="Normal"/>
        <w:ind w:hanging="0"/>
        <w:rPr/>
      </w:pPr>
      <w:r>
        <w:rPr>
          <w:rFonts w:eastAsia="Times New Roman"/>
          <w:b/>
          <w:sz w:val="24"/>
        </w:rPr>
        <w:t>АЛЕКСАНДР.</w:t>
      </w:r>
      <w:r>
        <w:rPr>
          <w:rFonts w:eastAsia="Times New Roman"/>
          <w:sz w:val="24"/>
        </w:rPr>
        <w:t xml:space="preserve"> О чём?</w:t>
      </w:r>
    </w:p>
    <w:p>
      <w:pPr>
        <w:pStyle w:val="Normal"/>
        <w:ind w:hanging="0"/>
        <w:rPr/>
      </w:pPr>
      <w:r>
        <w:rPr>
          <w:rFonts w:eastAsia="Times New Roman"/>
          <w:b/>
          <w:sz w:val="24"/>
        </w:rPr>
        <w:t>ПАВЕЛ ГРИГОРЬЕВИЧ.</w:t>
      </w:r>
      <w:r>
        <w:rPr>
          <w:rFonts w:eastAsia="Times New Roman"/>
          <w:sz w:val="24"/>
        </w:rPr>
        <w:t xml:space="preserve"> Ты же зачем-то пришёл. Не водкой меня угостить.</w:t>
      </w:r>
    </w:p>
    <w:p>
      <w:pPr>
        <w:pStyle w:val="Normal"/>
        <w:ind w:firstLine="360"/>
        <w:rPr/>
      </w:pPr>
      <w:r>
        <w:rPr>
          <w:rFonts w:eastAsia="Times New Roman"/>
          <w:sz w:val="24"/>
        </w:rPr>
        <w:t>Александр невольно заслоняет рюкзак.</w:t>
      </w:r>
    </w:p>
    <w:p>
      <w:pPr>
        <w:pStyle w:val="Normal"/>
        <w:ind w:hanging="0"/>
        <w:rPr/>
      </w:pPr>
      <w:r>
        <w:rPr>
          <w:rFonts w:eastAsia="Times New Roman"/>
          <w:b/>
          <w:sz w:val="24"/>
        </w:rPr>
        <w:t>ПАВЕЛ ГРИГОРЬЕВИЧ.</w:t>
      </w:r>
      <w:r>
        <w:rPr>
          <w:rFonts w:eastAsia="Times New Roman"/>
          <w:sz w:val="24"/>
        </w:rPr>
        <w:t xml:space="preserve"> А я вот, например, не люблю миллионеров.</w:t>
      </w:r>
    </w:p>
    <w:p>
      <w:pPr>
        <w:pStyle w:val="Normal"/>
        <w:ind w:hanging="0"/>
        <w:rPr/>
      </w:pPr>
      <w:r>
        <w:rPr>
          <w:rFonts w:eastAsia="Times New Roman"/>
          <w:b/>
          <w:sz w:val="24"/>
        </w:rPr>
        <w:t>ЧЁРНЫЙ.</w:t>
      </w:r>
      <w:r>
        <w:rPr>
          <w:rFonts w:eastAsia="Times New Roman"/>
          <w:sz w:val="24"/>
        </w:rPr>
        <w:t xml:space="preserve"> Он всё знает. Будет требовать половину — дай одну пачку. Или молотком по башке.</w:t>
      </w:r>
    </w:p>
    <w:p>
      <w:pPr>
        <w:pStyle w:val="Normal"/>
        <w:ind w:hanging="0"/>
        <w:rPr/>
      </w:pPr>
      <w:r>
        <w:rPr>
          <w:rFonts w:eastAsia="Times New Roman"/>
          <w:b/>
          <w:sz w:val="24"/>
        </w:rPr>
        <w:t>БЕЛЫЙ.</w:t>
      </w:r>
      <w:r>
        <w:rPr>
          <w:rFonts w:eastAsia="Times New Roman"/>
          <w:sz w:val="24"/>
        </w:rPr>
        <w:t xml:space="preserve"> Отдай ему деньги и вздохни свободно.</w:t>
      </w:r>
    </w:p>
    <w:p>
      <w:pPr>
        <w:pStyle w:val="Normal"/>
        <w:ind w:hanging="0"/>
        <w:rPr/>
      </w:pPr>
      <w:r>
        <w:rPr>
          <w:rFonts w:eastAsia="Times New Roman"/>
          <w:b/>
          <w:sz w:val="24"/>
        </w:rPr>
        <w:t>АЛЕКСАНДР.</w:t>
      </w:r>
      <w:r>
        <w:rPr>
          <w:rFonts w:eastAsia="Times New Roman"/>
          <w:sz w:val="24"/>
        </w:rPr>
        <w:t xml:space="preserve"> Откуда вы...</w:t>
      </w:r>
    </w:p>
    <w:p>
      <w:pPr>
        <w:pStyle w:val="Normal"/>
        <w:ind w:hanging="0"/>
        <w:rPr/>
      </w:pPr>
      <w:r>
        <w:rPr>
          <w:rFonts w:eastAsia="Times New Roman"/>
          <w:b/>
          <w:sz w:val="24"/>
        </w:rPr>
        <w:t>ПАВЕЛ ГРИГОРЬЕВИЧ.</w:t>
      </w:r>
      <w:r>
        <w:rPr>
          <w:rFonts w:eastAsia="Times New Roman"/>
          <w:sz w:val="24"/>
        </w:rPr>
        <w:t xml:space="preserve"> Марк Твен. Цитата. Ты любишь Марка Твена?</w:t>
      </w:r>
    </w:p>
    <w:p>
      <w:pPr>
        <w:pStyle w:val="Normal"/>
        <w:ind w:hanging="0"/>
        <w:rPr/>
      </w:pPr>
      <w:r>
        <w:rPr>
          <w:rFonts w:eastAsia="Times New Roman"/>
          <w:b/>
          <w:sz w:val="24"/>
        </w:rPr>
        <w:t>АЛЕКСАНДР.</w:t>
      </w:r>
      <w:r>
        <w:rPr>
          <w:rFonts w:eastAsia="Times New Roman"/>
          <w:sz w:val="24"/>
        </w:rPr>
        <w:t xml:space="preserve"> Про Тома Сойера? Конечно.</w:t>
      </w:r>
    </w:p>
    <w:p>
      <w:pPr>
        <w:pStyle w:val="Normal"/>
        <w:ind w:hanging="0"/>
        <w:rPr/>
      </w:pPr>
      <w:r>
        <w:rPr>
          <w:rFonts w:eastAsia="Times New Roman"/>
          <w:b/>
          <w:sz w:val="24"/>
        </w:rPr>
        <w:t>ПАВЕЛ ГРИГОРЬЕВИЧ.</w:t>
      </w:r>
      <w:r>
        <w:rPr>
          <w:rFonts w:eastAsia="Times New Roman"/>
          <w:sz w:val="24"/>
        </w:rPr>
        <w:t xml:space="preserve"> Не про пацанов он писал. Про реку. «Марк твен» значит: путь свободен, можно плыть. Река тебя несёт.</w:t>
      </w:r>
    </w:p>
    <w:p>
      <w:pPr>
        <w:pStyle w:val="Normal"/>
        <w:ind w:firstLine="360"/>
        <w:rPr/>
      </w:pPr>
      <w:r>
        <w:rPr>
          <w:rFonts w:eastAsia="Times New Roman"/>
          <w:sz w:val="24"/>
        </w:rPr>
        <w:t>Он допивает и кладёт голову на стол. Храпит.</w:t>
      </w:r>
    </w:p>
    <w:p>
      <w:pPr>
        <w:pStyle w:val="Heading1"/>
        <w:keepNext w:val="true"/>
        <w:spacing w:before="240" w:after="160"/>
        <w:rPr/>
      </w:pPr>
      <w:r>
        <w:rPr>
          <w:rFonts w:eastAsia="Times New Roman" w:ascii="Times New Roman" w:hAnsi="Times New Roman"/>
          <w:b/>
          <w:sz w:val="30"/>
        </w:rPr>
        <w:t>Сцена 6 Вазон</w:t>
      </w:r>
    </w:p>
    <w:p>
      <w:pPr>
        <w:pStyle w:val="Normal"/>
        <w:ind w:firstLine="360"/>
        <w:rPr/>
      </w:pPr>
      <w:r>
        <w:rPr>
          <w:rFonts w:eastAsia="Times New Roman"/>
          <w:sz w:val="24"/>
        </w:rPr>
        <w:t>Александр пододвигает табурет к стене, встаёт. Табурет разваливается. Он падает.</w:t>
      </w:r>
    </w:p>
    <w:p>
      <w:pPr>
        <w:pStyle w:val="Normal"/>
        <w:ind w:hanging="0"/>
        <w:rPr/>
      </w:pPr>
      <w:r>
        <w:rPr>
          <w:rFonts w:eastAsia="Times New Roman"/>
          <w:b/>
          <w:sz w:val="24"/>
        </w:rPr>
        <w:t>АЛЕКСАНДР.</w:t>
      </w:r>
      <w:r>
        <w:rPr>
          <w:rFonts w:eastAsia="Times New Roman"/>
          <w:sz w:val="24"/>
        </w:rPr>
        <w:t xml:space="preserve"> Григорьич!</w:t>
      </w:r>
    </w:p>
    <w:p>
      <w:pPr>
        <w:pStyle w:val="Normal"/>
        <w:ind w:firstLine="360"/>
        <w:rPr/>
      </w:pPr>
      <w:r>
        <w:rPr>
          <w:rFonts w:eastAsia="Times New Roman"/>
          <w:sz w:val="24"/>
        </w:rPr>
        <w:t>Храп.</w:t>
      </w:r>
    </w:p>
    <w:p>
      <w:pPr>
        <w:pStyle w:val="Normal"/>
        <w:ind w:hanging="0"/>
        <w:rPr/>
      </w:pPr>
      <w:r>
        <w:rPr>
          <w:rFonts w:eastAsia="Times New Roman"/>
          <w:b/>
          <w:sz w:val="24"/>
        </w:rPr>
        <w:t>АЛЕКСАНДР.</w:t>
      </w:r>
      <w:r>
        <w:rPr>
          <w:rFonts w:eastAsia="Times New Roman"/>
          <w:sz w:val="24"/>
        </w:rPr>
        <w:t xml:space="preserve"> Очнись!</w:t>
      </w:r>
    </w:p>
    <w:p>
      <w:pPr>
        <w:pStyle w:val="Normal"/>
        <w:ind w:firstLine="360"/>
        <w:rPr/>
      </w:pPr>
      <w:r>
        <w:rPr>
          <w:rFonts w:eastAsia="Times New Roman"/>
          <w:sz w:val="24"/>
        </w:rPr>
        <w:t>Он бросает обломок табурета. Тот ударяет в стену. С полки срывается тяжёлый деревянный вазон и падает Григорьичу на голову. Храп прекращается.</w:t>
      </w:r>
    </w:p>
    <w:p>
      <w:pPr>
        <w:pStyle w:val="Normal"/>
        <w:ind w:hanging="0"/>
        <w:rPr/>
      </w:pPr>
      <w:r>
        <w:rPr>
          <w:rFonts w:eastAsia="Times New Roman"/>
          <w:b/>
          <w:sz w:val="24"/>
        </w:rPr>
        <w:t>АЛЕКСАНДР.</w:t>
      </w:r>
      <w:r>
        <w:rPr>
          <w:rFonts w:eastAsia="Times New Roman"/>
          <w:sz w:val="24"/>
        </w:rPr>
        <w:t xml:space="preserve"> Григорьич?</w:t>
      </w:r>
    </w:p>
    <w:p>
      <w:pPr>
        <w:pStyle w:val="Normal"/>
        <w:ind w:firstLine="360"/>
        <w:rPr/>
      </w:pPr>
      <w:r>
        <w:rPr>
          <w:rFonts w:eastAsia="Times New Roman"/>
          <w:sz w:val="24"/>
        </w:rPr>
        <w:t>Тишина.</w:t>
      </w:r>
    </w:p>
    <w:p>
      <w:pPr>
        <w:pStyle w:val="Normal"/>
        <w:ind w:hanging="0"/>
        <w:rPr/>
      </w:pPr>
      <w:r>
        <w:rPr>
          <w:rFonts w:eastAsia="Times New Roman"/>
          <w:b/>
          <w:sz w:val="24"/>
        </w:rPr>
        <w:t>БЕЛЫЙ.</w:t>
      </w:r>
      <w:r>
        <w:rPr>
          <w:rFonts w:eastAsia="Times New Roman"/>
          <w:sz w:val="24"/>
        </w:rPr>
        <w:t xml:space="preserve"> Звони в скорую и полицию.</w:t>
      </w:r>
    </w:p>
    <w:p>
      <w:pPr>
        <w:pStyle w:val="Normal"/>
        <w:ind w:hanging="0"/>
        <w:rPr/>
      </w:pPr>
      <w:r>
        <w:rPr>
          <w:rFonts w:eastAsia="Times New Roman"/>
          <w:b/>
          <w:sz w:val="24"/>
        </w:rPr>
        <w:t>ЧЁРНЫЙ.</w:t>
      </w:r>
      <w:r>
        <w:rPr>
          <w:rFonts w:eastAsia="Times New Roman"/>
          <w:sz w:val="24"/>
        </w:rPr>
        <w:t xml:space="preserve"> Сначала спрячь деньги. Вон ящик под столом.</w:t>
      </w:r>
    </w:p>
    <w:p>
      <w:pPr>
        <w:pStyle w:val="Normal"/>
        <w:ind w:firstLine="360"/>
        <w:rPr/>
      </w:pPr>
      <w:r>
        <w:rPr>
          <w:rFonts w:eastAsia="Times New Roman"/>
          <w:sz w:val="24"/>
        </w:rPr>
        <w:t>Александр, морщась от боли, ползёт к рюкзаку и прячет свёртки в инструментальный ящик. Затем звонит.</w:t>
      </w:r>
    </w:p>
    <w:p>
      <w:pPr>
        <w:pStyle w:val="Normal"/>
        <w:ind w:firstLine="360"/>
        <w:rPr/>
      </w:pPr>
      <w:r>
        <w:rPr>
          <w:rFonts w:eastAsia="Times New Roman"/>
          <w:sz w:val="24"/>
        </w:rPr>
        <w:t>Сирены. Мастерская заполняется людьми в белых халатах и форме. Александра и Григорьича увозят в разные стороны.</w:t>
      </w:r>
    </w:p>
    <w:p>
      <w:pPr>
        <w:pStyle w:val="Heading1"/>
        <w:keepNext w:val="true"/>
        <w:spacing w:before="240" w:after="160"/>
        <w:rPr/>
      </w:pPr>
      <w:r>
        <w:rPr>
          <w:rFonts w:eastAsia="Times New Roman" w:ascii="Times New Roman" w:hAnsi="Times New Roman"/>
          <w:b/>
          <w:sz w:val="30"/>
        </w:rPr>
        <w:t>Сцена 7 Воскресший Григорьич</w:t>
      </w:r>
    </w:p>
    <w:p>
      <w:pPr>
        <w:pStyle w:val="Normal"/>
        <w:ind w:firstLine="360"/>
        <w:rPr/>
      </w:pPr>
      <w:r>
        <w:rPr>
          <w:rFonts w:eastAsia="Times New Roman"/>
          <w:sz w:val="24"/>
        </w:rPr>
        <w:t>Палата. ЛЕЙТЕНАНТ пишет объяснение.</w:t>
      </w:r>
    </w:p>
    <w:p>
      <w:pPr>
        <w:pStyle w:val="Normal"/>
        <w:ind w:hanging="0"/>
        <w:rPr/>
      </w:pPr>
      <w:r>
        <w:rPr>
          <w:rFonts w:eastAsia="Times New Roman"/>
          <w:b/>
          <w:sz w:val="24"/>
        </w:rPr>
        <w:t>ЛЕЙТЕНАНТ.</w:t>
      </w:r>
      <w:r>
        <w:rPr>
          <w:rFonts w:eastAsia="Times New Roman"/>
          <w:sz w:val="24"/>
        </w:rPr>
        <w:t xml:space="preserve"> Вы, распивая спиртное, лежали на полу и бросили в стену обломок табурета. Правильно?</w:t>
      </w:r>
    </w:p>
    <w:p>
      <w:pPr>
        <w:pStyle w:val="Normal"/>
        <w:ind w:hanging="0"/>
        <w:rPr/>
      </w:pPr>
      <w:r>
        <w:rPr>
          <w:rFonts w:eastAsia="Times New Roman"/>
          <w:b/>
          <w:sz w:val="24"/>
        </w:rPr>
        <w:t>АЛЕКСАНДР.</w:t>
      </w:r>
      <w:r>
        <w:rPr>
          <w:rFonts w:eastAsia="Times New Roman"/>
          <w:sz w:val="24"/>
        </w:rPr>
        <w:t xml:space="preserve"> Да. За непреднамеренное убийство много дают?</w:t>
      </w:r>
    </w:p>
    <w:p>
      <w:pPr>
        <w:pStyle w:val="Normal"/>
        <w:ind w:hanging="0"/>
        <w:rPr/>
      </w:pPr>
      <w:r>
        <w:rPr>
          <w:rFonts w:eastAsia="Times New Roman"/>
          <w:b/>
          <w:sz w:val="24"/>
        </w:rPr>
        <w:t>ЛЕЙТЕНАНТ.</w:t>
      </w:r>
      <w:r>
        <w:rPr>
          <w:rFonts w:eastAsia="Times New Roman"/>
          <w:sz w:val="24"/>
        </w:rPr>
        <w:t xml:space="preserve"> А кого вы не хотели убивать?</w:t>
      </w:r>
    </w:p>
    <w:p>
      <w:pPr>
        <w:pStyle w:val="Normal"/>
        <w:ind w:hanging="0"/>
        <w:rPr/>
      </w:pPr>
      <w:r>
        <w:rPr>
          <w:rFonts w:eastAsia="Times New Roman"/>
          <w:b/>
          <w:sz w:val="24"/>
        </w:rPr>
        <w:t>АЛЕКСАНДР.</w:t>
      </w:r>
      <w:r>
        <w:rPr>
          <w:rFonts w:eastAsia="Times New Roman"/>
          <w:sz w:val="24"/>
        </w:rPr>
        <w:t xml:space="preserve"> Григорьича.</w:t>
      </w:r>
    </w:p>
    <w:p>
      <w:pPr>
        <w:pStyle w:val="Normal"/>
        <w:ind w:hanging="0"/>
        <w:rPr/>
      </w:pPr>
      <w:r>
        <w:rPr>
          <w:rFonts w:eastAsia="Times New Roman"/>
          <w:b/>
          <w:sz w:val="24"/>
        </w:rPr>
        <w:t>ЛЕЙТЕНАНТ.</w:t>
      </w:r>
      <w:r>
        <w:rPr>
          <w:rFonts w:eastAsia="Times New Roman"/>
          <w:sz w:val="24"/>
        </w:rPr>
        <w:t xml:space="preserve"> Он не убит. Алкогольная интоксикация. Повреждений нет.</w:t>
      </w:r>
    </w:p>
    <w:p>
      <w:pPr>
        <w:pStyle w:val="Normal"/>
        <w:ind w:firstLine="360"/>
        <w:rPr/>
      </w:pPr>
      <w:r>
        <w:rPr>
          <w:rFonts w:eastAsia="Times New Roman"/>
          <w:sz w:val="24"/>
        </w:rPr>
        <w:t>Александр смеётся от облегчения.</w:t>
      </w:r>
    </w:p>
    <w:p>
      <w:pPr>
        <w:pStyle w:val="Normal"/>
        <w:ind w:hanging="0"/>
        <w:rPr/>
      </w:pPr>
      <w:r>
        <w:rPr>
          <w:rFonts w:eastAsia="Times New Roman"/>
          <w:b/>
          <w:sz w:val="24"/>
        </w:rPr>
        <w:t>ЛЕЙТЕНАНТ.</w:t>
      </w:r>
      <w:r>
        <w:rPr>
          <w:rFonts w:eastAsia="Times New Roman"/>
          <w:sz w:val="24"/>
        </w:rPr>
        <w:t xml:space="preserve"> Мы договоримся так: вы больше не звоните в полицию в пьяном состоянии, а мы не оформляем драку двух учителей на рабочем месте.</w:t>
      </w:r>
    </w:p>
    <w:p>
      <w:pPr>
        <w:pStyle w:val="Normal"/>
        <w:ind w:hanging="0"/>
        <w:rPr/>
      </w:pPr>
      <w:r>
        <w:rPr>
          <w:rFonts w:eastAsia="Times New Roman"/>
          <w:b/>
          <w:sz w:val="24"/>
        </w:rPr>
        <w:t>АЛЕКСАНДР.</w:t>
      </w:r>
      <w:r>
        <w:rPr>
          <w:rFonts w:eastAsia="Times New Roman"/>
          <w:sz w:val="24"/>
        </w:rPr>
        <w:t xml:space="preserve"> Драки не было.</w:t>
      </w:r>
    </w:p>
    <w:p>
      <w:pPr>
        <w:pStyle w:val="Normal"/>
        <w:ind w:hanging="0"/>
        <w:rPr/>
      </w:pPr>
      <w:r>
        <w:rPr>
          <w:rFonts w:eastAsia="Times New Roman"/>
          <w:b/>
          <w:sz w:val="24"/>
        </w:rPr>
        <w:t>ЛЕЙТЕНАНТ.</w:t>
      </w:r>
      <w:r>
        <w:rPr>
          <w:rFonts w:eastAsia="Times New Roman"/>
          <w:sz w:val="24"/>
        </w:rPr>
        <w:t xml:space="preserve"> Тем лучше. Подпишите.</w:t>
      </w:r>
    </w:p>
    <w:p>
      <w:pPr>
        <w:pStyle w:val="Normal"/>
        <w:ind w:firstLine="360"/>
        <w:rPr/>
      </w:pPr>
      <w:r>
        <w:rPr>
          <w:rFonts w:eastAsia="Times New Roman"/>
          <w:sz w:val="24"/>
        </w:rPr>
        <w:t>Александр подписывает. Свет гаснет.</w:t>
      </w:r>
    </w:p>
    <w:p>
      <w:pPr>
        <w:pStyle w:val="Title"/>
        <w:spacing w:before="1900" w:after="360"/>
        <w:contextualSpacing/>
        <w:jc w:val="center"/>
        <w:rPr/>
      </w:pPr>
      <w:r>
        <w:rPr>
          <w:rFonts w:eastAsia="Times New Roman" w:ascii="Times New Roman" w:hAnsi="Times New Roman"/>
          <w:b/>
          <w:sz w:val="48"/>
        </w:rPr>
        <w:t>Действие второе</w:t>
      </w:r>
    </w:p>
    <w:p>
      <w:pPr>
        <w:pStyle w:val="Heading1"/>
        <w:keepNext w:val="true"/>
        <w:spacing w:before="240" w:after="160"/>
        <w:rPr/>
      </w:pPr>
      <w:r>
        <w:rPr>
          <w:rFonts w:eastAsia="Times New Roman" w:ascii="Times New Roman" w:hAnsi="Times New Roman"/>
          <w:b/>
          <w:sz w:val="30"/>
        </w:rPr>
        <w:t>Сцена 8 Ночные гости</w:t>
      </w:r>
    </w:p>
    <w:p>
      <w:pPr>
        <w:pStyle w:val="Normal"/>
        <w:ind w:firstLine="360"/>
        <w:rPr/>
      </w:pPr>
      <w:r>
        <w:rPr>
          <w:rFonts w:eastAsia="Times New Roman"/>
          <w:sz w:val="24"/>
        </w:rPr>
        <w:t>Квартира. Александр с трудом входит на костыле. Дверь оказывается открыта.</w:t>
      </w:r>
    </w:p>
    <w:p>
      <w:pPr>
        <w:pStyle w:val="Normal"/>
        <w:ind w:hanging="0"/>
        <w:rPr/>
      </w:pPr>
      <w:r>
        <w:rPr>
          <w:rFonts w:eastAsia="Times New Roman"/>
          <w:b/>
          <w:sz w:val="24"/>
        </w:rPr>
        <w:t>АЛЕКСАНДР.</w:t>
      </w:r>
      <w:r>
        <w:rPr>
          <w:rFonts w:eastAsia="Times New Roman"/>
          <w:sz w:val="24"/>
        </w:rPr>
        <w:t xml:space="preserve"> Я точно закрывал.</w:t>
      </w:r>
    </w:p>
    <w:p>
      <w:pPr>
        <w:pStyle w:val="Normal"/>
        <w:ind w:firstLine="360"/>
        <w:rPr/>
      </w:pPr>
      <w:r>
        <w:rPr>
          <w:rFonts w:eastAsia="Times New Roman"/>
          <w:sz w:val="24"/>
        </w:rPr>
        <w:t>На столе лежит рекламный буклет с фотографией мужчины.</w:t>
      </w:r>
    </w:p>
    <w:p>
      <w:pPr>
        <w:pStyle w:val="Normal"/>
        <w:ind w:hanging="0"/>
        <w:rPr/>
      </w:pPr>
      <w:r>
        <w:rPr>
          <w:rFonts w:eastAsia="Times New Roman"/>
          <w:b/>
          <w:sz w:val="24"/>
        </w:rPr>
        <w:t>АЛЕКСАНДР.</w:t>
      </w:r>
      <w:r>
        <w:rPr>
          <w:rFonts w:eastAsia="Times New Roman"/>
          <w:sz w:val="24"/>
        </w:rPr>
        <w:t xml:space="preserve"> Кирилл Петрович Варнаков. Оператор водоканала. Тот человек, чьи вещи мне отдали в больнице.</w:t>
      </w:r>
    </w:p>
    <w:p>
      <w:pPr>
        <w:pStyle w:val="Normal"/>
        <w:ind w:firstLine="360"/>
        <w:rPr/>
      </w:pPr>
      <w:r>
        <w:rPr>
          <w:rFonts w:eastAsia="Times New Roman"/>
          <w:sz w:val="24"/>
        </w:rPr>
        <w:t>С улицы падает свет фар. Александр выглядывает: напротив стоят двое неизвестных.</w:t>
      </w:r>
    </w:p>
    <w:p>
      <w:pPr>
        <w:pStyle w:val="Normal"/>
        <w:ind w:hanging="0"/>
        <w:rPr/>
      </w:pPr>
      <w:r>
        <w:rPr>
          <w:rFonts w:eastAsia="Times New Roman"/>
          <w:b/>
          <w:sz w:val="24"/>
        </w:rPr>
        <w:t>БЕЛЫЙ.</w:t>
      </w:r>
      <w:r>
        <w:rPr>
          <w:rFonts w:eastAsia="Times New Roman"/>
          <w:sz w:val="24"/>
        </w:rPr>
        <w:t xml:space="preserve"> Позвони в полицию. Отдай всё.</w:t>
      </w:r>
    </w:p>
    <w:p>
      <w:pPr>
        <w:pStyle w:val="Normal"/>
        <w:ind w:hanging="0"/>
        <w:rPr/>
      </w:pPr>
      <w:r>
        <w:rPr>
          <w:rFonts w:eastAsia="Times New Roman"/>
          <w:b/>
          <w:sz w:val="24"/>
        </w:rPr>
        <w:t>ЧЁРНЫЙ.</w:t>
      </w:r>
      <w:r>
        <w:rPr>
          <w:rFonts w:eastAsia="Times New Roman"/>
          <w:sz w:val="24"/>
        </w:rPr>
        <w:t xml:space="preserve"> Уходи через двор. Деньги заберёшь потом.</w:t>
      </w:r>
    </w:p>
    <w:p>
      <w:pPr>
        <w:pStyle w:val="Normal"/>
        <w:ind w:firstLine="360"/>
        <w:rPr/>
      </w:pPr>
      <w:r>
        <w:rPr>
          <w:rFonts w:eastAsia="Times New Roman"/>
          <w:sz w:val="24"/>
        </w:rPr>
        <w:t>Слышен металлический звук замка. Ключ в двери начинает поворачиваться.</w:t>
      </w:r>
    </w:p>
    <w:p>
      <w:pPr>
        <w:pStyle w:val="Normal"/>
        <w:ind w:firstLine="360"/>
        <w:rPr/>
      </w:pPr>
      <w:r>
        <w:rPr>
          <w:rFonts w:eastAsia="Times New Roman"/>
          <w:sz w:val="24"/>
        </w:rPr>
        <w:t>Александр удерживает ключ изнутри. За дверью тишина, затем шаги удаляются.</w:t>
      </w:r>
    </w:p>
    <w:p>
      <w:pPr>
        <w:pStyle w:val="Normal"/>
        <w:ind w:hanging="0"/>
        <w:rPr/>
      </w:pPr>
      <w:r>
        <w:rPr>
          <w:rFonts w:eastAsia="Times New Roman"/>
          <w:b/>
          <w:sz w:val="24"/>
        </w:rPr>
        <w:t>АЛЕКСАНДР.</w:t>
      </w:r>
      <w:r>
        <w:rPr>
          <w:rFonts w:eastAsia="Times New Roman"/>
          <w:sz w:val="24"/>
        </w:rPr>
        <w:t xml:space="preserve"> Надо сматываться.</w:t>
      </w:r>
    </w:p>
    <w:p>
      <w:pPr>
        <w:pStyle w:val="Normal"/>
        <w:ind w:firstLine="360"/>
        <w:rPr/>
      </w:pPr>
      <w:r>
        <w:rPr>
          <w:rFonts w:eastAsia="Times New Roman"/>
          <w:sz w:val="24"/>
        </w:rPr>
        <w:t>Он открывает окно третьего этажа.</w:t>
      </w:r>
    </w:p>
    <w:p>
      <w:pPr>
        <w:pStyle w:val="Normal"/>
        <w:ind w:hanging="0"/>
        <w:rPr/>
      </w:pPr>
      <w:r>
        <w:rPr>
          <w:rFonts w:eastAsia="Times New Roman"/>
          <w:b/>
          <w:sz w:val="24"/>
        </w:rPr>
        <w:t>БЕЛЫЙ.</w:t>
      </w:r>
      <w:r>
        <w:rPr>
          <w:rFonts w:eastAsia="Times New Roman"/>
          <w:sz w:val="24"/>
        </w:rPr>
        <w:t xml:space="preserve"> Ты в гипсе.</w:t>
      </w:r>
    </w:p>
    <w:p>
      <w:pPr>
        <w:pStyle w:val="Normal"/>
        <w:ind w:hanging="0"/>
        <w:rPr/>
      </w:pPr>
      <w:r>
        <w:rPr>
          <w:rFonts w:eastAsia="Times New Roman"/>
          <w:b/>
          <w:sz w:val="24"/>
        </w:rPr>
        <w:t>ЧЁРНЫЙ.</w:t>
      </w:r>
      <w:r>
        <w:rPr>
          <w:rFonts w:eastAsia="Times New Roman"/>
          <w:sz w:val="24"/>
        </w:rPr>
        <w:t xml:space="preserve"> Зато живой.</w:t>
      </w:r>
    </w:p>
    <w:p>
      <w:pPr>
        <w:pStyle w:val="Normal"/>
        <w:ind w:firstLine="360"/>
        <w:rPr/>
      </w:pPr>
      <w:r>
        <w:rPr>
          <w:rFonts w:eastAsia="Times New Roman"/>
          <w:sz w:val="24"/>
        </w:rPr>
        <w:t>Александр выбирается на карниз, спускается по балконным козырькам и падает. Ползёт к машине, ищет ключи.</w:t>
      </w:r>
    </w:p>
    <w:p>
      <w:pPr>
        <w:pStyle w:val="Normal"/>
        <w:ind w:hanging="0"/>
        <w:rPr/>
      </w:pPr>
      <w:r>
        <w:rPr>
          <w:rFonts w:eastAsia="Times New Roman"/>
          <w:b/>
          <w:sz w:val="24"/>
        </w:rPr>
        <w:t>АЛЕКСАНДР.</w:t>
      </w:r>
      <w:r>
        <w:rPr>
          <w:rFonts w:eastAsia="Times New Roman"/>
          <w:sz w:val="24"/>
        </w:rPr>
        <w:t xml:space="preserve"> Ключи остались в куртке.</w:t>
      </w:r>
    </w:p>
    <w:p>
      <w:pPr>
        <w:pStyle w:val="Normal"/>
        <w:ind w:firstLine="360"/>
        <w:rPr/>
      </w:pPr>
      <w:r>
        <w:rPr>
          <w:rFonts w:eastAsia="Times New Roman"/>
          <w:sz w:val="24"/>
        </w:rPr>
        <w:t>Он ползёт дальше под дождём. Сирена скорой.</w:t>
      </w:r>
    </w:p>
    <w:p>
      <w:pPr>
        <w:pStyle w:val="Heading1"/>
        <w:keepNext w:val="true"/>
        <w:spacing w:before="240" w:after="160"/>
        <w:rPr/>
      </w:pPr>
      <w:r>
        <w:rPr>
          <w:rFonts w:eastAsia="Times New Roman" w:ascii="Times New Roman" w:hAnsi="Times New Roman"/>
          <w:b/>
          <w:sz w:val="30"/>
        </w:rPr>
        <w:t>Сцена 9 Опять больница</w:t>
      </w:r>
    </w:p>
    <w:p>
      <w:pPr>
        <w:pStyle w:val="Normal"/>
        <w:ind w:firstLine="360"/>
        <w:rPr/>
      </w:pPr>
      <w:r>
        <w:rPr>
          <w:rFonts w:eastAsia="Times New Roman"/>
          <w:sz w:val="24"/>
        </w:rPr>
        <w:t>Приёмный покой. МЕДСЕСТРА смотрит документы и грязного Александра.</w:t>
      </w:r>
    </w:p>
    <w:p>
      <w:pPr>
        <w:pStyle w:val="Normal"/>
        <w:ind w:hanging="0"/>
        <w:rPr/>
      </w:pPr>
      <w:r>
        <w:rPr>
          <w:rFonts w:eastAsia="Times New Roman"/>
          <w:b/>
          <w:sz w:val="24"/>
        </w:rPr>
        <w:t>МЕДСЕСТРА.</w:t>
      </w:r>
      <w:r>
        <w:rPr>
          <w:rFonts w:eastAsia="Times New Roman"/>
          <w:sz w:val="24"/>
        </w:rPr>
        <w:t xml:space="preserve"> Не понимаю. Ваш однофамилец? Его вчера выписали.</w:t>
      </w:r>
    </w:p>
    <w:p>
      <w:pPr>
        <w:pStyle w:val="Normal"/>
        <w:ind w:hanging="0"/>
        <w:rPr/>
      </w:pPr>
      <w:r>
        <w:rPr>
          <w:rFonts w:eastAsia="Times New Roman"/>
          <w:b/>
          <w:sz w:val="24"/>
        </w:rPr>
        <w:t>АЛЕКСАНДР.</w:t>
      </w:r>
      <w:r>
        <w:rPr>
          <w:rFonts w:eastAsia="Times New Roman"/>
          <w:sz w:val="24"/>
        </w:rPr>
        <w:t xml:space="preserve"> Нет, Мариночка. Это я. Опять я.</w:t>
      </w:r>
    </w:p>
    <w:p>
      <w:pPr>
        <w:pStyle w:val="Normal"/>
        <w:ind w:firstLine="360"/>
        <w:rPr/>
      </w:pPr>
      <w:r>
        <w:rPr>
          <w:rFonts w:eastAsia="Times New Roman"/>
          <w:sz w:val="24"/>
        </w:rPr>
        <w:t>Палата. ВРАЧ рассматривает снимок.</w:t>
      </w:r>
    </w:p>
    <w:p>
      <w:pPr>
        <w:pStyle w:val="Normal"/>
        <w:ind w:hanging="0"/>
        <w:rPr/>
      </w:pPr>
      <w:r>
        <w:rPr>
          <w:rFonts w:eastAsia="Times New Roman"/>
          <w:b/>
          <w:sz w:val="24"/>
        </w:rPr>
        <w:t>ВРАЧ.</w:t>
      </w:r>
      <w:r>
        <w:rPr>
          <w:rFonts w:eastAsia="Times New Roman"/>
          <w:sz w:val="24"/>
        </w:rPr>
        <w:t xml:space="preserve"> Только начала сходиться трещина — вы её увеличили. Может, вам просто длинный больничный нужен? Что случилось на этот раз?</w:t>
      </w:r>
    </w:p>
    <w:p>
      <w:pPr>
        <w:pStyle w:val="Normal"/>
        <w:ind w:hanging="0"/>
        <w:rPr/>
      </w:pPr>
      <w:r>
        <w:rPr>
          <w:rFonts w:eastAsia="Times New Roman"/>
          <w:b/>
          <w:sz w:val="24"/>
        </w:rPr>
        <w:t>АЛЕКСАНДР.</w:t>
      </w:r>
      <w:r>
        <w:rPr>
          <w:rFonts w:eastAsia="Times New Roman"/>
          <w:sz w:val="24"/>
        </w:rPr>
        <w:t xml:space="preserve"> Сказать правду? Выпал из окна.</w:t>
      </w:r>
    </w:p>
    <w:p>
      <w:pPr>
        <w:pStyle w:val="Normal"/>
        <w:ind w:hanging="0"/>
        <w:rPr/>
      </w:pPr>
      <w:r>
        <w:rPr>
          <w:rFonts w:eastAsia="Times New Roman"/>
          <w:b/>
          <w:sz w:val="24"/>
        </w:rPr>
        <w:t>ВРАЧ.</w:t>
      </w:r>
      <w:r>
        <w:rPr>
          <w:rFonts w:eastAsia="Times New Roman"/>
          <w:sz w:val="24"/>
        </w:rPr>
        <w:t xml:space="preserve"> С какого этажа?</w:t>
      </w:r>
    </w:p>
    <w:p>
      <w:pPr>
        <w:pStyle w:val="Normal"/>
        <w:ind w:hanging="0"/>
        <w:rPr/>
      </w:pPr>
      <w:r>
        <w:rPr>
          <w:rFonts w:eastAsia="Times New Roman"/>
          <w:b/>
          <w:sz w:val="24"/>
        </w:rPr>
        <w:t>АЛЕКСАНДР.</w:t>
      </w:r>
      <w:r>
        <w:rPr>
          <w:rFonts w:eastAsia="Times New Roman"/>
          <w:sz w:val="24"/>
        </w:rPr>
        <w:t xml:space="preserve"> С третьего.</w:t>
      </w:r>
    </w:p>
    <w:p>
      <w:pPr>
        <w:pStyle w:val="Normal"/>
        <w:ind w:hanging="0"/>
        <w:rPr/>
      </w:pPr>
      <w:r>
        <w:rPr>
          <w:rFonts w:eastAsia="Times New Roman"/>
          <w:b/>
          <w:sz w:val="24"/>
        </w:rPr>
        <w:t>ВРАЧ.</w:t>
      </w:r>
      <w:r>
        <w:rPr>
          <w:rFonts w:eastAsia="Times New Roman"/>
          <w:sz w:val="24"/>
        </w:rPr>
        <w:t xml:space="preserve"> Личная жизнь удалась?</w:t>
      </w:r>
    </w:p>
    <w:p>
      <w:pPr>
        <w:pStyle w:val="Normal"/>
        <w:ind w:hanging="0"/>
        <w:rPr/>
      </w:pPr>
      <w:r>
        <w:rPr>
          <w:rFonts w:eastAsia="Times New Roman"/>
          <w:b/>
          <w:sz w:val="24"/>
        </w:rPr>
        <w:t>АЛЕКСАНДР.</w:t>
      </w:r>
      <w:r>
        <w:rPr>
          <w:rFonts w:eastAsia="Times New Roman"/>
          <w:sz w:val="24"/>
        </w:rPr>
        <w:t xml:space="preserve"> Удалась.</w:t>
      </w:r>
    </w:p>
    <w:p>
      <w:pPr>
        <w:pStyle w:val="Normal"/>
        <w:ind w:hanging="0"/>
        <w:rPr/>
      </w:pPr>
      <w:r>
        <w:rPr>
          <w:rFonts w:eastAsia="Times New Roman"/>
          <w:b/>
          <w:sz w:val="24"/>
        </w:rPr>
        <w:t>ВРАЧ.</w:t>
      </w:r>
      <w:r>
        <w:rPr>
          <w:rFonts w:eastAsia="Times New Roman"/>
          <w:sz w:val="24"/>
        </w:rPr>
        <w:t xml:space="preserve"> Вы сами или вас выкинули?</w:t>
      </w:r>
    </w:p>
    <w:p>
      <w:pPr>
        <w:pStyle w:val="Normal"/>
        <w:ind w:hanging="0"/>
        <w:rPr/>
      </w:pPr>
      <w:r>
        <w:rPr>
          <w:rFonts w:eastAsia="Times New Roman"/>
          <w:b/>
          <w:sz w:val="24"/>
        </w:rPr>
        <w:t>АЛЕКСАНДР.</w:t>
      </w:r>
      <w:r>
        <w:rPr>
          <w:rFonts w:eastAsia="Times New Roman"/>
          <w:sz w:val="24"/>
        </w:rPr>
        <w:t xml:space="preserve"> Сам. Случайно.</w:t>
      </w:r>
    </w:p>
    <w:p>
      <w:pPr>
        <w:pStyle w:val="Normal"/>
        <w:ind w:firstLine="360"/>
        <w:rPr/>
      </w:pPr>
      <w:r>
        <w:rPr>
          <w:rFonts w:eastAsia="Times New Roman"/>
          <w:sz w:val="24"/>
        </w:rPr>
        <w:t>Врач уходит. Входит Василиса.</w:t>
      </w:r>
    </w:p>
    <w:p>
      <w:pPr>
        <w:pStyle w:val="Normal"/>
        <w:ind w:hanging="0"/>
        <w:rPr/>
      </w:pPr>
      <w:r>
        <w:rPr>
          <w:rFonts w:eastAsia="Times New Roman"/>
          <w:b/>
          <w:sz w:val="24"/>
        </w:rPr>
        <w:t>ВАСИЛИСА.</w:t>
      </w:r>
      <w:r>
        <w:rPr>
          <w:rFonts w:eastAsia="Times New Roman"/>
          <w:sz w:val="24"/>
        </w:rPr>
        <w:t xml:space="preserve"> С вами нельзя надолго прощаться.</w:t>
      </w:r>
    </w:p>
    <w:p>
      <w:pPr>
        <w:pStyle w:val="Normal"/>
        <w:ind w:hanging="0"/>
        <w:rPr/>
      </w:pPr>
      <w:r>
        <w:rPr>
          <w:rFonts w:eastAsia="Times New Roman"/>
          <w:b/>
          <w:sz w:val="24"/>
        </w:rPr>
        <w:t>АЛЕКСАНДР.</w:t>
      </w:r>
      <w:r>
        <w:rPr>
          <w:rFonts w:eastAsia="Times New Roman"/>
          <w:sz w:val="24"/>
        </w:rPr>
        <w:t xml:space="preserve"> А я ради встречи.</w:t>
      </w:r>
    </w:p>
    <w:p>
      <w:pPr>
        <w:pStyle w:val="Normal"/>
        <w:ind w:hanging="0"/>
        <w:rPr/>
      </w:pPr>
      <w:r>
        <w:rPr>
          <w:rFonts w:eastAsia="Times New Roman"/>
          <w:b/>
          <w:sz w:val="24"/>
        </w:rPr>
        <w:t>ВАСИЛИСА.</w:t>
      </w:r>
      <w:r>
        <w:rPr>
          <w:rFonts w:eastAsia="Times New Roman"/>
          <w:sz w:val="24"/>
        </w:rPr>
        <w:t xml:space="preserve"> Тогда в следующий раз просто позвоните.</w:t>
      </w:r>
    </w:p>
    <w:p>
      <w:pPr>
        <w:pStyle w:val="Normal"/>
        <w:ind w:firstLine="360"/>
        <w:rPr/>
      </w:pPr>
      <w:r>
        <w:rPr>
          <w:rFonts w:eastAsia="Times New Roman"/>
          <w:sz w:val="24"/>
        </w:rPr>
        <w:t>Они улыбаются. Звонит телефон.</w:t>
      </w:r>
    </w:p>
    <w:p>
      <w:pPr>
        <w:pStyle w:val="Normal"/>
        <w:ind w:firstLine="360"/>
        <w:rPr/>
      </w:pPr>
      <w:r>
        <w:rPr>
          <w:rFonts w:eastAsia="Times New Roman"/>
          <w:b/>
          <w:sz w:val="24"/>
        </w:rPr>
        <w:t>НАТАША</w:t>
      </w:r>
      <w:r>
        <w:rPr>
          <w:rFonts w:eastAsia="Times New Roman"/>
          <w:sz w:val="24"/>
        </w:rPr>
        <w:t xml:space="preserve"> (голос). Я у тебя дома. Что привезти?</w:t>
      </w:r>
    </w:p>
    <w:p>
      <w:pPr>
        <w:pStyle w:val="Normal"/>
        <w:ind w:hanging="0"/>
        <w:rPr/>
      </w:pPr>
      <w:r>
        <w:rPr>
          <w:rFonts w:eastAsia="Times New Roman"/>
          <w:b/>
          <w:sz w:val="24"/>
        </w:rPr>
        <w:t>АЛЕКСАНДР.</w:t>
      </w:r>
      <w:r>
        <w:rPr>
          <w:rFonts w:eastAsia="Times New Roman"/>
          <w:sz w:val="24"/>
        </w:rPr>
        <w:t xml:space="preserve"> Ты дома? Там никого нет? Возьми ключи от машины и уходи.</w:t>
      </w:r>
    </w:p>
    <w:p>
      <w:pPr>
        <w:pStyle w:val="Normal"/>
        <w:ind w:hanging="0"/>
        <w:rPr/>
      </w:pPr>
      <w:r>
        <w:rPr>
          <w:rFonts w:eastAsia="Times New Roman"/>
          <w:b/>
          <w:sz w:val="24"/>
        </w:rPr>
        <w:t>НАТАША.</w:t>
      </w:r>
      <w:r>
        <w:rPr>
          <w:rFonts w:eastAsia="Times New Roman"/>
          <w:sz w:val="24"/>
        </w:rPr>
        <w:t xml:space="preserve"> Дверь опять была открыта. Тебе кроме травматолога нужен невролог.</w:t>
      </w:r>
    </w:p>
    <w:p>
      <w:pPr>
        <w:pStyle w:val="Heading1"/>
        <w:keepNext w:val="true"/>
        <w:spacing w:before="240" w:after="160"/>
        <w:rPr/>
      </w:pPr>
      <w:r>
        <w:rPr>
          <w:rFonts w:eastAsia="Times New Roman" w:ascii="Times New Roman" w:hAnsi="Times New Roman"/>
          <w:b/>
          <w:sz w:val="30"/>
        </w:rPr>
        <w:t>Сцена 10 Сообщение</w:t>
      </w:r>
    </w:p>
    <w:p>
      <w:pPr>
        <w:pStyle w:val="Normal"/>
        <w:ind w:firstLine="360"/>
        <w:rPr/>
      </w:pPr>
      <w:r>
        <w:rPr>
          <w:rFonts w:eastAsia="Times New Roman"/>
          <w:sz w:val="24"/>
        </w:rPr>
        <w:t>Александр в больничной пижаме выходит из такси у дома. Наташа передаёт ключи и пакет.</w:t>
      </w:r>
    </w:p>
    <w:p>
      <w:pPr>
        <w:pStyle w:val="Normal"/>
        <w:ind w:hanging="0"/>
        <w:rPr/>
      </w:pPr>
      <w:r>
        <w:rPr>
          <w:rFonts w:eastAsia="Times New Roman"/>
          <w:b/>
          <w:sz w:val="24"/>
        </w:rPr>
        <w:t>НАТАША.</w:t>
      </w:r>
      <w:r>
        <w:rPr>
          <w:rFonts w:eastAsia="Times New Roman"/>
          <w:sz w:val="24"/>
        </w:rPr>
        <w:t xml:space="preserve"> Обратно в палату.</w:t>
      </w:r>
    </w:p>
    <w:p>
      <w:pPr>
        <w:pStyle w:val="Normal"/>
        <w:ind w:hanging="0"/>
        <w:rPr/>
      </w:pPr>
      <w:r>
        <w:rPr>
          <w:rFonts w:eastAsia="Times New Roman"/>
          <w:b/>
          <w:sz w:val="24"/>
        </w:rPr>
        <w:t>АЛЕКСАНДР.</w:t>
      </w:r>
      <w:r>
        <w:rPr>
          <w:rFonts w:eastAsia="Times New Roman"/>
          <w:sz w:val="24"/>
        </w:rPr>
        <w:t xml:space="preserve"> Конечно.</w:t>
      </w:r>
    </w:p>
    <w:p>
      <w:pPr>
        <w:pStyle w:val="Normal"/>
        <w:ind w:firstLine="360"/>
        <w:rPr/>
      </w:pPr>
      <w:r>
        <w:rPr>
          <w:rFonts w:eastAsia="Times New Roman"/>
          <w:sz w:val="24"/>
        </w:rPr>
        <w:t>Наташа уходит. Александр садится в машину, затем поднимается домой переодеться. Телефон подаёт сигнал.</w:t>
      </w:r>
    </w:p>
    <w:p>
      <w:pPr>
        <w:pStyle w:val="Normal"/>
        <w:ind w:hanging="0"/>
        <w:rPr/>
      </w:pPr>
      <w:r>
        <w:rPr>
          <w:rFonts w:eastAsia="Times New Roman"/>
          <w:b/>
          <w:sz w:val="24"/>
        </w:rPr>
        <w:t>ГОЛОС СООБЩЕНИЯ.</w:t>
      </w:r>
      <w:r>
        <w:rPr>
          <w:rFonts w:eastAsia="Times New Roman"/>
          <w:sz w:val="24"/>
        </w:rPr>
        <w:t xml:space="preserve"> Александр, всё, что было в сумке, придётся вернуть. Возьмите сумку и езжайте туда, где спрятали содержимое. Встретимся там.</w:t>
      </w:r>
    </w:p>
    <w:p>
      <w:pPr>
        <w:pStyle w:val="Normal"/>
        <w:ind w:hanging="0"/>
        <w:rPr/>
      </w:pPr>
      <w:r>
        <w:rPr>
          <w:rFonts w:eastAsia="Times New Roman"/>
          <w:b/>
          <w:sz w:val="24"/>
        </w:rPr>
        <w:t>БЕЛЫЙ.</w:t>
      </w:r>
      <w:r>
        <w:rPr>
          <w:rFonts w:eastAsia="Times New Roman"/>
          <w:sz w:val="24"/>
        </w:rPr>
        <w:t xml:space="preserve"> Наконец-то. Верни всё.</w:t>
      </w:r>
    </w:p>
    <w:p>
      <w:pPr>
        <w:pStyle w:val="Normal"/>
        <w:ind w:hanging="0"/>
        <w:rPr/>
      </w:pPr>
      <w:r>
        <w:rPr>
          <w:rFonts w:eastAsia="Times New Roman"/>
          <w:b/>
          <w:sz w:val="24"/>
        </w:rPr>
        <w:t>ЧЁРНЫЙ.</w:t>
      </w:r>
      <w:r>
        <w:rPr>
          <w:rFonts w:eastAsia="Times New Roman"/>
          <w:sz w:val="24"/>
        </w:rPr>
        <w:t xml:space="preserve"> Последнюю пачку оставь. За моральный и физический вред.</w:t>
      </w:r>
    </w:p>
    <w:p>
      <w:pPr>
        <w:pStyle w:val="Normal"/>
        <w:ind w:firstLine="360"/>
        <w:rPr/>
      </w:pPr>
      <w:r>
        <w:rPr>
          <w:rFonts w:eastAsia="Times New Roman"/>
          <w:sz w:val="24"/>
        </w:rPr>
        <w:t>Александр отвечает: «Ок».</w:t>
      </w:r>
    </w:p>
    <w:p>
      <w:pPr>
        <w:pStyle w:val="Heading1"/>
        <w:keepNext w:val="true"/>
        <w:spacing w:before="240" w:after="160"/>
        <w:rPr/>
      </w:pPr>
      <w:r>
        <w:rPr>
          <w:rFonts w:eastAsia="Times New Roman" w:ascii="Times New Roman" w:hAnsi="Times New Roman"/>
          <w:b/>
          <w:sz w:val="30"/>
        </w:rPr>
        <w:t>Сцена 11 Колба</w:t>
      </w:r>
    </w:p>
    <w:p>
      <w:pPr>
        <w:pStyle w:val="Normal"/>
        <w:ind w:firstLine="360"/>
        <w:rPr/>
      </w:pPr>
      <w:r>
        <w:rPr>
          <w:rFonts w:eastAsia="Times New Roman"/>
          <w:sz w:val="24"/>
        </w:rPr>
        <w:t>Школа. Григорьич выдвигает ногой инструментальный ящик.</w:t>
      </w:r>
    </w:p>
    <w:p>
      <w:pPr>
        <w:pStyle w:val="Normal"/>
        <w:ind w:hanging="0"/>
        <w:rPr/>
      </w:pPr>
      <w:r>
        <w:rPr>
          <w:rFonts w:eastAsia="Times New Roman"/>
          <w:b/>
          <w:sz w:val="24"/>
        </w:rPr>
        <w:t>ПАВЕЛ ГРИГОРЬЕВИЧ.</w:t>
      </w:r>
      <w:r>
        <w:rPr>
          <w:rFonts w:eastAsia="Times New Roman"/>
          <w:sz w:val="24"/>
        </w:rPr>
        <w:t xml:space="preserve"> Вот твоя химия.</w:t>
      </w:r>
    </w:p>
    <w:p>
      <w:pPr>
        <w:pStyle w:val="Normal"/>
        <w:ind w:hanging="0"/>
        <w:rPr/>
      </w:pPr>
      <w:r>
        <w:rPr>
          <w:rFonts w:eastAsia="Times New Roman"/>
          <w:b/>
          <w:sz w:val="24"/>
        </w:rPr>
        <w:t>АЛЕКСАНДР.</w:t>
      </w:r>
      <w:r>
        <w:rPr>
          <w:rFonts w:eastAsia="Times New Roman"/>
          <w:sz w:val="24"/>
        </w:rPr>
        <w:t xml:space="preserve"> Спасибо. С меня причитается. Только уже без меня.</w:t>
      </w:r>
    </w:p>
    <w:p>
      <w:pPr>
        <w:pStyle w:val="Normal"/>
        <w:ind w:firstLine="360"/>
        <w:rPr/>
      </w:pPr>
      <w:r>
        <w:rPr>
          <w:rFonts w:eastAsia="Times New Roman"/>
          <w:sz w:val="24"/>
        </w:rPr>
        <w:t>Перекладывает свёртки в сумку, затем идёт в кабинет химии. Изучает колбу и записку из футляра.</w:t>
      </w:r>
    </w:p>
    <w:p>
      <w:pPr>
        <w:pStyle w:val="Normal"/>
        <w:ind w:hanging="0"/>
        <w:rPr/>
      </w:pPr>
      <w:r>
        <w:rPr>
          <w:rFonts w:eastAsia="Times New Roman"/>
          <w:b/>
          <w:sz w:val="24"/>
        </w:rPr>
        <w:t>АЛЕКСАНДР.</w:t>
      </w:r>
      <w:r>
        <w:rPr>
          <w:rFonts w:eastAsia="Times New Roman"/>
          <w:sz w:val="24"/>
        </w:rPr>
        <w:t xml:space="preserve"> Материал растворяется в обычной воде. Чем выше температура, тем быстрее. Через две-три недели оболочки не будет, содержимое окажется в воде.</w:t>
      </w:r>
    </w:p>
    <w:p>
      <w:pPr>
        <w:pStyle w:val="Normal"/>
        <w:ind w:firstLine="360"/>
        <w:rPr/>
      </w:pPr>
      <w:r>
        <w:rPr>
          <w:rFonts w:eastAsia="Times New Roman"/>
          <w:sz w:val="24"/>
        </w:rPr>
        <w:t>Ставит каплю под микроскоп.</w:t>
      </w:r>
    </w:p>
    <w:p>
      <w:pPr>
        <w:pStyle w:val="Normal"/>
        <w:ind w:hanging="0"/>
        <w:rPr/>
      </w:pPr>
      <w:r>
        <w:rPr>
          <w:rFonts w:eastAsia="Times New Roman"/>
          <w:b/>
          <w:sz w:val="24"/>
        </w:rPr>
        <w:t>АЛЕКСАНДР.</w:t>
      </w:r>
      <w:r>
        <w:rPr>
          <w:rFonts w:eastAsia="Times New Roman"/>
          <w:sz w:val="24"/>
        </w:rPr>
        <w:t xml:space="preserve"> Споры. Возбудители. Бактериологическая бомба замедленного действия.</w:t>
      </w:r>
    </w:p>
    <w:p>
      <w:pPr>
        <w:pStyle w:val="Normal"/>
        <w:ind w:firstLine="360"/>
        <w:rPr/>
      </w:pPr>
      <w:r>
        <w:rPr>
          <w:rFonts w:eastAsia="Times New Roman"/>
          <w:sz w:val="24"/>
        </w:rPr>
        <w:t>На заднике — фотография Варнакова и схема городского водоснабжения.</w:t>
      </w:r>
    </w:p>
    <w:p>
      <w:pPr>
        <w:pStyle w:val="Normal"/>
        <w:ind w:hanging="0"/>
        <w:rPr/>
      </w:pPr>
      <w:r>
        <w:rPr>
          <w:rFonts w:eastAsia="Times New Roman"/>
          <w:b/>
          <w:sz w:val="24"/>
        </w:rPr>
        <w:t>АЛЕКСАНДР.</w:t>
      </w:r>
      <w:r>
        <w:rPr>
          <w:rFonts w:eastAsia="Times New Roman"/>
          <w:sz w:val="24"/>
        </w:rPr>
        <w:t xml:space="preserve"> Варнаков работал на очистных. В футляре было три колбы. Двух нет. Его наняли бросить их в водохранилище. Могут погибнуть тысячи людей.</w:t>
      </w:r>
    </w:p>
    <w:p>
      <w:pPr>
        <w:pStyle w:val="Normal"/>
        <w:ind w:firstLine="360"/>
        <w:rPr/>
      </w:pPr>
      <w:r>
        <w:rPr>
          <w:rFonts w:eastAsia="Times New Roman"/>
          <w:sz w:val="24"/>
        </w:rPr>
        <w:t>Берёт телефон.</w:t>
      </w:r>
    </w:p>
    <w:p>
      <w:pPr>
        <w:pStyle w:val="Normal"/>
        <w:ind w:hanging="0"/>
        <w:rPr/>
      </w:pPr>
      <w:r>
        <w:rPr>
          <w:rFonts w:eastAsia="Times New Roman"/>
          <w:b/>
          <w:sz w:val="24"/>
        </w:rPr>
        <w:t>АЛЕКСАНДР.</w:t>
      </w:r>
      <w:r>
        <w:rPr>
          <w:rFonts w:eastAsia="Times New Roman"/>
          <w:sz w:val="24"/>
        </w:rPr>
        <w:t xml:space="preserve"> Дежурная часть? Скидановский Александр Владимирович. У меня ёмкость с биологическим оружием. Я в школе.</w:t>
      </w:r>
    </w:p>
    <w:p>
      <w:pPr>
        <w:pStyle w:val="Normal"/>
        <w:ind w:hanging="0"/>
        <w:rPr/>
      </w:pPr>
      <w:r>
        <w:rPr>
          <w:rFonts w:eastAsia="Times New Roman"/>
          <w:b/>
          <w:sz w:val="24"/>
        </w:rPr>
        <w:t>ГОЛОС ДЕЖУРНОГО.</w:t>
      </w:r>
      <w:r>
        <w:rPr>
          <w:rFonts w:eastAsia="Times New Roman"/>
          <w:sz w:val="24"/>
        </w:rPr>
        <w:t xml:space="preserve"> Скидановский с язвой из школы? Ещё раз позвонишь с такими шутками — приедем туда, где ты на самом деле сидишь.</w:t>
      </w:r>
    </w:p>
    <w:p>
      <w:pPr>
        <w:pStyle w:val="Normal"/>
        <w:ind w:firstLine="360"/>
        <w:rPr/>
      </w:pPr>
      <w:r>
        <w:rPr>
          <w:rFonts w:eastAsia="Times New Roman"/>
          <w:sz w:val="24"/>
        </w:rPr>
        <w:t>Короткие гудки.</w:t>
      </w:r>
    </w:p>
    <w:p>
      <w:pPr>
        <w:pStyle w:val="Normal"/>
        <w:ind w:hanging="0"/>
        <w:rPr/>
      </w:pPr>
      <w:r>
        <w:rPr>
          <w:rFonts w:eastAsia="Times New Roman"/>
          <w:b/>
          <w:sz w:val="24"/>
        </w:rPr>
        <w:t>АЛЕКСАНДР.</w:t>
      </w:r>
      <w:r>
        <w:rPr>
          <w:rFonts w:eastAsia="Times New Roman"/>
          <w:sz w:val="24"/>
        </w:rPr>
        <w:t xml:space="preserve"> Не умею убедительно говорить. Поэтому и холостой.</w:t>
      </w:r>
    </w:p>
    <w:p>
      <w:pPr>
        <w:pStyle w:val="Normal"/>
        <w:ind w:firstLine="360"/>
        <w:rPr/>
      </w:pPr>
      <w:r>
        <w:rPr>
          <w:rFonts w:eastAsia="Times New Roman"/>
          <w:sz w:val="24"/>
        </w:rPr>
        <w:t>Он выжигает стекло горелкой, запечатывает колбу. Затем возвращается в мастерскую и забрасывает деньги в четвёртый вазон на стене.</w:t>
      </w:r>
    </w:p>
    <w:p>
      <w:pPr>
        <w:pStyle w:val="Normal"/>
        <w:ind w:hanging="0"/>
        <w:rPr/>
      </w:pPr>
      <w:r>
        <w:rPr>
          <w:rFonts w:eastAsia="Times New Roman"/>
          <w:b/>
          <w:sz w:val="24"/>
        </w:rPr>
        <w:t>АЛЕКСАНДР.</w:t>
      </w:r>
      <w:r>
        <w:rPr>
          <w:rFonts w:eastAsia="Times New Roman"/>
          <w:sz w:val="24"/>
        </w:rPr>
        <w:t xml:space="preserve"> Храни надёжно.</w:t>
      </w:r>
    </w:p>
    <w:p>
      <w:pPr>
        <w:pStyle w:val="Heading1"/>
        <w:keepNext w:val="true"/>
        <w:spacing w:before="240" w:after="160"/>
        <w:rPr/>
      </w:pPr>
      <w:r>
        <w:rPr>
          <w:rFonts w:eastAsia="Times New Roman" w:ascii="Times New Roman" w:hAnsi="Times New Roman"/>
          <w:b/>
          <w:sz w:val="30"/>
        </w:rPr>
        <w:t>Сцена 12 Труп в багажнике</w:t>
      </w:r>
    </w:p>
    <w:p>
      <w:pPr>
        <w:pStyle w:val="Normal"/>
        <w:ind w:firstLine="360"/>
        <w:rPr/>
      </w:pPr>
      <w:r>
        <w:rPr>
          <w:rFonts w:eastAsia="Times New Roman"/>
          <w:sz w:val="24"/>
        </w:rPr>
        <w:t>Александр едет в полицию. Принюхивается.</w:t>
      </w:r>
    </w:p>
    <w:p>
      <w:pPr>
        <w:pStyle w:val="Normal"/>
        <w:ind w:hanging="0"/>
        <w:rPr/>
      </w:pPr>
      <w:r>
        <w:rPr>
          <w:rFonts w:eastAsia="Times New Roman"/>
          <w:b/>
          <w:sz w:val="24"/>
        </w:rPr>
        <w:t>АЛЕКСАНДР.</w:t>
      </w:r>
      <w:r>
        <w:rPr>
          <w:rFonts w:eastAsia="Times New Roman"/>
          <w:sz w:val="24"/>
        </w:rPr>
        <w:t xml:space="preserve"> Что за запах? Машина долго стояла, осень, сыро.</w:t>
      </w:r>
    </w:p>
    <w:p>
      <w:pPr>
        <w:pStyle w:val="Normal"/>
        <w:ind w:firstLine="360"/>
        <w:rPr/>
      </w:pPr>
      <w:r>
        <w:rPr>
          <w:rFonts w:eastAsia="Times New Roman"/>
          <w:sz w:val="24"/>
        </w:rPr>
        <w:t>Свисток. Два ИНСПЕКТОРА останавливают машину.</w:t>
      </w:r>
    </w:p>
    <w:p>
      <w:pPr>
        <w:pStyle w:val="Normal"/>
        <w:ind w:hanging="0"/>
        <w:rPr/>
      </w:pPr>
      <w:r>
        <w:rPr>
          <w:rFonts w:eastAsia="Times New Roman"/>
          <w:b/>
          <w:sz w:val="24"/>
        </w:rPr>
        <w:t>ИНСПЕКТОР.</w:t>
      </w:r>
      <w:r>
        <w:rPr>
          <w:rFonts w:eastAsia="Times New Roman"/>
          <w:sz w:val="24"/>
        </w:rPr>
        <w:t xml:space="preserve"> Документы. Что перевозите? Багажник откройте.</w:t>
      </w:r>
    </w:p>
    <w:p>
      <w:pPr>
        <w:pStyle w:val="Normal"/>
        <w:ind w:firstLine="360"/>
        <w:rPr/>
      </w:pPr>
      <w:r>
        <w:rPr>
          <w:rFonts w:eastAsia="Times New Roman"/>
          <w:sz w:val="24"/>
        </w:rPr>
        <w:t>Александр открывает. В багажнике — обмотанное скотчем тело мужчины.</w:t>
      </w:r>
    </w:p>
    <w:p>
      <w:pPr>
        <w:pStyle w:val="Normal"/>
        <w:ind w:hanging="0"/>
        <w:rPr/>
      </w:pPr>
      <w:r>
        <w:rPr>
          <w:rFonts w:eastAsia="Times New Roman"/>
          <w:b/>
          <w:sz w:val="24"/>
        </w:rPr>
        <w:t>АЛЕКСАНДР.</w:t>
      </w:r>
      <w:r>
        <w:rPr>
          <w:rFonts w:eastAsia="Times New Roman"/>
          <w:sz w:val="24"/>
        </w:rPr>
        <w:t xml:space="preserve"> Это не моё.</w:t>
      </w:r>
    </w:p>
    <w:p>
      <w:pPr>
        <w:pStyle w:val="Normal"/>
        <w:ind w:firstLine="360"/>
        <w:rPr/>
      </w:pPr>
      <w:r>
        <w:rPr>
          <w:rFonts w:eastAsia="Times New Roman"/>
          <w:sz w:val="24"/>
        </w:rPr>
        <w:t>Его мгновенно укладывают на землю.</w:t>
      </w:r>
    </w:p>
    <w:p>
      <w:pPr>
        <w:pStyle w:val="Normal"/>
        <w:ind w:hanging="0"/>
        <w:rPr/>
      </w:pPr>
      <w:r>
        <w:rPr>
          <w:rFonts w:eastAsia="Times New Roman"/>
          <w:b/>
          <w:sz w:val="24"/>
        </w:rPr>
        <w:t>ИНСПЕКТОР.</w:t>
      </w:r>
      <w:r>
        <w:rPr>
          <w:rFonts w:eastAsia="Times New Roman"/>
          <w:sz w:val="24"/>
        </w:rPr>
        <w:t xml:space="preserve"> Лежать! Не двигаться!</w:t>
      </w:r>
    </w:p>
    <w:p>
      <w:pPr>
        <w:pStyle w:val="Normal"/>
        <w:ind w:hanging="0"/>
        <w:rPr/>
      </w:pPr>
      <w:r>
        <w:rPr>
          <w:rFonts w:eastAsia="Times New Roman"/>
          <w:b/>
          <w:sz w:val="24"/>
        </w:rPr>
        <w:t>АЛЕКСАНДР.</w:t>
      </w:r>
      <w:r>
        <w:rPr>
          <w:rFonts w:eastAsia="Times New Roman"/>
          <w:sz w:val="24"/>
        </w:rPr>
        <w:t xml:space="preserve"> Я и не собирался. Нога сломана.</w:t>
      </w:r>
    </w:p>
    <w:p>
      <w:pPr>
        <w:pStyle w:val="Normal"/>
        <w:ind w:hanging="0"/>
        <w:rPr/>
      </w:pPr>
      <w:r>
        <w:rPr>
          <w:rFonts w:eastAsia="Times New Roman"/>
          <w:b/>
          <w:sz w:val="24"/>
        </w:rPr>
        <w:t>ЧЁРНЫЙ.</w:t>
      </w:r>
      <w:r>
        <w:rPr>
          <w:rFonts w:eastAsia="Times New Roman"/>
          <w:sz w:val="24"/>
        </w:rPr>
        <w:t xml:space="preserve"> Про деньги ни слова. На адвокатов и миллиона не хватит.</w:t>
      </w:r>
    </w:p>
    <w:p>
      <w:pPr>
        <w:pStyle w:val="Heading1"/>
        <w:keepNext w:val="true"/>
        <w:spacing w:before="240" w:after="160"/>
        <w:rPr/>
      </w:pPr>
      <w:r>
        <w:rPr>
          <w:rFonts w:eastAsia="Times New Roman" w:ascii="Times New Roman" w:hAnsi="Times New Roman"/>
          <w:b/>
          <w:sz w:val="30"/>
        </w:rPr>
        <w:t>Сцена 13 Микроб</w:t>
      </w:r>
    </w:p>
    <w:p>
      <w:pPr>
        <w:pStyle w:val="Normal"/>
        <w:ind w:firstLine="360"/>
        <w:rPr/>
      </w:pPr>
      <w:r>
        <w:rPr>
          <w:rFonts w:eastAsia="Times New Roman"/>
          <w:sz w:val="24"/>
        </w:rPr>
        <w:t>Большая камера. Шум голосов. Александр входит с матрасом.</w:t>
      </w:r>
    </w:p>
    <w:p>
      <w:pPr>
        <w:pStyle w:val="Normal"/>
        <w:ind w:hanging="0"/>
        <w:rPr/>
      </w:pPr>
      <w:r>
        <w:rPr>
          <w:rFonts w:eastAsia="Times New Roman"/>
          <w:b/>
          <w:sz w:val="24"/>
        </w:rPr>
        <w:t>АЛЕКСАНДР.</w:t>
      </w:r>
      <w:r>
        <w:rPr>
          <w:rFonts w:eastAsia="Times New Roman"/>
          <w:sz w:val="24"/>
        </w:rPr>
        <w:t xml:space="preserve"> Всем привет. Меня зовут Александр, и я ненадолго.</w:t>
      </w:r>
    </w:p>
    <w:p>
      <w:pPr>
        <w:pStyle w:val="Normal"/>
        <w:ind w:firstLine="360"/>
        <w:rPr/>
      </w:pPr>
      <w:r>
        <w:rPr>
          <w:rFonts w:eastAsia="Times New Roman"/>
          <w:sz w:val="24"/>
        </w:rPr>
        <w:t>Смех. Позже к нему подходит МИКРОБ.</w:t>
      </w:r>
    </w:p>
    <w:p>
      <w:pPr>
        <w:pStyle w:val="Normal"/>
        <w:ind w:hanging="0"/>
        <w:rPr/>
      </w:pPr>
      <w:r>
        <w:rPr>
          <w:rFonts w:eastAsia="Times New Roman"/>
          <w:b/>
          <w:sz w:val="24"/>
        </w:rPr>
        <w:t>МИКРОБ.</w:t>
      </w:r>
      <w:r>
        <w:rPr>
          <w:rFonts w:eastAsia="Times New Roman"/>
          <w:sz w:val="24"/>
        </w:rPr>
        <w:t xml:space="preserve"> Слезь. Разговор есть. Тебя Саня зовут?</w:t>
      </w:r>
    </w:p>
    <w:p>
      <w:pPr>
        <w:pStyle w:val="Normal"/>
        <w:ind w:hanging="0"/>
        <w:rPr/>
      </w:pPr>
      <w:r>
        <w:rPr>
          <w:rFonts w:eastAsia="Times New Roman"/>
          <w:b/>
          <w:sz w:val="24"/>
        </w:rPr>
        <w:t>АЛЕКСАНДР.</w:t>
      </w:r>
      <w:r>
        <w:rPr>
          <w:rFonts w:eastAsia="Times New Roman"/>
          <w:sz w:val="24"/>
        </w:rPr>
        <w:t xml:space="preserve"> Да.</w:t>
      </w:r>
    </w:p>
    <w:p>
      <w:pPr>
        <w:pStyle w:val="Normal"/>
        <w:ind w:hanging="0"/>
        <w:rPr/>
      </w:pPr>
      <w:r>
        <w:rPr>
          <w:rFonts w:eastAsia="Times New Roman"/>
          <w:b/>
          <w:sz w:val="24"/>
        </w:rPr>
        <w:t>МИКРОБ.</w:t>
      </w:r>
      <w:r>
        <w:rPr>
          <w:rFonts w:eastAsia="Times New Roman"/>
          <w:sz w:val="24"/>
        </w:rPr>
        <w:t xml:space="preserve"> А меня Микроб. Я тут тоже ненадолго. Специально сел. Серьёзные люди передают: всё, что должен, отдашь мне, когда выйдешь. На допросе говори: «Я ничего не знаю». На все вопросы. Понял?</w:t>
      </w:r>
    </w:p>
    <w:p>
      <w:pPr>
        <w:pStyle w:val="Normal"/>
        <w:ind w:hanging="0"/>
        <w:rPr/>
      </w:pPr>
      <w:r>
        <w:rPr>
          <w:rFonts w:eastAsia="Times New Roman"/>
          <w:b/>
          <w:sz w:val="24"/>
        </w:rPr>
        <w:t>АЛЕКСАНДР.</w:t>
      </w:r>
      <w:r>
        <w:rPr>
          <w:rFonts w:eastAsia="Times New Roman"/>
          <w:sz w:val="24"/>
        </w:rPr>
        <w:t xml:space="preserve"> А труп зачем?</w:t>
      </w:r>
    </w:p>
    <w:p>
      <w:pPr>
        <w:pStyle w:val="Normal"/>
        <w:ind w:hanging="0"/>
        <w:rPr/>
      </w:pPr>
      <w:r>
        <w:rPr>
          <w:rFonts w:eastAsia="Times New Roman"/>
          <w:b/>
          <w:sz w:val="24"/>
        </w:rPr>
        <w:t>МИКРОБ.</w:t>
      </w:r>
      <w:r>
        <w:rPr>
          <w:rFonts w:eastAsia="Times New Roman"/>
          <w:sz w:val="24"/>
        </w:rPr>
        <w:t xml:space="preserve"> Я ничего не знаю.</w:t>
      </w:r>
    </w:p>
    <w:p>
      <w:pPr>
        <w:pStyle w:val="Normal"/>
        <w:ind w:firstLine="360"/>
        <w:rPr/>
      </w:pPr>
      <w:r>
        <w:rPr>
          <w:rFonts w:eastAsia="Times New Roman"/>
          <w:sz w:val="24"/>
        </w:rPr>
        <w:t>Микроб уходит.</w:t>
      </w:r>
    </w:p>
    <w:p>
      <w:pPr>
        <w:pStyle w:val="Normal"/>
        <w:ind w:hanging="0"/>
        <w:rPr/>
      </w:pPr>
      <w:r>
        <w:rPr>
          <w:rFonts w:eastAsia="Times New Roman"/>
          <w:b/>
          <w:sz w:val="24"/>
        </w:rPr>
        <w:t>БЕЛЫЙ.</w:t>
      </w:r>
      <w:r>
        <w:rPr>
          <w:rFonts w:eastAsia="Times New Roman"/>
          <w:sz w:val="24"/>
        </w:rPr>
        <w:t xml:space="preserve"> Расскажи следователю всё.</w:t>
      </w:r>
    </w:p>
    <w:p>
      <w:pPr>
        <w:pStyle w:val="Normal"/>
        <w:ind w:hanging="0"/>
        <w:rPr/>
      </w:pPr>
      <w:r>
        <w:rPr>
          <w:rFonts w:eastAsia="Times New Roman"/>
          <w:b/>
          <w:sz w:val="24"/>
        </w:rPr>
        <w:t>ЧЁРНЫЙ.</w:t>
      </w:r>
      <w:r>
        <w:rPr>
          <w:rFonts w:eastAsia="Times New Roman"/>
          <w:sz w:val="24"/>
        </w:rPr>
        <w:t xml:space="preserve"> Говори, как велели.</w:t>
      </w:r>
    </w:p>
    <w:p>
      <w:pPr>
        <w:pStyle w:val="Normal"/>
        <w:ind w:hanging="0"/>
        <w:rPr/>
      </w:pPr>
      <w:r>
        <w:rPr>
          <w:rFonts w:eastAsia="Times New Roman"/>
          <w:b/>
          <w:sz w:val="24"/>
        </w:rPr>
        <w:t>ГОЛОС.</w:t>
      </w:r>
      <w:r>
        <w:rPr>
          <w:rFonts w:eastAsia="Times New Roman"/>
          <w:sz w:val="24"/>
        </w:rPr>
        <w:t xml:space="preserve"> Скидановский, на выход!</w:t>
      </w:r>
    </w:p>
    <w:p>
      <w:pPr>
        <w:pStyle w:val="Heading1"/>
        <w:keepNext w:val="true"/>
        <w:spacing w:before="240" w:after="160"/>
        <w:rPr/>
      </w:pPr>
      <w:r>
        <w:rPr>
          <w:rFonts w:eastAsia="Times New Roman" w:ascii="Times New Roman" w:hAnsi="Times New Roman"/>
          <w:b/>
          <w:sz w:val="30"/>
        </w:rPr>
        <w:t>Сцена 14 Две версии</w:t>
      </w:r>
    </w:p>
    <w:p>
      <w:pPr>
        <w:pStyle w:val="Normal"/>
        <w:ind w:firstLine="360"/>
        <w:rPr/>
      </w:pPr>
      <w:r>
        <w:rPr>
          <w:rFonts w:eastAsia="Times New Roman"/>
          <w:sz w:val="24"/>
        </w:rPr>
        <w:t>Кабинет. СЛЕДОВАТЕЛЬ сидит за столом.</w:t>
      </w:r>
    </w:p>
    <w:p>
      <w:pPr>
        <w:pStyle w:val="Normal"/>
        <w:ind w:hanging="0"/>
        <w:rPr/>
      </w:pPr>
      <w:r>
        <w:rPr>
          <w:rFonts w:eastAsia="Times New Roman"/>
          <w:b/>
          <w:sz w:val="24"/>
        </w:rPr>
        <w:t>СЛЕДОВАТЕЛЬ.</w:t>
      </w:r>
      <w:r>
        <w:rPr>
          <w:rFonts w:eastAsia="Times New Roman"/>
          <w:sz w:val="24"/>
        </w:rPr>
        <w:t xml:space="preserve"> Я вас слушаю.</w:t>
      </w:r>
    </w:p>
    <w:p>
      <w:pPr>
        <w:pStyle w:val="Normal"/>
        <w:ind w:hanging="0"/>
        <w:rPr/>
      </w:pPr>
      <w:r>
        <w:rPr>
          <w:rFonts w:eastAsia="Times New Roman"/>
          <w:b/>
          <w:sz w:val="24"/>
        </w:rPr>
        <w:t>АЛЕКСАНДР.</w:t>
      </w:r>
      <w:r>
        <w:rPr>
          <w:rFonts w:eastAsia="Times New Roman"/>
          <w:sz w:val="24"/>
        </w:rPr>
        <w:t xml:space="preserve"> В чужой сумке я нашёл миллион и футляр. В колбе опасные споры. Две колбы пропали. Варнаков работал на водоканале. Меня преследовали. Я звонил вам. Потом мне подложили труп. А в камере Микроб потребовал вернуть всё.</w:t>
      </w:r>
    </w:p>
    <w:p>
      <w:pPr>
        <w:pStyle w:val="Normal"/>
        <w:ind w:firstLine="360"/>
        <w:rPr/>
      </w:pPr>
      <w:r>
        <w:rPr>
          <w:rFonts w:eastAsia="Times New Roman"/>
          <w:sz w:val="24"/>
        </w:rPr>
        <w:t>Следователь записывает.</w:t>
      </w:r>
    </w:p>
    <w:p>
      <w:pPr>
        <w:pStyle w:val="Normal"/>
        <w:ind w:hanging="0"/>
        <w:rPr/>
      </w:pPr>
      <w:r>
        <w:rPr>
          <w:rFonts w:eastAsia="Times New Roman"/>
          <w:b/>
          <w:sz w:val="24"/>
        </w:rPr>
        <w:t>СЛЕДОВАТЕЛЬ.</w:t>
      </w:r>
      <w:r>
        <w:rPr>
          <w:rFonts w:eastAsia="Times New Roman"/>
          <w:sz w:val="24"/>
        </w:rPr>
        <w:t xml:space="preserve"> Теперь послушайте мою версию. После взрыва вы получили травму головы. Затем заявили, что убили коллегу, хотя он был жив. Трижды повредили одну ногу. Врачу сказали, что выпали из окна после семейной ссоры, хотя живёте один.</w:t>
      </w:r>
    </w:p>
    <w:p>
      <w:pPr>
        <w:pStyle w:val="Normal"/>
        <w:ind w:firstLine="360"/>
        <w:rPr/>
      </w:pPr>
      <w:r>
        <w:rPr>
          <w:rFonts w:eastAsia="Times New Roman"/>
          <w:sz w:val="24"/>
        </w:rPr>
        <w:t>По мере его слов персонажи молча повторяют прежние сцены, но теперь без Ангелов и преследователей.</w:t>
      </w:r>
    </w:p>
    <w:p>
      <w:pPr>
        <w:pStyle w:val="Normal"/>
        <w:ind w:hanging="0"/>
        <w:rPr/>
      </w:pPr>
      <w:r>
        <w:rPr>
          <w:rFonts w:eastAsia="Times New Roman"/>
          <w:b/>
          <w:sz w:val="24"/>
        </w:rPr>
        <w:t>СЛЕДОВАТЕЛЬ.</w:t>
      </w:r>
      <w:r>
        <w:rPr>
          <w:rFonts w:eastAsia="Times New Roman"/>
          <w:sz w:val="24"/>
        </w:rPr>
        <w:t xml:space="preserve"> Сестра сообщает, что вы забываете закрывать дверь. Школа требует справку психиатра. Соседи видят, как вы ездите по ночам. Коллега встретила вас на кладбище. Санитар морга видел ваш автомобиль в ночь, когда исчезло тело умершего мужчины.</w:t>
      </w:r>
    </w:p>
    <w:p>
      <w:pPr>
        <w:pStyle w:val="Normal"/>
        <w:ind w:firstLine="360"/>
        <w:rPr/>
      </w:pPr>
      <w:r>
        <w:rPr>
          <w:rFonts w:eastAsia="Times New Roman"/>
          <w:sz w:val="24"/>
        </w:rPr>
        <w:t>На сцене появляется тело Варнакова. Александр смотрит на него.</w:t>
      </w:r>
    </w:p>
    <w:p>
      <w:pPr>
        <w:pStyle w:val="Normal"/>
        <w:ind w:hanging="0"/>
        <w:rPr/>
      </w:pPr>
      <w:r>
        <w:rPr>
          <w:rFonts w:eastAsia="Times New Roman"/>
          <w:b/>
          <w:sz w:val="24"/>
        </w:rPr>
        <w:t>СЛЕДОВАТЕЛЬ.</w:t>
      </w:r>
      <w:r>
        <w:rPr>
          <w:rFonts w:eastAsia="Times New Roman"/>
          <w:sz w:val="24"/>
        </w:rPr>
        <w:t xml:space="preserve"> Вы похитили труп, обмотали скотчем и возили в багажнике. У вас обнаружена крупная сумма денег неизвестного происхождения. Теперь вы заявляете о террористах и бактериологическом оружии.</w:t>
      </w:r>
    </w:p>
    <w:p>
      <w:pPr>
        <w:pStyle w:val="Normal"/>
        <w:ind w:hanging="0"/>
        <w:rPr/>
      </w:pPr>
      <w:r>
        <w:rPr>
          <w:rFonts w:eastAsia="Times New Roman"/>
          <w:b/>
          <w:sz w:val="24"/>
        </w:rPr>
        <w:t>АЛЕКСАНДР.</w:t>
      </w:r>
      <w:r>
        <w:rPr>
          <w:rFonts w:eastAsia="Times New Roman"/>
          <w:sz w:val="24"/>
        </w:rPr>
        <w:t xml:space="preserve"> Но Микроб знает про сумку.</w:t>
      </w:r>
    </w:p>
    <w:p>
      <w:pPr>
        <w:pStyle w:val="Normal"/>
        <w:ind w:hanging="0"/>
        <w:rPr/>
      </w:pPr>
      <w:r>
        <w:rPr>
          <w:rFonts w:eastAsia="Times New Roman"/>
          <w:b/>
          <w:sz w:val="24"/>
        </w:rPr>
        <w:t>СЛЕДОВАТЕЛЬ.</w:t>
      </w:r>
      <w:r>
        <w:rPr>
          <w:rFonts w:eastAsia="Times New Roman"/>
          <w:sz w:val="24"/>
        </w:rPr>
        <w:t xml:space="preserve"> В камере нет человека с такой фамилией или кличкой.</w:t>
      </w:r>
    </w:p>
    <w:p>
      <w:pPr>
        <w:pStyle w:val="Normal"/>
        <w:ind w:firstLine="360"/>
        <w:rPr/>
      </w:pPr>
      <w:r>
        <w:rPr>
          <w:rFonts w:eastAsia="Times New Roman"/>
          <w:sz w:val="24"/>
        </w:rPr>
        <w:t>Микроб стоит за спиной Следователя и улыбается. Следователь его не видит.</w:t>
      </w:r>
    </w:p>
    <w:p>
      <w:pPr>
        <w:pStyle w:val="Normal"/>
        <w:ind w:hanging="0"/>
        <w:rPr/>
      </w:pPr>
      <w:r>
        <w:rPr>
          <w:rFonts w:eastAsia="Times New Roman"/>
          <w:b/>
          <w:sz w:val="24"/>
        </w:rPr>
        <w:t>СЛЕДОВАТЕЛЬ.</w:t>
      </w:r>
      <w:r>
        <w:rPr>
          <w:rFonts w:eastAsia="Times New Roman"/>
          <w:sz w:val="24"/>
        </w:rPr>
        <w:t xml:space="preserve"> Мы вынуждены направить вас на принудительное лечение. Вы опасны для себя и окружающих.</w:t>
      </w:r>
    </w:p>
    <w:p>
      <w:pPr>
        <w:pStyle w:val="Normal"/>
        <w:ind w:hanging="0"/>
        <w:rPr/>
      </w:pPr>
      <w:r>
        <w:rPr>
          <w:rFonts w:eastAsia="Times New Roman"/>
          <w:b/>
          <w:sz w:val="24"/>
        </w:rPr>
        <w:t>АЛЕКСАНДР.</w:t>
      </w:r>
      <w:r>
        <w:rPr>
          <w:rFonts w:eastAsia="Times New Roman"/>
          <w:sz w:val="24"/>
        </w:rPr>
        <w:t xml:space="preserve"> А колба? Проверьте воду!</w:t>
      </w:r>
    </w:p>
    <w:p>
      <w:pPr>
        <w:pStyle w:val="Normal"/>
        <w:ind w:hanging="0"/>
        <w:rPr/>
      </w:pPr>
      <w:r>
        <w:rPr>
          <w:rFonts w:eastAsia="Times New Roman"/>
          <w:b/>
          <w:sz w:val="24"/>
        </w:rPr>
        <w:t>СЛЕДОВАТЕЛЬ.</w:t>
      </w:r>
      <w:r>
        <w:rPr>
          <w:rFonts w:eastAsia="Times New Roman"/>
          <w:sz w:val="24"/>
        </w:rPr>
        <w:t xml:space="preserve"> Поправляйтесь. Потом поговорим.</w:t>
      </w:r>
    </w:p>
    <w:p>
      <w:pPr>
        <w:pStyle w:val="Normal"/>
        <w:ind w:firstLine="360"/>
        <w:rPr/>
      </w:pPr>
      <w:r>
        <w:rPr>
          <w:rFonts w:eastAsia="Times New Roman"/>
          <w:sz w:val="24"/>
        </w:rPr>
        <w:t>Входят двое санитаров. Надевают на Александра больничный балахон. Белый и Чёрный идут рядом.</w:t>
      </w:r>
    </w:p>
    <w:p>
      <w:pPr>
        <w:pStyle w:val="Heading1"/>
        <w:keepNext w:val="true"/>
        <w:spacing w:before="240" w:after="160"/>
        <w:rPr/>
      </w:pPr>
      <w:r>
        <w:rPr>
          <w:rFonts w:eastAsia="Times New Roman" w:ascii="Times New Roman" w:hAnsi="Times New Roman"/>
          <w:b/>
          <w:sz w:val="30"/>
        </w:rPr>
        <w:t>Сцена 15 Конец истории</w:t>
      </w:r>
    </w:p>
    <w:p>
      <w:pPr>
        <w:pStyle w:val="Normal"/>
        <w:ind w:firstLine="360"/>
        <w:rPr/>
      </w:pPr>
      <w:r>
        <w:rPr>
          <w:rFonts w:eastAsia="Times New Roman"/>
          <w:sz w:val="24"/>
        </w:rPr>
        <w:t>Психиатрическая больница. Александр сидит за столом с блокнотом. Белый и Чёрный стоят далеко в полумраке.</w:t>
      </w:r>
    </w:p>
    <w:p>
      <w:pPr>
        <w:pStyle w:val="Normal"/>
        <w:ind w:hanging="0"/>
        <w:rPr/>
      </w:pPr>
      <w:r>
        <w:rPr>
          <w:rFonts w:eastAsia="Times New Roman"/>
          <w:b/>
          <w:sz w:val="24"/>
        </w:rPr>
        <w:t>АЛЕКСАНДР.</w:t>
      </w:r>
      <w:r>
        <w:rPr>
          <w:rFonts w:eastAsia="Times New Roman"/>
          <w:sz w:val="24"/>
        </w:rPr>
        <w:t xml:space="preserve"> Я здесь второй год. Сестра и мама навещают. Врачи дают лекарства, после которых мои советчики пропадают. Правда, ненадолго.</w:t>
      </w:r>
    </w:p>
    <w:p>
      <w:pPr>
        <w:pStyle w:val="Normal"/>
        <w:ind w:firstLine="360"/>
        <w:rPr/>
      </w:pPr>
      <w:r>
        <w:rPr>
          <w:rFonts w:eastAsia="Times New Roman"/>
          <w:sz w:val="24"/>
        </w:rPr>
        <w:t>Белый осторожно машет ему. Чёрный прикладывает палец к губам.</w:t>
      </w:r>
    </w:p>
    <w:p>
      <w:pPr>
        <w:pStyle w:val="Normal"/>
        <w:ind w:hanging="0"/>
        <w:rPr/>
      </w:pPr>
      <w:r>
        <w:rPr>
          <w:rFonts w:eastAsia="Times New Roman"/>
          <w:b/>
          <w:sz w:val="24"/>
        </w:rPr>
        <w:t>АЛЕКСАНДР.</w:t>
      </w:r>
      <w:r>
        <w:rPr>
          <w:rFonts w:eastAsia="Times New Roman"/>
          <w:sz w:val="24"/>
        </w:rPr>
        <w:t xml:space="preserve"> Нога давно зажила. В голове абсолютный порядок. И нас таких здесь немало. Но это другая история.</w:t>
      </w:r>
    </w:p>
    <w:p>
      <w:pPr>
        <w:pStyle w:val="Normal"/>
        <w:ind w:firstLine="360"/>
        <w:rPr/>
      </w:pPr>
      <w:r>
        <w:rPr>
          <w:rFonts w:eastAsia="Times New Roman"/>
          <w:sz w:val="24"/>
        </w:rPr>
        <w:t>Он пишет.</w:t>
      </w:r>
    </w:p>
    <w:p>
      <w:pPr>
        <w:pStyle w:val="Normal"/>
        <w:ind w:hanging="0"/>
        <w:rPr/>
      </w:pPr>
      <w:r>
        <w:rPr>
          <w:rFonts w:eastAsia="Times New Roman"/>
          <w:b/>
          <w:sz w:val="24"/>
        </w:rPr>
        <w:t>АЛЕКСАНДР.</w:t>
      </w:r>
      <w:r>
        <w:rPr>
          <w:rFonts w:eastAsia="Times New Roman"/>
          <w:sz w:val="24"/>
        </w:rPr>
        <w:t xml:space="preserve"> Раз в городе не случилась эпидемия, значит, Варнаков не бросил колбы в воду. Видимо, решил обмануть тех, кто его нанял. Деньги — миллион без девяти тысяч — лежат в вазоне у Григорьича. Когда меня выпишут, я к ним не прикоснусь.</w:t>
      </w:r>
    </w:p>
    <w:p>
      <w:pPr>
        <w:pStyle w:val="Normal"/>
        <w:ind w:firstLine="360"/>
        <w:rPr/>
      </w:pPr>
      <w:r>
        <w:rPr>
          <w:rFonts w:eastAsia="Times New Roman"/>
          <w:sz w:val="24"/>
        </w:rPr>
        <w:t>Чёрный смеётся. Белый смотрит на него с укором.</w:t>
      </w:r>
    </w:p>
    <w:p>
      <w:pPr>
        <w:pStyle w:val="Normal"/>
        <w:ind w:hanging="0"/>
        <w:rPr/>
      </w:pPr>
      <w:r>
        <w:rPr>
          <w:rFonts w:eastAsia="Times New Roman"/>
          <w:b/>
          <w:sz w:val="24"/>
        </w:rPr>
        <w:t>АЛЕКСАНДР.</w:t>
      </w:r>
      <w:r>
        <w:rPr>
          <w:rFonts w:eastAsia="Times New Roman"/>
          <w:sz w:val="24"/>
        </w:rPr>
        <w:t xml:space="preserve"> Теперь я знаю: Сенека был прав. Деньги — это или ничто, или зло. Особенно если чужие.</w:t>
      </w:r>
    </w:p>
    <w:p>
      <w:pPr>
        <w:pStyle w:val="Normal"/>
        <w:ind w:firstLine="360"/>
        <w:rPr/>
      </w:pPr>
      <w:r>
        <w:rPr>
          <w:rFonts w:eastAsia="Times New Roman"/>
          <w:sz w:val="24"/>
        </w:rPr>
        <w:t>Слышен далёкий школьный звонок. На заднике возникает мастерская. Павел Григорьевич ставит стремянку, поднимается к четвёртому вазону и снимает его с полки. Заглядывает внутрь. Долго смотрит на пачки.</w:t>
      </w:r>
    </w:p>
    <w:p>
      <w:pPr>
        <w:pStyle w:val="Normal"/>
        <w:ind w:hanging="0"/>
        <w:rPr/>
      </w:pPr>
      <w:r>
        <w:rPr>
          <w:rFonts w:eastAsia="Times New Roman"/>
          <w:b/>
          <w:sz w:val="24"/>
        </w:rPr>
        <w:t>ПАВЕЛ ГРИГОРЬЕВИЧ.</w:t>
      </w:r>
      <w:r>
        <w:rPr>
          <w:rFonts w:eastAsia="Times New Roman"/>
          <w:sz w:val="24"/>
        </w:rPr>
        <w:t xml:space="preserve"> Марк Твен.</w:t>
      </w:r>
    </w:p>
    <w:p>
      <w:pPr>
        <w:pStyle w:val="Normal"/>
        <w:ind w:firstLine="360"/>
        <w:rPr/>
      </w:pPr>
      <w:r>
        <w:rPr>
          <w:rFonts w:eastAsia="Times New Roman"/>
          <w:sz w:val="24"/>
        </w:rPr>
        <w:t>Он смотрит в зал.</w:t>
      </w:r>
    </w:p>
    <w:p>
      <w:pPr>
        <w:pStyle w:val="Normal"/>
        <w:ind w:hanging="0"/>
        <w:rPr/>
      </w:pPr>
      <w:r>
        <w:rPr>
          <w:rFonts w:eastAsia="Times New Roman"/>
          <w:b/>
          <w:sz w:val="24"/>
        </w:rPr>
        <w:t>ПАВЕЛ ГРИГОРЬЕВИЧ.</w:t>
      </w:r>
      <w:r>
        <w:rPr>
          <w:rFonts w:eastAsia="Times New Roman"/>
          <w:sz w:val="24"/>
        </w:rPr>
        <w:t xml:space="preserve"> Путь свободен. Можно плыть.</w:t>
      </w:r>
    </w:p>
    <w:p>
      <w:pPr>
        <w:pStyle w:val="Normal"/>
        <w:ind w:firstLine="360"/>
        <w:rPr/>
      </w:pPr>
      <w:r>
        <w:rPr>
          <w:rFonts w:eastAsia="Times New Roman"/>
          <w:sz w:val="24"/>
        </w:rPr>
        <w:t>Темнота.</w:t>
      </w:r>
    </w:p>
    <w:p>
      <w:pPr>
        <w:pStyle w:val="Normal"/>
        <w:spacing w:before="0" w:after="100"/>
        <w:ind w:firstLine="360"/>
        <w:rPr/>
      </w:pPr>
      <w:r>
        <w:rPr>
          <w:rFonts w:eastAsia="Times New Roman"/>
          <w:sz w:val="24"/>
        </w:rPr>
        <w:t>Конец.</w:t>
      </w:r>
    </w:p>
    <w:sectPr>
      <w:footerReference w:type="even" r:id="rId2"/>
      <w:footerReference w:type="default" r:id="rId3"/>
      <w:footerReference w:type="first" r:id="rId4"/>
      <w:type w:val="nextPage"/>
      <w:pgSz w:w="12240" w:h="15840"/>
      <w:pgMar w:left="1512" w:right="1224" w:gutter="0" w:header="0" w:top="1152" w:footer="720" w:bottom="100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Times New Roman">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10</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10</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1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59" w:before="0" w:after="100"/>
      <w:jc w:val="left"/>
    </w:pPr>
    <w:rPr>
      <w:rFonts w:ascii="Times New Roman" w:hAnsi="Times New Roman" w:eastAsia="ＭＳ 明朝" w:cs="" w:cstheme="minorBidi" w:eastAsiaTheme="minorEastAsia"/>
      <w:color w:val="auto"/>
      <w:kern w:val="0"/>
      <w:sz w:val="24"/>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val="000000"/>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val="000000"/>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Style5">
    <w:name w:val="Заголовок"/>
    <w:basedOn w:val="Normal"/>
    <w:next w:val="BodyText"/>
    <w:qFormat/>
    <w:pPr>
      <w:keepNext w:val="true"/>
      <w:spacing w:before="240" w:after="120"/>
    </w:pPr>
    <w:rPr>
      <w:rFonts w:ascii="Liberation Sans" w:hAnsi="Liberation Sans" w:eastAsia="Noto Sans CJK SC" w:cs="Unifont"/>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0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Style6">
    <w:name w:val="Указатель"/>
    <w:basedOn w:val="Normal"/>
    <w:qFormat/>
    <w:pPr>
      <w:suppressLineNumbers/>
    </w:pPr>
    <w:rPr>
      <w:rFonts w:cs="Unifont"/>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spacing w:lineRule="auto" w:line="240" w:before="0" w:after="300"/>
      <w:contextualSpacing/>
    </w:pPr>
    <w:rPr>
      <w:rFonts w:ascii="Calibri" w:hAnsi="Calibri" w:eastAsia="ＭＳ ゴシック" w:cs="" w:asciiTheme="majorHAnsi" w:cstheme="majorBidi" w:eastAsiaTheme="majorEastAsia" w:hAnsiTheme="majorHAnsi"/>
      <w:color w:val="000000"/>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0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00"/>
      <w:ind w:hanging="360" w:left="720"/>
      <w:contextualSpacing/>
    </w:pPr>
    <w:rPr/>
  </w:style>
  <w:style w:type="paragraph" w:styleId="List3">
    <w:name w:val="List 3"/>
    <w:basedOn w:val="Normal"/>
    <w:uiPriority w:val="99"/>
    <w:unhideWhenUsed/>
    <w:qFormat/>
    <w:rsid w:val="00326f90"/>
    <w:pPr>
      <w:spacing w:before="0" w:after="100"/>
      <w:ind w:hanging="360" w:left="1080"/>
      <w:contextualSpacing/>
    </w:pPr>
    <w:rPr/>
  </w:style>
  <w:style w:type="paragraph" w:styleId="ListBullet">
    <w:name w:val="List Bullet"/>
    <w:basedOn w:val="Normal"/>
    <w:uiPriority w:val="99"/>
    <w:unhideWhenUsed/>
    <w:rsid w:val="00326f90"/>
    <w:pPr>
      <w:numPr>
        <w:ilvl w:val="0"/>
        <w:numId w:val="1"/>
      </w:numPr>
      <w:spacing w:before="0" w:after="100"/>
      <w:contextualSpacing/>
    </w:pPr>
    <w:rPr/>
  </w:style>
  <w:style w:type="paragraph" w:styleId="ListBullet2">
    <w:name w:val="List Bullet 2"/>
    <w:basedOn w:val="Normal"/>
    <w:uiPriority w:val="99"/>
    <w:unhideWhenUsed/>
    <w:rsid w:val="00326f90"/>
    <w:pPr>
      <w:numPr>
        <w:ilvl w:val="0"/>
        <w:numId w:val="2"/>
      </w:numPr>
      <w:spacing w:before="0" w:after="100"/>
      <w:contextualSpacing/>
    </w:pPr>
    <w:rPr/>
  </w:style>
  <w:style w:type="paragraph" w:styleId="ListBullet3">
    <w:name w:val="List Bullet 3"/>
    <w:basedOn w:val="Normal"/>
    <w:uiPriority w:val="99"/>
    <w:unhideWhenUsed/>
    <w:rsid w:val="00326f90"/>
    <w:pPr>
      <w:numPr>
        <w:ilvl w:val="0"/>
        <w:numId w:val="3"/>
      </w:numPr>
      <w:spacing w:before="0" w:after="100"/>
      <w:contextualSpacing/>
    </w:pPr>
    <w:rPr/>
  </w:style>
  <w:style w:type="paragraph" w:styleId="ListNumber">
    <w:name w:val="List Number"/>
    <w:basedOn w:val="Normal"/>
    <w:uiPriority w:val="99"/>
    <w:unhideWhenUsed/>
    <w:rsid w:val="00326f90"/>
    <w:pPr>
      <w:numPr>
        <w:ilvl w:val="0"/>
        <w:numId w:val="4"/>
      </w:numPr>
      <w:spacing w:before="0" w:after="100"/>
      <w:contextualSpacing/>
    </w:pPr>
    <w:rPr/>
  </w:style>
  <w:style w:type="paragraph" w:styleId="ListNumber2">
    <w:name w:val="List Number 2"/>
    <w:basedOn w:val="Normal"/>
    <w:uiPriority w:val="99"/>
    <w:unhideWhenUsed/>
    <w:rsid w:val="0029639d"/>
    <w:pPr>
      <w:numPr>
        <w:ilvl w:val="0"/>
        <w:numId w:val="5"/>
      </w:numPr>
      <w:spacing w:before="0" w:after="100"/>
      <w:contextualSpacing/>
    </w:pPr>
    <w:rPr/>
  </w:style>
  <w:style w:type="paragraph" w:styleId="ListNumber3">
    <w:name w:val="List Number 3"/>
    <w:basedOn w:val="Normal"/>
    <w:uiPriority w:val="99"/>
    <w:unhideWhenUsed/>
    <w:rsid w:val="0029639d"/>
    <w:pPr>
      <w:numPr>
        <w:ilvl w:val="0"/>
        <w:numId w:val="6"/>
      </w:numPr>
      <w:spacing w:before="0" w:after="10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Style5"/>
    <w:pPr/>
    <w:rPr/>
  </w:style>
  <w:style w:type="paragraph" w:styleId="TOCHeading">
    <w:name w:val="TOC Heading"/>
    <w:basedOn w:val="Heading1"/>
    <w:next w:val="Normal"/>
    <w:uiPriority w:val="39"/>
    <w:semiHidden/>
    <w:unhideWhenUsed/>
    <w:qFormat/>
    <w:rsid w:val="00fc693f"/>
    <w:pPr>
      <w:outlineLvl w:val="9"/>
    </w:pPr>
    <w:rPr/>
  </w:style>
  <w:style w:type="numbering" w:styleId="Style7" w:default="1">
    <w:name w:val="Без списка"/>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LibreOffice/25.2.3.2$Linux_X86_64 LibreOffice_project/520$Build-2</Application>
  <AppVersion>15.0000</AppVersion>
  <Pages>10</Pages>
  <Words>2035</Words>
  <Characters>12211</Characters>
  <CharactersWithSpaces>14027</CharactersWithSpaces>
  <Paragraphs>243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Александр Скидановский</dc:creator>
  <dc:description>generated by python-docx</dc:description>
  <dc:language>ru-RU</dc:language>
  <cp:lastModifiedBy/>
  <dcterms:modified xsi:type="dcterms:W3CDTF">2013-12-23T23:15:00Z</dcterms:modified>
  <cp:revision>1</cp:revision>
  <dc:subject>Театральная инсценировка</dc:subject>
  <dc:title>Два ангела на миллион Пьеса</dc:title>
</cp:coreProperties>
</file>

<file path=docProps/custom.xml><?xml version="1.0" encoding="utf-8"?>
<Properties xmlns="http://schemas.openxmlformats.org/officeDocument/2006/custom-properties" xmlns:vt="http://schemas.openxmlformats.org/officeDocument/2006/docPropsVTypes"/>
</file>