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1900" w:after="360"/>
        <w:contextualSpacing/>
        <w:jc w:val="center"/>
        <w:rPr/>
      </w:pPr>
      <w:r>
        <w:rPr>
          <w:rFonts w:eastAsia="Times New Roman" w:ascii="Times New Roman" w:hAnsi="Times New Roman"/>
          <w:b/>
          <w:sz w:val="48"/>
        </w:rPr>
        <w:t>Ерунда какая-то</w:t>
      </w:r>
    </w:p>
    <w:p>
      <w:pPr>
        <w:pStyle w:val="Heading1"/>
        <w:keepNext w:val="true"/>
        <w:spacing w:before="240" w:after="160"/>
        <w:rPr/>
      </w:pPr>
      <w:r>
        <w:rPr>
          <w:rFonts w:eastAsia="Times New Roman" w:ascii="Times New Roman" w:hAnsi="Times New Roman"/>
          <w:b/>
          <w:sz w:val="30"/>
        </w:rPr>
        <w:t>Пьеса в одном действии по рассказу Александра Скидановского</w:t>
      </w:r>
    </w:p>
    <w:p>
      <w:pPr>
        <w:pStyle w:val="Normal"/>
        <w:spacing w:before="0" w:after="140"/>
        <w:ind w:firstLine="360"/>
        <w:jc w:val="center"/>
        <w:rPr/>
      </w:pPr>
      <w:r>
        <w:rPr>
          <w:rFonts w:eastAsia="Times New Roman"/>
          <w:sz w:val="24"/>
        </w:rPr>
        <w:t>Автор инсценировки и литературной основы: Александр Скидановский</w:t>
      </w:r>
    </w:p>
    <w:p>
      <w:pPr>
        <w:pStyle w:val="Normal"/>
        <w:spacing w:before="0" w:after="140"/>
        <w:ind w:firstLine="360"/>
        <w:jc w:val="center"/>
        <w:rPr/>
      </w:pPr>
      <w:r>
        <w:rPr>
          <w:rFonts w:eastAsia="Times New Roman"/>
          <w:sz w:val="24"/>
        </w:rPr>
        <w:t>Жанр: чёрная комедия с элементами психологического триллера</w:t>
      </w:r>
    </w:p>
    <w:p>
      <w:pPr>
        <w:pStyle w:val="Normal"/>
        <w:spacing w:before="0" w:after="140"/>
        <w:ind w:firstLine="360"/>
        <w:jc w:val="center"/>
        <w:rPr/>
      </w:pPr>
      <w:r>
        <w:rPr>
          <w:rFonts w:eastAsia="Times New Roman"/>
          <w:sz w:val="24"/>
        </w:rPr>
        <w:t>Продолжительность: примерно 40–50 минут</w:t>
      </w:r>
    </w:p>
    <w:p>
      <w:pPr>
        <w:pStyle w:val="Heading1"/>
        <w:keepNext w:val="true"/>
        <w:spacing w:before="240" w:after="160"/>
        <w:rPr/>
      </w:pPr>
      <w:r>
        <w:rPr>
          <w:rFonts w:eastAsia="Times New Roman" w:ascii="Times New Roman" w:hAnsi="Times New Roman"/>
          <w:b/>
          <w:sz w:val="30"/>
        </w:rPr>
        <w:t>Действующие лица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— мужчина средних лет, офисный работник.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</w:t>
      </w:r>
      <w:r>
        <w:rPr>
          <w:rFonts w:eastAsia="Times New Roman"/>
          <w:sz w:val="24"/>
        </w:rPr>
        <w:t xml:space="preserve"> — его приятель и сослуживец.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Светка</w:t>
      </w:r>
      <w:r>
        <w:rPr>
          <w:rFonts w:eastAsia="Times New Roman"/>
          <w:sz w:val="24"/>
        </w:rPr>
        <w:t xml:space="preserve"> — бывшая женщина Сани.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Капитан</w:t>
      </w:r>
      <w:r>
        <w:rPr>
          <w:rFonts w:eastAsia="Times New Roman"/>
          <w:sz w:val="24"/>
        </w:rPr>
        <w:t xml:space="preserve"> — полицейский.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Сержант</w:t>
      </w:r>
      <w:r>
        <w:rPr>
          <w:rFonts w:eastAsia="Times New Roman"/>
          <w:sz w:val="24"/>
        </w:rPr>
        <w:t xml:space="preserve"> — полицейский.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Сторож</w:t>
      </w:r>
      <w:r>
        <w:rPr>
          <w:rFonts w:eastAsia="Times New Roman"/>
          <w:sz w:val="24"/>
        </w:rPr>
        <w:t xml:space="preserve"> — пожилой охранник автостоянки.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Продавец</w:t>
      </w:r>
      <w:r>
        <w:rPr>
          <w:rFonts w:eastAsia="Times New Roman"/>
          <w:sz w:val="24"/>
        </w:rPr>
        <w:t xml:space="preserve"> — сотрудник автомагазина.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Девушка</w:t>
      </w:r>
      <w:r>
        <w:rPr>
          <w:rFonts w:eastAsia="Times New Roman"/>
          <w:sz w:val="24"/>
        </w:rPr>
        <w:t xml:space="preserve"> — молодая женщина в светлом плаще.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Следователь</w:t>
      </w:r>
      <w:r>
        <w:rPr>
          <w:rFonts w:eastAsia="Times New Roman"/>
          <w:sz w:val="24"/>
        </w:rPr>
        <w:t xml:space="preserve"> — немолодой, сдержанный человек.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Голоса соседей, радиоведущего и сотрудников полиции могут звучать в записи. Роли Сторожа, Продавца и Следователя может исполнять один актёр. Роль Светки и Девушки также может исполнять одна актриса.</w:t>
      </w:r>
    </w:p>
    <w:p>
      <w:pPr>
        <w:pStyle w:val="Heading1"/>
        <w:keepNext w:val="true"/>
        <w:spacing w:before="240" w:after="160"/>
        <w:rPr/>
      </w:pPr>
      <w:r>
        <w:rPr>
          <w:rFonts w:eastAsia="Times New Roman" w:ascii="Times New Roman" w:hAnsi="Times New Roman"/>
          <w:b/>
          <w:sz w:val="30"/>
        </w:rPr>
        <w:t>Сценическое пространство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На сцене три условные зоны. Слева — квартира Сани: кровать, тумбочка, окно. В центре — автомобиль: два кресла, руль и приборная панель. Справа — офис: два стола с компьютерами. Эти же предметы превращаются в полицейский кабинет и камеру.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Двор, подъезд, лифт, автостоянка и лес создаются светом, звуком и перемещением нескольких деталей. Автомобиль не изображается буквально. Когда Саня едет, вокруг кресел движется свет, слышны мотор и дорога.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keepNext w:val="true"/>
        <w:spacing w:before="0" w:after="160"/>
        <w:rPr/>
      </w:pPr>
      <w:r>
        <w:rPr>
          <w:rFonts w:eastAsia="Times New Roman" w:ascii="Times New Roman" w:hAnsi="Times New Roman"/>
          <w:b/>
          <w:sz w:val="30"/>
        </w:rPr>
        <w:t>Действие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1 Машина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Темнота. Щелчок автомобильного брелока. Дважды мигают фары. В центре сцены появляется САНЯ. Он обходит невидимую машину, любуется ею и нажимает кнопку на брелоке.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Красотуля моя.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Машина отвечает коротким сигналом.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Да понял я. Закрыта. Ждёшь меня до утра. Иду спокойно пить своё пиво.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делает несколько шагов к дому, останавливается и обращается к зрителям.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Вначале я думал — показалось. Фигня какая-то. Один раз, через пару дней ещё раз... Нет. Что-то тут не так. Я про машину свою. Я её паркую на ночь около дома, как и все те двести машин, кому хватило места. Кому не хватило — кружат по району. Ищут, куда бы втиснуться. Так, чтобы до дома не топать бог знает сколько — зачем тогда вообще машина? — и чтобы ночью эвакуатор не забрал.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На заднике вспыхивают огни множества припаркованных автомобилей.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Жить в большом жилом массиве — сплошное мучение, если у тебя есть машина. Конечно, автомобиль — это хорошо. Но вот если бы он был только у тебя. Нет ведь. В каждой квартире живёт товарищ или гражданка, которые не могут, видите ли, пешочком ходить.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ставит на капот условный пакет.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Вечером я поставил машину фарами к дому. Утром выхожу — она стоит фарами во двор.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Свет меняется с вечернего на утренний. Кресла медленно поворачиваются.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Я так обычно не паркуюсь. Двери подёргал — заперта. Всё целое. Думаю: ладно, показалось.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трёт лоб, садится за руль. Затем снова вечер. Саня демонстративно смотрит на место машины, фотографирует его телефоном и уходит. Утро. Автомобиль сдвинут в сторону.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 теперь она стоит на пару машин левее. Вот точно левее. Я опять потёр лоб. Уже не усмехаясь. Машину всю обошёл. Осмотрел. Даже обнюхал. Всё в порядке. Но стоит точно не там.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Пауза.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Сейчас мою машину ночью кто-то пользует. Сто процентов.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Резкий переход в офис.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2 Эксперт Лёха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ЛЁХА спит за компьютером. САНЯ некоторое время смотрит на него, затем толкает в плечо.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Прикинь, Лёха, такая ерунда: второй день машина сама переставляется к утру. Или в голове что-то переставляется.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Лёха, не открывая глаз, отвечает сразу.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Не переживай, Санёк. Обычные галлюцинации. У всех бывает. Тебе просто показалось. Мозг так работает.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Какие галлюцинации? Я ж не шизофреник.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Лёха открывает глаза и внимательно изучает Саню.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Конечно, ты не шизофреник. В своей галлюцинации ты нормальный обычный человек. Только сторонний наблюдатель может сказать истину.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И что говорит сторонний наблюдатель?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Ты не шизофреник. Шизиков сразу видно. Они на обычных людей не похожи. Наша бухгалтерша, например, сто процентов больна. Может, вялотекущей, но точно отклонения есть.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Если Ольга Васильевна не выписывает тебе премии за крепкий и здоровый сон на работе, шизофрения тут ни при чём.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Ладно, бог с ней. Мы о тебе говорим. На обычного нормального человека ты с виду очень похож. Значит, в тебе что-то глубже сидит. Что-то посерьёзнее. Скорее всего, ты маньяк скрытый.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Чего?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У тебя глаза маньячные. Ты на меня сейчас смотришь, а я вижу хищника. И этот хищник хочет меня убить.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долго смотрит на него.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Да пошёл ты.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Лёха снова укладывается на стол. Саня садится за свой компьютер.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Как вам понятно, я офисный работник. То есть работаю сидя в офисе. Если бы народу здесь было поменьше, работал бы лёжа. Зарплата моя от этого не поменяется. Она строго привязана ко времени, которое я здесь провожу. А то, что я день-деньской дурака валяю, никого не колышет.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На экране появляется бессмысленный график.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Должность моя называется статист. Старший причём. Каждые три дня я готовлю отчёт с графиком и анализом. В анализе меняю дату и несколько окончаний. График тоже меняет волну почти произвольно: то вверх, то вниз. Всё равно никто не смотрит. Работаем мы не на результат, а на процесс. Большая, в общем, организация.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открывает почту. Слышны сигналы входящих сообщений.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ПОЧТЫ.</w:t>
      </w:r>
      <w:r>
        <w:rPr>
          <w:rFonts w:eastAsia="Times New Roman"/>
          <w:sz w:val="24"/>
        </w:rPr>
        <w:t xml:space="preserve"> Вам ответила Анжела. Вам ответила Кристина. Вам ответила Ольга. Штраф за превышение скорости.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Штраф? В спам такое. Не открыл — может, и не считается.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удаляет письмо. На часах половина шестого. Саня будит Лёху.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3 Бывшая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и Лёха подходят к машине.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Саня, это твоя бывшая что-то мутит. Сто процентов.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Что мутит? Машину по ночам переставляет? Как, зачем и какая бывшая? Светка, что ли?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Может, вернуть тебя хочет. Наговоры делает с помощью бибики. Девки ж на этом повернуты. А может, ртуть с градусника в сиденье зашивает. Или шланги тормозные откручивает.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Ты меня успокоить решил?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Если машину кто-то ночью берёт и возвращает почти на то же место, это не угонщик. Это человек, у которого есть второй комплект ключей. Бывший хозяин или бывшая. Подумай. А я побежал.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Лёха уходит. Саня садится в машину. Шум дороги. В верхнем окне загорается свет. Появляется СВЕТКА с телефоном.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Светке кататься на моей машине не нужно. Во-первых, своя есть. Во-вторых, у меня американец — «Шевроле» с рукояткой коробки на руле. Светка привыкла, что на руле может быть только ручка поворотников и дворник. На большее у неё фантазии не хватит. Да и зачем ей со мной опять что-то начинать? И так еле отделалась.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Свет меняется. Воспоминание. Саня стоит у подъезда и ищет ключ. Слышит Светкин голос из открытого окна.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СВЕТКА.</w:t>
      </w:r>
      <w:r>
        <w:rPr>
          <w:rFonts w:eastAsia="Times New Roman"/>
          <w:sz w:val="24"/>
        </w:rPr>
        <w:t xml:space="preserve"> Я не знаю, как ему сказать, понимаешь? Каждый день готовлюсь: вот сегодня, вот сегодня — и не могу. Да не боюсь... Он с виду мухи не обидит. Размазня. Но у меня чувство, что он какой-то другой стал. Он же пьёт препараты от панички. Может, из-за них. Какой-то чужой и странный. Я не боюсь его, просто опасаюсь. И жить с ним не могу. Неприятно стало. Ладно, скоро придёт.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тихо открывает дверь, слушает, затем выходит обратно. Садится за руль и звонит.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Алло, Свет. Что делаешь? Макароны варишь? Как доваришь, у тебя два часа, чтобы вещи собрать. Почему? Облегчаю задачу. Чтобы не мучилась, как мне сказать, — я сам говорю: уходи. Да, услышал. Из окна весь двор слышал. Ключи в ящик брось. Всё. Прощаться не будем.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Светка медленно гасит свет в окне и исчезает.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(после паузы). Через два часа я приехал. Квартира была пустая. В смысле, Светки с её вещами не было. Как и трёх месяцев нашего совместного проживания.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Шум пробки. Сигналы машин. Мимо проходит силуэт эвакуатора с мигающим маячком.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 может, это эвакуатор? Приехал, зачем-то поднял машину, развернул и поставил обратно. Технически просто. Логически — никак. Машина стоит во дворе. Не на газоне. Не на тротуаре. Не на ноге у кого-то.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Свет снова становится вечерним. Саня тщательно фотографирует автомобиль со всех сторон.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СОСЕДА.</w:t>
      </w:r>
      <w:r>
        <w:rPr>
          <w:rFonts w:eastAsia="Times New Roman"/>
          <w:sz w:val="24"/>
        </w:rPr>
        <w:t xml:space="preserve"> За сколько продавать будешь?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Пока думаю.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поднимается в квартиру, садится у окна с бутылкой «Старого Кенигсберга».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Всё это ерунда. Завтра утром проснусь — и всё...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Засыпает. Темнота.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4 Угон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Резко включается утренний свет. Саня подбегает к окну.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Смотрит ещё раз.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Машины нет.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хватает одежду и выбегает во двор.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Угнали всё-таки. Вот я идиот. Вместо гаданий надо было сигнализацию поменять. Что теперь? Полиция.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Набирает номер.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У меня угон. Ночью, прямо под окнами. Стояла без нарушений. Фамилия Скидановский. Машина «Шевроле». Номер...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Пока Саня говорит, вокруг него собираются голоса соседей.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ПЕРВЫЙ ГОЛОС.</w:t>
      </w:r>
      <w:r>
        <w:rPr>
          <w:rFonts w:eastAsia="Times New Roman"/>
          <w:sz w:val="24"/>
        </w:rPr>
        <w:t xml:space="preserve"> Собрание будет?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ВТОРОЙ ГОЛОС.</w:t>
      </w:r>
      <w:r>
        <w:rPr>
          <w:rFonts w:eastAsia="Times New Roman"/>
          <w:sz w:val="24"/>
        </w:rPr>
        <w:t xml:space="preserve"> У парня машину угнали.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ТРЕТИЙ ГОЛОС.</w:t>
      </w:r>
      <w:r>
        <w:rPr>
          <w:rFonts w:eastAsia="Times New Roman"/>
          <w:sz w:val="24"/>
        </w:rPr>
        <w:t xml:space="preserve"> Прямо отсюда?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ЧЕТВЁРТЫЙ ГОЛОС.</w:t>
      </w:r>
      <w:r>
        <w:rPr>
          <w:rFonts w:eastAsia="Times New Roman"/>
          <w:sz w:val="24"/>
        </w:rPr>
        <w:t xml:space="preserve"> А камеры?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Появляются КАПИТАН и СЕРЖАНТ. Капитан усталый, Сержант сонный.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КАПИТАН.</w:t>
      </w:r>
      <w:r>
        <w:rPr>
          <w:rFonts w:eastAsia="Times New Roman"/>
          <w:sz w:val="24"/>
        </w:rPr>
        <w:t xml:space="preserve"> Скидановский? Вы звонили?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Я. Машину угнали. Ночью. Вот отсюда. Камер нет, никто не видел, но вечером стояла. Вот фотографии.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Капитан лениво смотрит телефон. Полицейские обходят двор и скрываются за углом. Капитан выглядывает.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КАПИТАН.</w:t>
      </w:r>
      <w:r>
        <w:rPr>
          <w:rFonts w:eastAsia="Times New Roman"/>
          <w:sz w:val="24"/>
        </w:rPr>
        <w:t xml:space="preserve"> Скидановский, подойдите.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подходит.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КАПИТАН.</w:t>
      </w:r>
      <w:r>
        <w:rPr>
          <w:rFonts w:eastAsia="Times New Roman"/>
          <w:sz w:val="24"/>
        </w:rPr>
        <w:t xml:space="preserve"> Это не ваша?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Свет выхватывает автомобиль у дальнего края сцены.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Моя. Но я её туда точно не ставил.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Капитан и Сержант переглядываются.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КАПИТАН.</w:t>
      </w:r>
      <w:r>
        <w:rPr>
          <w:rFonts w:eastAsia="Times New Roman"/>
          <w:sz w:val="24"/>
        </w:rPr>
        <w:t xml:space="preserve"> Пишите отказ от заявления.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Но она сама туда...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КАПИТАН.</w:t>
      </w:r>
      <w:r>
        <w:rPr>
          <w:rFonts w:eastAsia="Times New Roman"/>
          <w:sz w:val="24"/>
        </w:rPr>
        <w:t xml:space="preserve"> Пишите.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Сержант усмехается. Соседские голоса тоже смеются. Полицейские и соседи уходят. Саня остаётся один у машины.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И тут липкий страх снова начал накатывать. Тот самый.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5 Шкаф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Низкий металлический гул. Стены света сдвигаются вокруг Сани. На него надвигается высокая тёмная плоскость — шкаф.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На вид я вроде не размазня. Что бы Светка ни говорила. Муху, может, и не обижу. Если она меня не обижает. Но эти панички... Панические атаки. От них чувство, что общаешься с другой силой. Если она появилась, контролировать невозможно.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упирается в шкаф плечом.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Началось всё в лифте. Светка нашла на «Авито» старый дубовый шкаф. Разобрать нельзя — намертво на клею. В грузовой лифт его еле затолкнули втроём. Мужики пошли по лестнице, а я втиснулся в оставшийся угол.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Лифт дёргается. Свет гаснет. Саня включает фонарик телефона.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Между вторым и третьим этажами кабина встала. Стало тихо. Слишком тихо. Я оказался зажат между металлической стеной и этим шкафом. Он нависал надо мной, как надгробие.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пытается вдохнуть.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Сначала пропал воздух. Сердце сделало кувырок и заколотилось в горле. Стены начали сжиматься. И мысль: всё. Я здесь задохнусь. Прямо сейчас.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колотит в металлическую дверь.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Откройте! Эй! Откройте!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Рёв металла. Дверь распахивается, Саня падает наружу. Несколько секунд лежит. Затем поднимается.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Лифт простоял минут десять. Потом паничка повторилась на работе. Сон пропал. Я начал просыпаться ровно в четыре и смотреть в потолок. Побежал по врачам. Препараты за две недели сделали своё дело. Сплю как убитый. Лифтов не боюсь. Даже «Старый Кенигсберг», хоть спиртное запрещено, иногда начал баловать мою голову.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Шкаф исчезает. Саня смотрит вслед полицейским.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Но почему машина ездит сама?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6 Улики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Утро. Саня быстро садится в машину, прячась от соседей. Поворачивает ключ. Смотрит на приборную панель.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Почти пустой бак. Вчера был почти полный.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Нажимает кнопку счётчика.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За ночь — восемьдесят километров.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Открывает бардачок и достаёт чёрную ручку двери с болтами.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Это ещё что?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Проверяет пассажирскую дверь: вместо ручки металлический штырь. Затем замечает грязь, песок и ярко-красную помаду.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Кто? Зачем?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включает магнитолу.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РАДИОВЕДУЩЕГО.</w:t>
      </w:r>
      <w:r>
        <w:rPr>
          <w:rFonts w:eastAsia="Times New Roman"/>
          <w:sz w:val="24"/>
        </w:rPr>
        <w:t xml:space="preserve"> Продолжаются поиски двадцатидвухлетней Марины Козловой, пропавшей в Калининграде два дня назад. Девушка вышла из офиса в районе Литовского вала около девяти вечера и не вернулась домой. Особые приметы: светлый плащ, маленькая чёрная сумочка. Это уже не первый случай исчезновения молодой женщины за последний месяц.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выключает радио. Смотрит на помаду.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 вдруг эти пропажи связаны с моей машиной? Где она по ночам ездит? Не бананы же развозит.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Переход в офис. Вокруг слышны поздравления и звон бокалов. Лёха не спит и смотрит в компьютер.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Лёха, а ты когда, старый пень, женишься уже?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После тебя. Я тебе на почту кое-что сбросил. Открой.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открывает почту.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Снова штраф. Улица Багратиона. Скорость восемьдесят девять. Время — два семнадцать. Три дня назад в два семнадцать я спал.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На экране возникает размытая фотография автомобиля.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Номер мой. За рулём мужчина. Рядом девушка. За рулём лицо знакомое, но не разглядеть.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Может, всё-таки бывшая?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Сегодня ставлю на охраняемую стоянку.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7 Охраняемая стоянка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Будка. СТОРОЖ спит. Саня сигналит. Сторож вздрагивает и поднимает шлагбаум.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Сторож был именно такой, как должен быть сторож: пожилой, сонный и совершенно равнодушный ко всему, что делается на его территории. Но без пропуска выехать сложно. Дедулю всё равно придётся разбудить.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оставляет машину, уходит. Смена света. Утро. Шлагбаум открыт. На месте автомобиля пусто. Потом машина обнаруживается в крайнем ряду.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Опять не там.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открывает дверь. Нюхает воздух, касается двигателя.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Чужие сигареты. Грязь. Шестьдесят пять километров. Двигатель ещё тёплый.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Подходит к будке. Там уже другой Сторож — тот же актёр, но в другой шапке.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На моей машине ночью ездили.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СТОРОЖ.</w:t>
      </w:r>
      <w:r>
        <w:rPr>
          <w:rFonts w:eastAsia="Times New Roman"/>
          <w:sz w:val="24"/>
        </w:rPr>
        <w:t xml:space="preserve"> У нас такого быть не может.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Но она стояла в другом месте. Бензин потрачен. Мотор тёплый.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СТОРОЖ.</w:t>
      </w:r>
      <w:r>
        <w:rPr>
          <w:rFonts w:eastAsia="Times New Roman"/>
          <w:sz w:val="24"/>
        </w:rPr>
        <w:t xml:space="preserve"> Ночью ворота закрыты. Без пропуска невозможно.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Камеры есть?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СТОРОЖ.</w:t>
      </w:r>
      <w:r>
        <w:rPr>
          <w:rFonts w:eastAsia="Times New Roman"/>
          <w:sz w:val="24"/>
        </w:rPr>
        <w:t xml:space="preserve"> Есть.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Посмотреть можно?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СТОРОЖ.</w:t>
      </w:r>
      <w:r>
        <w:rPr>
          <w:rFonts w:eastAsia="Times New Roman"/>
          <w:sz w:val="24"/>
        </w:rPr>
        <w:t xml:space="preserve"> Можно.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Где?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СТОРОЖ.</w:t>
      </w:r>
      <w:r>
        <w:rPr>
          <w:rFonts w:eastAsia="Times New Roman"/>
          <w:sz w:val="24"/>
        </w:rPr>
        <w:t xml:space="preserve"> В конторе.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 контора где?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СТОРОЖ.</w:t>
      </w:r>
      <w:r>
        <w:rPr>
          <w:rFonts w:eastAsia="Times New Roman"/>
          <w:sz w:val="24"/>
        </w:rPr>
        <w:t xml:space="preserve"> Не здесь.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Сторож закрывает окошко.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8 Регистратор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Офис. Лёха разглядывает Саню.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Ты последние дни осунувшийся. Спишь плохо?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Наоборот, как убитый. Не знаю уже, что делать. Руль на ночь откручивать?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Саня, ты странный человек. Хочешь узнать, кто берёт твою машину, и ничего не делаешь. Даже регистратор не поставишь.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замирает, затем хлопает себя по лбу.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Лёха, ты молодец.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ЛЁХА.</w:t>
      </w:r>
      <w:r>
        <w:rPr>
          <w:rFonts w:eastAsia="Times New Roman"/>
          <w:sz w:val="24"/>
        </w:rPr>
        <w:t xml:space="preserve"> Запиши дату и время. Второй раз не повторится.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Автомагазин. ПРОДАВЕЦ держит маленькую коробку.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ПРОДАВЕЦ.</w:t>
      </w:r>
      <w:r>
        <w:rPr>
          <w:rFonts w:eastAsia="Times New Roman"/>
          <w:sz w:val="24"/>
        </w:rPr>
        <w:t xml:space="preserve"> Две камеры. Ночная съёмка. Инфракрасная подсветка. Пишет дорогу и салон. Есть датчик движения. Машина шевельнётся — запись начнётся.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Беру.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устанавливает прибор. Направляет вторую камеру на водительское место.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Теперь не отвертишься.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Ночь. Саня сидит у окна и смотрит на машину. Тикают часы. Одиннадцать. Двенадцать. Час. Два.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Смотреть из окна на автомобиль, который просто стоит среди других, — самое сонное занятие, какое я знал.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борется со сном, затем машет рукой и ложится. Темнота.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9 Первый файл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Утро. Саня просыпается, бросается к окну.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Стоит. На том же месте.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выходит к машине и останавливается.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Но вся в грязи.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Садится в салон, достаёт карту памяти и вставляет её в ноутбук. На экране три файла.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Три файла. Между тремя и пятью утра. Я ушёл спать в два. Не дождался одного часа, дурак.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запускает первый файл. На экране — пустое водительское кресло. Затем в салон садится фигура в серой куртке. САНЯ НА ЭКРАНЕ может быть видеозаписью либо вторым актёром, повторяющим движения Сани за полупрозрачной перегородкой.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Фигура поворачивает лицо к камере.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Это 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Двойник вставляет ключ, заводит двигатель и уезжает. Экран гаснет.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сидит неподвижно. Потом делает вдох. Длинный выдох. Ещё вдох.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Это 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Запускает второй файл.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10 Второй файл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Шум мотора. Ночная дорога. Двойник ведёт машину с пустым лицом. Лучи фар выхватывают ДЕВУШКУ в светлом плаще с зонтиком. Она отчаянно машет рукой. Машина останавливается.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Девушка садится рядом.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ДЕВУШКА.</w:t>
      </w:r>
      <w:r>
        <w:rPr>
          <w:rFonts w:eastAsia="Times New Roman"/>
          <w:sz w:val="24"/>
        </w:rPr>
        <w:t xml:space="preserve"> Спасибо огромное! Автобусов уже нет, я думала, замёрзну. Мне до развилки. Подбросите?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Двойник молчит. Машина трогается. Девушка достаёт зеркальце, вытирает лицо, красит губы ярко-красной помадой. Убирает её в сумочку. Несколько мгновений едет спокойно, потом смотрит в окно.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ДЕВУШКА.</w:t>
      </w:r>
      <w:r>
        <w:rPr>
          <w:rFonts w:eastAsia="Times New Roman"/>
          <w:sz w:val="24"/>
        </w:rPr>
        <w:t xml:space="preserve"> Извините... Мы повернули не туда.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Двойник не отвечает.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ДЕВУШКА.</w:t>
      </w:r>
      <w:r>
        <w:rPr>
          <w:rFonts w:eastAsia="Times New Roman"/>
          <w:sz w:val="24"/>
        </w:rPr>
        <w:t xml:space="preserve"> Развилка осталась сзади. Вы меня слышите?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Машина сворачивает. Вокруг возникает лес. Останавливается.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ДЕВУШКА.</w:t>
      </w:r>
      <w:r>
        <w:rPr>
          <w:rFonts w:eastAsia="Times New Roman"/>
          <w:sz w:val="24"/>
        </w:rPr>
        <w:t xml:space="preserve"> Откройте дверь. Я выйду.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Она ищет ручку и находит только металлический штырь.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ДЕВУШКА.</w:t>
      </w:r>
      <w:r>
        <w:rPr>
          <w:rFonts w:eastAsia="Times New Roman"/>
          <w:sz w:val="24"/>
        </w:rPr>
        <w:t xml:space="preserve"> Почему не открывается? Выпустите меня!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Она колотит в стекло. Этот стук превращается в стук Сани по двери лифта. На мгновение девушка и Саня из прошлого повторяют одинаковые движения.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Двойник медленно поворачивается к девушке и протягивает руки.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Резкая темнота. Саня захлопывает ноутбук.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Третий файл пускай смотрит полиция.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11 Признание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Квартира. Саня спокойно складывает в пакет бельё, спортивный костюм, паспорт, зубную щётку.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Сколько их было — кто знает. Я ничего не помню. Впереди позор. Годы в тюрьме или тюремной психушке. Маньяк из офиса.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замечает упаковку таблеток.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Таблетки забыл. Резко бросать вроде нельзя.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Берёт упаковку, затем кладёт обратно.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 ну их к чёрту. Теперь я при всём желании никуда без конвоя не поеду.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Полицейский кабинет. СЛЕДОВАТЕЛЬ печатает. На соседнем столе Капитан и Сержант смотрят запись.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СЛЕДОВАТЕЛЬ.</w:t>
      </w:r>
      <w:r>
        <w:rPr>
          <w:rFonts w:eastAsia="Times New Roman"/>
          <w:sz w:val="24"/>
        </w:rPr>
        <w:t xml:space="preserve"> Ещё раз. С самого начала.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Несколько дней назад я заметил, что по ночам кто-то ездит на моей машине.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СЛЕДОВАТЕЛЬ.</w:t>
      </w:r>
      <w:r>
        <w:rPr>
          <w:rFonts w:eastAsia="Times New Roman"/>
          <w:sz w:val="24"/>
        </w:rPr>
        <w:t xml:space="preserve"> Ключи у кого были?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У меня.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СЛЕДОВАТЕЛЬ.</w:t>
      </w:r>
      <w:r>
        <w:rPr>
          <w:rFonts w:eastAsia="Times New Roman"/>
          <w:sz w:val="24"/>
        </w:rPr>
        <w:t xml:space="preserve"> Алкоголь?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Иногда пиво. Но в те ночи я спал.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СЛЕДОВАТЕЛЬ.</w:t>
      </w:r>
      <w:r>
        <w:rPr>
          <w:rFonts w:eastAsia="Times New Roman"/>
          <w:sz w:val="24"/>
        </w:rPr>
        <w:t xml:space="preserve"> Лекарства?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От панических атак. И для сна.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Капитан останавливает запись на лице девушки.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КАПИТАН.</w:t>
      </w:r>
      <w:r>
        <w:rPr>
          <w:rFonts w:eastAsia="Times New Roman"/>
          <w:sz w:val="24"/>
        </w:rPr>
        <w:t xml:space="preserve"> Похожа.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СЕРЖАНТ.</w:t>
      </w:r>
      <w:r>
        <w:rPr>
          <w:rFonts w:eastAsia="Times New Roman"/>
          <w:sz w:val="24"/>
        </w:rPr>
        <w:t xml:space="preserve"> Она.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Кто?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Полицейские не отвечают.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КАПИТАН</w:t>
      </w:r>
      <w:r>
        <w:rPr>
          <w:rFonts w:eastAsia="Times New Roman"/>
          <w:sz w:val="24"/>
        </w:rPr>
        <w:t xml:space="preserve"> (Следователю). Сегодня выходной. Прокуратура закрыта. Только дежурный.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СЕРЖАНТ.</w:t>
      </w:r>
      <w:r>
        <w:rPr>
          <w:rFonts w:eastAsia="Times New Roman"/>
          <w:sz w:val="24"/>
        </w:rPr>
        <w:t xml:space="preserve"> Там эпизоды по области были. Всё равно в областную везти.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СЛЕДОВАТЕЛЬ.</w:t>
      </w:r>
      <w:r>
        <w:rPr>
          <w:rFonts w:eastAsia="Times New Roman"/>
          <w:sz w:val="24"/>
        </w:rPr>
        <w:t xml:space="preserve"> Сегодня пусть здесь. Завтра повезём.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Следователь смотрит на Саню.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СЛЕДОВАТЕЛЬ.</w:t>
      </w:r>
      <w:r>
        <w:rPr>
          <w:rFonts w:eastAsia="Times New Roman"/>
          <w:sz w:val="24"/>
        </w:rPr>
        <w:t xml:space="preserve"> Подпишите.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подписывает.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12 Камера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Серые стены. Деревянные нары. Под потолком неровно горит лампочка. Саня сидит один.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Если ещё и по области эпизоды, значит, я абсолютно жуткий маньяк. Жить такому среди людей — только воздух им отравлять.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Лампочка мигает. Точка. Тире. Точка.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Да. Правильно.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медленно встаёт на нары. Тянется к проводу с горящей лампочкой.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В момент прикосновения — вспышка, грохот, полная темнота.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13 Ерунда какая-то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резко садится на кровати. Комната. На тумбочке мигает телефон. За окном серый рассвет.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ощупывает лицо, смотрит вокруг, подходит к окну.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Сон.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Смеётся один раз, нервно.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Господи. Это был всего лишь сон.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перечисляет, проверяя реальность.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Никакой машины «Шевроле». Никакой помады. Никакой открученной ручки. Никакого видео. И Лёхи-приятеля у меня нет.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В офисной зоне Лёха на секунду поднимает голову, смотрит на Саню и снова исчезает в темноте.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Я не офисный работник. Я вообще сейчас не работаю. Я в отпуске. Пишу книгу.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берёт телефон, включает диктофон.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Такой сон забывать нельзя.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Подносит телефон ко рту.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Запись от четырнадцатого июля. Рабочее название... Ну, пусть будет «Фигня какая-то». Короче, сюжет такой. Главному герою из-за панических атак прописывают сильные снотворные. И вот однажды утром он просыпается и не находит под окнами свой автомобиль...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Пока он говорит, в центре сцены снова возникают два автомобильных кресла. Щёлкает брелок. Фары мигают дважды.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Темнота.</w:t>
      </w:r>
    </w:p>
    <w:p>
      <w:pPr>
        <w:pStyle w:val="Normal"/>
        <w:spacing w:before="0" w:after="100"/>
        <w:ind w:firstLine="360"/>
        <w:rPr/>
      </w:pPr>
      <w:r>
        <w:rPr>
          <w:rFonts w:eastAsia="Times New Roman"/>
          <w:sz w:val="24"/>
        </w:rPr>
        <w:t>Конец.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512" w:right="1224" w:gutter="0" w:header="0" w:top="1152" w:footer="720" w:bottom="10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11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100"/>
      <w:jc w:val="left"/>
    </w:pPr>
    <w:rPr>
      <w:rFonts w:ascii="Times New Roman" w:hAnsi="Times New Roman" w:eastAsia="ＭＳ 明朝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000000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Style5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Style7" w:default="1">
    <w:name w:val="Без списка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  <Pages>11</Pages>
  <Words>2870</Words>
  <Characters>16105</Characters>
  <CharactersWithSpaces>18741</CharactersWithSpaces>
  <Paragraphs>270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Александр Скидановский</dc:creator>
  <dc:description>generated by python-docx</dc:description>
  <dc:language>ru-RU</dc:language>
  <cp:lastModifiedBy/>
  <dcterms:modified xsi:type="dcterms:W3CDTF">2013-12-23T23:15:00Z</dcterms:modified>
  <cp:revision>1</cp:revision>
  <dc:subject>Театральная инсценировка</dc:subject>
  <dc:title>Ерунда какая-то Пьеса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