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/>
          <w:b/>
          <w:sz w:val="42"/>
          <w:szCs w:val="42"/>
        </w:rPr>
      </w:pPr>
      <w:r>
        <w:rPr>
          <w:b/>
          <w:sz w:val="42"/>
          <w:szCs w:val="42"/>
        </w:rPr>
        <w:t>Андрей Рыжов</w:t>
      </w:r>
    </w:p>
    <w:p>
      <w:pPr>
        <w:pStyle w:val="Normal"/>
        <w:jc w:val="center"/>
        <w:rPr>
          <w:rFonts w:ascii="Arial" w:hAnsi="Arial"/>
          <w:b/>
          <w:sz w:val="56"/>
        </w:rPr>
      </w:pPr>
      <w:r>
        <w:rPr>
          <w:b/>
          <w:sz w:val="56"/>
        </w:rPr>
        <w:t>ТАЙМ-ТРЭК</w:t>
      </w:r>
    </w:p>
    <w:p>
      <w:pPr>
        <w:pStyle w:val="Normal"/>
        <w:jc w:val="center"/>
        <w:rPr/>
      </w:pPr>
      <w:r>
        <w:rPr/>
        <w:t>пьеса</w:t>
      </w:r>
    </w:p>
    <w:p>
      <w:pPr>
        <w:pStyle w:val="Normal"/>
        <w:jc w:val="center"/>
        <w:rPr/>
      </w:pPr>
      <w:r>
        <w:rPr/>
        <w:t>Современная пьеса • 5 исполнителей + голос/интерфейс • ориентировочная продолжительность: 105–115 минут</w:t>
      </w:r>
    </w:p>
    <w:p>
      <w:pPr>
        <w:pStyle w:val="Normal"/>
        <w:jc w:val="center"/>
        <w:rPr/>
      </w:pPr>
      <w:r>
        <w:rPr/>
        <w:t>Драматургическая форма: фрагментарный театр / живое видео / театр данных / постдраматический монтаж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0"/>
        <w:rPr/>
      </w:pPr>
      <w:r>
        <w:rPr/>
        <w:t>ДЕЙСТВУЮЩИЕ ЛИЦА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ЭЛЗ</w:t>
      </w:r>
      <w:r>
        <w:rPr>
          <w:b w:val="false"/>
          <w:i w:val="false"/>
        </w:rPr>
        <w:t xml:space="preserve"> — пользователь N1685668. Беспокойный, аналитичный; всё меньше способен принять жизнь, в которой будущее приходит уже с подписью.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ИФ</w:t>
      </w:r>
      <w:r>
        <w:rPr>
          <w:b w:val="false"/>
          <w:i w:val="false"/>
        </w:rPr>
        <w:t xml:space="preserve"> — парный пользователь Элз. Практична, точна и эмоционально проницательнее, чем предполагает Элз.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ФОР</w:t>
      </w:r>
      <w:r>
        <w:rPr>
          <w:b w:val="false"/>
          <w:i w:val="false"/>
        </w:rPr>
        <w:t xml:space="preserve"> — универсальный приятель Иф. Испытывает влечение к Элз; позднее завербована БАН-отделом и появляется среди Хранителей.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ЭНД</w:t>
      </w:r>
      <w:r>
        <w:rPr>
          <w:b w:val="false"/>
          <w:i w:val="false"/>
        </w:rPr>
        <w:t xml:space="preserve"> — универсальный приятель Элз. Разговорчив, прагматичен, неожиданно наблюдателен.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ВЭН</w:t>
      </w:r>
      <w:r>
        <w:rPr>
          <w:b w:val="false"/>
          <w:i w:val="false"/>
        </w:rPr>
        <w:t xml:space="preserve"> — бывший пользователь N1679847. Был отправлен на Луну; позднее участвует в исследовании странности в Корпорации и в работе Ловцов бозона.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ОПЕРАТОР</w:t>
      </w:r>
      <w:r>
        <w:rPr>
          <w:b w:val="false"/>
          <w:i w:val="false"/>
        </w:rPr>
        <w:t xml:space="preserve"> — голос ГКП, БАН-отдела, Корпорации, системы сна и Совета директоров. Может звучать живым или синтетическим голосом.</w:t>
      </w:r>
    </w:p>
    <w:p>
      <w:pPr>
        <w:pStyle w:val="Normal"/>
        <w:jc w:val="left"/>
        <w:rPr/>
      </w:pPr>
      <w:r>
        <w:rPr>
          <w:b/>
          <w:i w:val="false"/>
        </w:rPr>
        <w:t>ТАЙМ-ТРЭК</w:t>
      </w:r>
      <w:r>
        <w:rPr>
          <w:b w:val="false"/>
          <w:i w:val="false"/>
        </w:rPr>
        <w:t xml:space="preserve"> — постоянно присутствующий визуальный интерфейс ГКП и сценический счётчик времени. Показывает расписание, статусы, прогнозы и «правильную» последовательность жизни пользователей. По мере развития действия начинает запаздывать, ошибаться, оставлять пустые интервалы и вступать в противоречие с происходящим на сцене. ТАЙМ-ТРЭК не является отдельным исполнителем.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N990567</w:t>
      </w:r>
      <w:r>
        <w:rPr>
          <w:b w:val="false"/>
          <w:i w:val="false"/>
        </w:rPr>
        <w:t xml:space="preserve"> — ментор Корпорации, работающий с Элз. Роль обычно исполняет актёр, играющий Энд.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КУПОК</w:t>
      </w:r>
      <w:r>
        <w:rPr>
          <w:b w:val="false"/>
          <w:i w:val="false"/>
        </w:rPr>
        <w:t xml:space="preserve"> — жительница Территории странности. Роль обычно исполняет актриса, играющая Иф.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НОСИТЕЛЬ ОТВЕТСТВЕННОСТИ</w:t>
      </w:r>
      <w:r>
        <w:rPr>
          <w:b w:val="false"/>
          <w:i w:val="false"/>
        </w:rPr>
        <w:t xml:space="preserve"> — функционер Корпорации, отвечающий за распределённую ответственность; в репликах обозначен как НОСИТЕЛЬ. Роль обычно исполняет актёр, играющий Энд.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ГОЛОС 1, ГОЛОС 2, ГОЛОС 3</w:t>
      </w:r>
      <w:r>
        <w:rPr>
          <w:b w:val="false"/>
          <w:i w:val="false"/>
        </w:rPr>
        <w:t xml:space="preserve"> — анонимные пользователи, слышимые через службу поддержки Корпорации.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ЛОВЕЦ 1, ЛОВЕЦ 2, ЛОВЕЦ 3</w:t>
      </w:r>
      <w:r>
        <w:rPr>
          <w:b w:val="false"/>
          <w:i w:val="false"/>
        </w:rPr>
        <w:t xml:space="preserve"> — участники экспериментальной группы Ловцов бозона.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ХРАНИТЕЛЬ 1, ХРАНИТЕЛЬ 2, ХРАНИТЕЛЬ 3, ХРАНИТЕЛЬ 4, ХРАНИТЕЛЬ 5, ХРАНИТЕЛЬ 6, ХРАНИТЕЛЬ 7, ХРАНИТЕЛЬ 8, ХРАНИТЕЛЬ 9, ХРАНИТЕЛЬ 10, ХРАНИТЕЛЬ 11, ХРАНИТЕЛЬ 12</w:t>
      </w:r>
      <w:r>
        <w:rPr>
          <w:b w:val="false"/>
          <w:i w:val="false"/>
        </w:rPr>
        <w:t xml:space="preserve"> — двенадцать членов Совета директоров. На сцене их присутствие создаётся с помощью актёрского удвоения, дублированных изображений с камер и наложенных голосов.</w:t>
      </w:r>
    </w:p>
    <w:p>
      <w:pPr>
        <w:pStyle w:val="Heading2"/>
        <w:spacing w:before="160" w:after="80"/>
        <w:jc w:val="left"/>
        <w:rPr/>
      </w:pPr>
      <w:r>
        <w:rPr/>
        <w:t>СЦЕНИЧЕСКИЕ ВЕРСИИ И УДВОЕНИЯ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ИФ / ИГРА</w:t>
      </w:r>
      <w:r>
        <w:rPr>
          <w:b w:val="false"/>
          <w:i w:val="false"/>
        </w:rPr>
        <w:t xml:space="preserve"> — Иф внутри игры виртуальной реальности.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ФОР / СОТРУДНИК</w:t>
      </w:r>
      <w:r>
        <w:rPr>
          <w:b w:val="false"/>
          <w:i w:val="false"/>
        </w:rPr>
        <w:t xml:space="preserve"> — исполнительница Фор в роли сотрудницы БАН-отдела.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ИФ / СОТРУДНИК</w:t>
      </w:r>
      <w:r>
        <w:rPr>
          <w:b w:val="false"/>
          <w:i w:val="false"/>
        </w:rPr>
        <w:t xml:space="preserve"> — исполнительница Иф в роли сотрудницы БАН-отдела.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ЭНД / СОТРУДНИК</w:t>
      </w:r>
      <w:r>
        <w:rPr>
          <w:b w:val="false"/>
          <w:i w:val="false"/>
        </w:rPr>
        <w:t xml:space="preserve"> — исполнитель Энд в роли сотрудника БАН-отдела.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ИФ / ГОЛОС</w:t>
      </w:r>
      <w:r>
        <w:rPr>
          <w:b w:val="false"/>
          <w:i w:val="false"/>
        </w:rPr>
        <w:t xml:space="preserve"> — Иф, слышимая через систему поддержки Корпорации.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ФОР / ВЕРСИЯ</w:t>
      </w:r>
      <w:r>
        <w:rPr>
          <w:b w:val="false"/>
          <w:i w:val="false"/>
        </w:rPr>
        <w:t xml:space="preserve"> — реконструированная альтернативная версия Фор.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ГОЛОС ИФ</w:t>
      </w:r>
      <w:r>
        <w:rPr>
          <w:b w:val="false"/>
          <w:i w:val="false"/>
        </w:rPr>
        <w:t xml:space="preserve"> — Иф в «Ночи времени»: воспоминание, запись или не вполне достоверное присутствие.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ГОЛОС ЭНД</w:t>
      </w:r>
      <w:r>
        <w:rPr>
          <w:b w:val="false"/>
          <w:i w:val="false"/>
        </w:rPr>
        <w:t xml:space="preserve"> — Энд в «Ночи времени»: воспоминание, запись или не вполне достоверное присутствие.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ГОЛОС ВЭН</w:t>
      </w:r>
      <w:r>
        <w:rPr>
          <w:b w:val="false"/>
          <w:i w:val="false"/>
        </w:rPr>
        <w:t xml:space="preserve"> — Вэн в «Ночи времени»: воспоминание, запись или не вполне достоверное присутствие.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ГОЛОС ФОР</w:t>
      </w:r>
      <w:r>
        <w:rPr>
          <w:b w:val="false"/>
          <w:i w:val="false"/>
        </w:rPr>
        <w:t xml:space="preserve"> — Фор в «Ночи времени»: воспоминание, запись или не вполне достоверное присутствие.</w:t>
      </w:r>
    </w:p>
    <w:p>
      <w:pPr>
        <w:pStyle w:val="Normal"/>
        <w:spacing w:before="0" w:after="80"/>
        <w:jc w:val="left"/>
        <w:rPr/>
      </w:pPr>
      <w:r>
        <w:rPr>
          <w:b/>
          <w:i w:val="false"/>
        </w:rPr>
        <w:t>ОПЕРАТОР / ИЗ ТЕМНОТЫ</w:t>
      </w:r>
      <w:r>
        <w:rPr>
          <w:b w:val="false"/>
          <w:i w:val="false"/>
        </w:rPr>
        <w:t xml:space="preserve"> — Оператор, слышимый в «Ночи времени».</w:t>
      </w:r>
    </w:p>
    <w:p>
      <w:pPr>
        <w:pStyle w:val="Normal"/>
        <w:spacing w:before="120" w:after="120"/>
        <w:jc w:val="left"/>
        <w:rPr/>
      </w:pPr>
      <w:r>
        <w:rPr/>
        <w:t>Пьеса рассчитана на пять исполнителей плюс голос/интерфейс. Все второстепенные роли могут исполняться теми же актёрами. Выше перечислены все роли с репликами.</w:t>
      </w:r>
    </w:p>
    <w:p>
      <w:pPr>
        <w:pStyle w:val="Normal"/>
        <w:jc w:val="left"/>
        <w:rPr/>
      </w:pPr>
      <w:r>
        <w:rPr>
          <w:b/>
          <w:i w:val="false"/>
        </w:rPr>
        <w:t>Имена пользователей в этом мире могут повторяться: Вэн N1679847 и ребёнок Вэн в реконструкции</w:t>
      </w:r>
      <w:r>
        <w:rPr>
          <w:b w:val="false"/>
          <w:i w:val="false"/>
        </w:rPr>
        <w:t xml:space="preserve"> — разные персонажи.</w:t>
      </w:r>
    </w:p>
    <w:p>
      <w:pPr>
        <w:pStyle w:val="Heading1"/>
        <w:rPr/>
      </w:pPr>
      <w:r>
        <w:rPr/>
        <w:t>ПРОСТРАНСТВО И ПРАВИЛА СПЕКТАКЛЯ</w:t>
      </w:r>
    </w:p>
    <w:p>
      <w:pPr>
        <w:pStyle w:val="Normal"/>
        <w:rPr/>
      </w:pPr>
      <w:r>
        <w:rPr/>
        <w:t>Пустой шестиугольник. Один длинный стол. Четыре одинаковых кресла. Один объект, похожий одновременно на домашний принтер, урну, исповедальню и промышленный измельчитель. Камера для крупных планов. Экран или любая поверхность для вывода текста, лиц и элементов интерфейса.</w:t>
      </w:r>
    </w:p>
    <w:p>
      <w:pPr>
        <w:pStyle w:val="Normal"/>
        <w:jc w:val="left"/>
        <w:rPr/>
      </w:pPr>
      <w:r>
        <w:rPr/>
        <w:t>ТАЙМ-ТРЭК остаётся активным на протяжении всего спектакля. Он показывает реальное время представления и раскладывает его на «полезные» отрезки. В начале расписание заполнено полностью. По мере развития действия в нём появляются ошибки и пустоты; в какой-то момент Тайм-Трэк уже не успевает за происходящим и начинает ему противоречить.</w:t>
      </w:r>
    </w:p>
    <w:p>
      <w:pPr>
        <w:pStyle w:val="Normal"/>
        <w:rPr/>
      </w:pPr>
      <w:r>
        <w:rPr/>
        <w:t>«Маска Соответствия» предпочтительно цифровая: на сцене лицо актёра остаётся видимым, а на экране система накладывает на него одну и ту же идеальную улыбку. Иногда маска запаздывает. Иногда садится не на того. Иногда зритель видит улыбку там, где человек плачет.</w:t>
      </w:r>
    </w:p>
    <w:p>
      <w:pPr>
        <w:pStyle w:val="Normal"/>
        <w:rPr/>
      </w:pPr>
      <w:r>
        <w:rPr/>
        <w:t>Зрители не обязаны ничего делать. Спектакль лишь создаёт ощущение, что система учитывает их присутствие. Реальные персональные данные не собираются.</w:t>
      </w:r>
    </w:p>
    <w:p>
      <w:pPr>
        <w:pStyle w:val="Heading1"/>
        <w:rPr/>
      </w:pPr>
      <w:r>
        <w:rPr/>
        <w:t>ПРОЛОГ. ПОЛЬЗОВАТЕЛЬСКОЕ СОГЛАШЕНИЕ</w:t>
      </w:r>
    </w:p>
    <w:p>
      <w:pPr>
        <w:pStyle w:val="StageDirection"/>
        <w:jc w:val="left"/>
        <w:rPr/>
      </w:pPr>
      <w:r>
        <w:rPr>
          <w:b w:val="false"/>
          <w:i/>
        </w:rPr>
        <w:t>Свет в зале ещё не погас. ЭЛЗ уже сидит на сцене. Тайм-Трэк активен: отсчёт начался раньше, чем зрители успели занять свои места, — будто система считает время независимо от их присутствия и от самого Элз.</w:t>
      </w:r>
    </w:p>
    <w:p>
      <w:pPr>
        <w:pStyle w:val="Normal"/>
        <w:jc w:val="center"/>
        <w:rPr/>
      </w:pPr>
      <w:r>
        <w:rPr>
          <w:b/>
          <w:i w:val="false"/>
        </w:rPr>
        <w:t>ЭКРАН: 19:12:43 — ПОЛЬЗОВАТЕЛЬ N1685668 ЗАДАСТ ВОПРОС, НЕ ПРЕДУСМОТРЕННЫЙ ПРОГРАММОЙ.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ничего не собирался спрашивать.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Верно.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удалите.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Будущее.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Команда недоступна.</w:t>
      </w:r>
    </w:p>
    <w:p>
      <w:pPr>
        <w:pStyle w:val="StageDirection"/>
        <w:jc w:val="left"/>
        <w:rPr/>
      </w:pPr>
      <w:r>
        <w:rPr>
          <w:b w:val="false"/>
          <w:i/>
        </w:rPr>
        <w:t>Входит ИФ с белой чашкой. На экран она не смотрит: ей важнее то, что она пришла сказать.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Пятилетний испытательный срок закончился.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Наш?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Наш. ГКП считает следующие три месяца оптимальными для зачатия. Нужно отправить клетки в Институт воспроизводства. Я уже открыла форму, но не нажала последнее подтверждение — видишь, оставила тебе целую кнопку свободы.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ты?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пытаюсь понять, почему ты спрашиваешь меня только тогда, когда уже решил, что мой ответ неправильный. Если скажу «да», ты услышишь ГКП. Если скажу «нет», услышишь страх. А где во всём этом я? Не ГКП, не страх, не программа — 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я откажусь?</w:t>
      </w:r>
    </w:p>
    <w:p>
      <w:pPr>
        <w:pStyle w:val="Normal"/>
        <w:jc w:val="center"/>
        <w:rPr/>
      </w:pPr>
      <w:r>
        <w:rPr>
          <w:b/>
          <w:i w:val="false"/>
        </w:rPr>
        <w:t>ЭКРАН: 19:12:43 — СОБЫТИЕ ПОДТВЕРЖДЕНО.</w:t>
      </w:r>
    </w:p>
    <w:p>
      <w:pPr>
        <w:pStyle w:val="StageDirection"/>
        <w:jc w:val="left"/>
        <w:rPr/>
      </w:pPr>
      <w:r>
        <w:rPr>
          <w:b w:val="false"/>
          <w:i/>
        </w:rPr>
        <w:t>Пауза. ЭЛЗ смотрит на экран. ИФ — на ЭЛЗ. Только теперь ОПЕРАТОР замечает зрителей.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Добрый вечер. Пользователь совершил действие. Действие зафиксировано.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 назначены контрольной группой. Согласия не требуется: вы уже присутствуете.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 том мире всё идеально. Почти.</w:t>
      </w:r>
    </w:p>
    <w:p>
      <w:pPr>
        <w:pStyle w:val="Heading3"/>
        <w:rPr/>
      </w:pPr>
      <w:r>
        <w:rPr/>
        <w:t>КАЛИБРОВКА НОРМЫ</w:t>
      </w:r>
    </w:p>
    <w:p>
      <w:pPr>
        <w:pStyle w:val="StageDirection"/>
        <w:jc w:val="left"/>
        <w:rPr/>
      </w:pPr>
      <w:r>
        <w:rPr>
          <w:b w:val="false"/>
          <w:i/>
        </w:rPr>
        <w:t>ОПЕРАТОР не объявляет о начале процедуры. Просто в какой-то момент лица исполнителей появляются на экране в четырёх окнах, как изображения с камер наблюдения.</w:t>
      </w:r>
    </w:p>
    <w:p>
      <w:pPr>
        <w:pStyle w:val="Normal"/>
        <w:jc w:val="center"/>
        <w:rPr/>
      </w:pPr>
      <w:r>
        <w:rPr>
          <w:b/>
          <w:i w:val="false"/>
        </w:rPr>
        <w:t>ЭКРАН: КАЛИБРОВКА ПРИСУТСТВУЮЩИХ • ЭТАП 1 ИЗ 4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Пожалуйста, сохраняйте естественное выражение лица.</w:t>
      </w:r>
    </w:p>
    <w:p>
      <w:pPr>
        <w:pStyle w:val="StageDirection"/>
        <w:jc w:val="left"/>
        <w:rPr/>
      </w:pPr>
      <w:r>
        <w:rPr>
          <w:b w:val="false"/>
          <w:i/>
        </w:rPr>
        <w:t>Пауза. На экране вокруг каждого лица возникает зелёная рамка.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Естественное выражение распознано.</w:t>
      </w:r>
    </w:p>
    <w:p>
      <w:pPr>
        <w:pStyle w:val="Normal"/>
        <w:jc w:val="center"/>
        <w:rPr/>
      </w:pPr>
      <w:r>
        <w:rPr>
          <w:b/>
          <w:i w:val="false"/>
        </w:rPr>
        <w:t>ЭКРАН: СРЕДНЕЕ ВЫРАЖЕНИЕ: НЕДОСТАТОЧНО ПОЛОЖИТЕЛЬНОЕ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Самое неприятное всегда в начале: лицо ещё твоё, а система уже объясняет, с каким выражением оно должно было проснуться.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Тебя это не раздражает?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Раздражает. Но если раздражение длится меньше минуты, я не вижу смысла превращать его в мировоззрение. Попробуй хоть раз просто подождать минуту, пока лицо само успокоится.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Этап второй. Представьте приятное событие, вероятность которого превышает семьдесят процентов.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Завтрак. Желательно тот, который ещё не съеден: с воспоминаниями у меня отношения хорошие, но аппетит они возбуждают плохо. Хотя зависит от завтрака.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Море. Нет — момент перед морем, когда ещё идёшь к нему и не знаешь, окажется ли оно красивее картинки. Само море потом уже обязано соответствовать.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Ребёнок. Или, если Элз так спокойнее, возможность ребёнка.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Событие с вероятностью семьдесят процентов уже наполовину воспоминание. Его можно заранее пережить, заранее сравнить с прогнозом и потом обидеться на реальность за плохое исполнение собственной роли.</w:t>
      </w:r>
    </w:p>
    <w:p>
      <w:pPr>
        <w:pStyle w:val="Normal"/>
        <w:jc w:val="center"/>
        <w:rPr/>
      </w:pPr>
      <w:r>
        <w:rPr>
          <w:b/>
          <w:i w:val="false"/>
        </w:rPr>
        <w:t>ЭКРАН: N1685668: ОТВЕТ НЕ СООТВЕТСТВУЕТ ЗАДАНИЮ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Этап третий. Представьте будущее.</w:t>
      </w:r>
    </w:p>
    <w:p>
      <w:pPr>
        <w:pStyle w:val="StageDirection"/>
        <w:jc w:val="left"/>
        <w:rPr/>
      </w:pPr>
      <w:r>
        <w:rPr>
          <w:b w:val="false"/>
          <w:i/>
        </w:rPr>
        <w:t>Все четверо мгновенно принимают одинаковое спокойное выражение. Только ЭЛЗ медлит.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Какое именно? То, которое случится, то, которое вы рекомендуете, или то, которое я должен сейчас изобразить, чтобы вы перестали считать меня неисправным?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Любое.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«Любое» — странное слово в процедуре, где уже задано выражение лица. Если будущее любое, почему у него одна и та же мимика?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Вопрос не относится к процедуре.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вижу море. Возможно, другое. Возможно, то же. Я пока не решила, и в этом оно мне нравится больше всего.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Я вижу хороший матч, но, если честно, хороший матч — это тот, исход которого не знаешь до конца, иначе это уже запись, а запись я могу посмотреть и дома, перематывая скучные места, что, между прочим, сильно улучшает спорт.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вижу нас через десять лет. Не потому что уверена. Потому что мне иногда хочется, чтобы хоть одна вещь не требовала ежедневного подтверждения.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я вижу подпись под изображением раньше самого изображения. Сначала вы назовёте это будущим, потом покажете картинку, и мы узнаем то, что нам велели узнать.</w:t>
      </w:r>
    </w:p>
    <w:p>
      <w:pPr>
        <w:pStyle w:val="Normal"/>
        <w:jc w:val="center"/>
        <w:rPr/>
      </w:pPr>
      <w:r>
        <w:rPr>
          <w:b/>
          <w:i w:val="false"/>
        </w:rPr>
        <w:t>ЭКРАН: КАЛИБРОВКА N1685668: 63%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Этап четвёртый. Улыбнитесь без причины.</w:t>
      </w:r>
    </w:p>
    <w:p>
      <w:pPr>
        <w:pStyle w:val="StageDirection"/>
        <w:jc w:val="left"/>
        <w:rPr/>
      </w:pPr>
      <w:r>
        <w:rPr>
          <w:b w:val="false"/>
          <w:i/>
        </w:rPr>
        <w:t>ИФ, ФОР и ЭНД улыбаются сразу. ЭЛЗ пытается. Цифровая маска делает это за него.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стараюсь. Просто причина не приходит.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Причина не требуется. Калибровка завершена. Нормальность не является обязанностью. Нормальность является условием доступа.</w:t>
      </w:r>
    </w:p>
    <w:p>
      <w:pPr>
        <w:pStyle w:val="StageDirection"/>
        <w:jc w:val="left"/>
        <w:rPr/>
      </w:pPr>
      <w:r>
        <w:rPr>
          <w:b w:val="false"/>
          <w:i/>
        </w:rPr>
        <w:t>На долю секунды экран показывает зрительный зал как статистическую диаграмму — без реальных лиц, только точки. Затем изображение исчезает.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Спасибо за сотрудничество, в том числе тем, кто не сотрудничал.</w:t>
      </w:r>
    </w:p>
    <w:p>
      <w:pPr>
        <w:pStyle w:val="Heading1"/>
        <w:rPr/>
      </w:pPr>
      <w:r>
        <w:rPr/>
        <w:t>ЧАСТЬ ПЕРВАЯ. ЧТО БЫЛО</w:t>
      </w:r>
    </w:p>
    <w:p>
      <w:pPr>
        <w:pStyle w:val="Heading2"/>
        <w:rPr/>
      </w:pPr>
      <w:r>
        <w:rPr/>
        <w:t>СЕАНС 1. ЧАШКА</w:t>
      </w:r>
    </w:p>
    <w:p>
      <w:pPr>
        <w:pStyle w:val="Normal"/>
        <w:jc w:val="center"/>
        <w:rPr/>
      </w:pPr>
      <w:r>
        <w:rPr>
          <w:b/>
          <w:i w:val="false"/>
        </w:rPr>
        <w:t>ЭКРАН: ДОМАШНЕЕ ПОЛЬЗОВАНИЕ • ИНДЕКС НОРМАЛЬНОСТИ N1685668: 83%</w:t>
      </w:r>
    </w:p>
    <w:p>
      <w:pPr>
        <w:pStyle w:val="StageDirection"/>
        <w:jc w:val="left"/>
        <w:rPr/>
      </w:pPr>
      <w:r>
        <w:rPr>
          <w:b w:val="false"/>
          <w:i/>
        </w:rPr>
        <w:t>Позже. Та же чашка стоит между ИФ и ЭЛЗ как маленький предмет большого разногласия. Решение о зачатии всё ещё не подтверждено.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Ну? Ты умеешь растянуть одну кнопку на целое утро. Я уже успела приготовить завтрак, отменить завтрак, снова приготовить — а ты всё ещё живёшь внутри слова «если».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пытаюсь понять, кто принимает решение.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Я. Ты. ГКП. Пять поколений генетиков. Статистика выживаемости. Наши тела. Погода, если ей очень хочется участвовать. Почему решение обязано иметь одного автора, чтобы считаться настоящим?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иначе ответственность превращается в туман. Все участвовали, а спросить не с кого.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не просыпалась последние пять лет с мечтой о ребёнке, Элз. Иногда хотела. Иногда боялась. Иногда смотрела на тебя и думала: ни в коем случае. Потом смотрела ещё раз и думала: может быть. Вот мой ответ. Он неудобный, меняется и не помещается в графу формы. Тебе такого достаточно?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 Именно поэтому я не хочу, чтобы программа дописывала этот ответ за тебя.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ты не замечаешь, что тоже всё время договариваешь за меня? Я только начинаю фразу, а ты уже знаешь, к какой системе её отнести. Между едой и голодом у тебя философия. Между мной и тобой — философия. Иногда мне хочется просто поставить чашку на стол и не быть доказательством устройства мира.</w:t>
      </w:r>
    </w:p>
    <w:p>
      <w:pPr>
        <w:pStyle w:val="StageDirection"/>
        <w:jc w:val="left"/>
        <w:rPr/>
      </w:pPr>
      <w:r>
        <w:rPr>
          <w:b w:val="false"/>
          <w:i/>
        </w:rPr>
        <w:t>ИФ берёт белую чашку.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Вот, например, эта чашка. Ей полгода, эстетический ресурс выработан, и сегодня я хочу красную. Не как гражданская позиция. Не как символ. Просто красную.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 красную?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Потому что сегодня мне хочется красную. Ты допускаешь желания, которые не проходят через философский комитет?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не красную.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Хочу посмотреть, останется ли это твоим выбором после моего «нет». Если он настоящий, моё несогласие его не отменит.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Выдержит. Ты напечатаешь другую. Я расстроюсь. Потом решу, стоит ли мне продолжать расстраиваться. Мы съедим личинок. Вечером ты заполнишь Тайм-Трэк. Ночью будешь говорить во сне. И завтра всё начнётся сначала — не потому что программа предсказала, а потому что я уже пять лет живу с тобой и кое-чему научилась.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Самое страшное: ты предсказываешь лучше неё.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не предсказываю. Я помню. Есть разница, хотя ты обычно предпочитаешь её не замечать.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Внимание. Потребительская пеня через три дня.</w:t>
      </w:r>
    </w:p>
    <w:p>
      <w:pPr>
        <w:pStyle w:val="StageDirection"/>
        <w:jc w:val="left"/>
        <w:rPr/>
      </w:pPr>
      <w:r>
        <w:rPr>
          <w:b w:val="false"/>
          <w:i/>
        </w:rPr>
        <w:t>ЭЛЗ опускает чашку в принтер.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Выберите форму.</w:t>
      </w:r>
    </w:p>
    <w:p>
      <w:pPr>
        <w:pStyle w:val="StageDirection"/>
        <w:jc w:val="left"/>
        <w:rPr/>
      </w:pPr>
      <w:r>
        <w:rPr>
          <w:b w:val="false"/>
          <w:i/>
        </w:rPr>
        <w:t>На экране тысячи чашек сменяются с нечеловеческой скоростью.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Случайно.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Выберите цвет.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Случайно.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Выберите степень уникальности: низкая, средняя, высокая, премиальная.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Случайно.</w:t>
      </w:r>
    </w:p>
    <w:p>
      <w:pPr>
        <w:pStyle w:val="Normal"/>
        <w:jc w:val="center"/>
        <w:rPr/>
      </w:pPr>
      <w:r>
        <w:rPr>
          <w:b/>
          <w:i w:val="false"/>
        </w:rPr>
        <w:t>ЭКРАН: ОТВЕРЖДЕНИЕ 03:00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Максимальная свобода от мысли.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Ничего. Просто раньше между желанием и вещью оставался какой-то риск: не получится, не найдёшь, не сумеешь придумать. Теперь между ними три меню и кнопка «подтвердить». Я всё чаще думаю, что мы называем фантазией скорость перебора вариантов.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Конечно, это удобно. Именно поэтому этим все пользуются. Я иногда не понимаю: если вещь делает жизнь проще, почему ты сразу считаешь это её главным преступлением?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хорошую ловушку не ставят посреди комнаты с табличкой «ловушка». Её делают мягкой, тёплой, подстраивают под позвоночник. И однажды ты обнаруживаешь, что уже не хочешь вставать.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сейчас про цивилизацию или про кресло?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поэтому кресло и победило.</w:t>
      </w:r>
    </w:p>
    <w:p>
      <w:pPr>
        <w:pStyle w:val="StageDirection"/>
        <w:jc w:val="left"/>
        <w:rPr/>
      </w:pPr>
      <w:r>
        <w:rPr>
          <w:b w:val="false"/>
          <w:i/>
        </w:rPr>
        <w:t>ИФ готовит еду. На столе появляются условные «личинки» — белые цилиндры.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Опять они?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ГКП считает их оптимальными.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Сегодня?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Сегодня.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Вчера?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помню.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Завтра?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будущее всё-таки существует.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До тех пор, пока не откроешь меню.</w:t>
      </w:r>
    </w:p>
    <w:p>
      <w:pPr>
        <w:pStyle w:val="StageDirection"/>
        <w:jc w:val="left"/>
        <w:rPr/>
      </w:pPr>
      <w:r>
        <w:rPr>
          <w:b w:val="false"/>
          <w:i/>
        </w:rPr>
        <w:t>ЭЛЗ подходит к Тайм-Трэку.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Переход из сна в бодрствование — 7:30. Завтрак — 8:15. Общение с ГКП — 8:45–10:45. Свободные размышления — 10:45–12:45.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Свободные размышления по расписанию.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хотел свободы. Тебе выделили два часа.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я подумаю в 12:46?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ВНЕПЛАНОВОЕ ДЕЙСТВИЕ.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заполню вечер заранее? Я же знаю, что будет.</w:t>
      </w:r>
    </w:p>
    <w:p>
      <w:pPr>
        <w:pStyle w:val="Normal"/>
        <w:jc w:val="center"/>
        <w:rPr/>
      </w:pPr>
      <w:r>
        <w:rPr>
          <w:b/>
          <w:i w:val="false"/>
        </w:rPr>
        <w:t>ЭКРАН: 13:00 ОБЕД • 14:00 ЧТЕНИЕ • 16:00 РАЗДРАЖЕНИЕ ИФ • 16:07 РАЗДРАЖЕНИЕ ЭЛЗ • 17:00 ПРИМИРЕНИЕ • 22:30 СЕКСУАЛЬНЫЙ КОНТАКТ / ВОЗМОЖНО • 23:00 СОН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Удали. Это неправда.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Пока — 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Будущее нельзя записывать как прошлое.</w:t>
      </w:r>
    </w:p>
    <w:p>
      <w:pPr>
        <w:pStyle w:val="StageDirection"/>
        <w:jc w:val="left"/>
        <w:rPr/>
      </w:pPr>
      <w:r>
        <w:rPr>
          <w:b w:val="false"/>
          <w:i/>
        </w:rPr>
        <w:t>ЭЛЗ медленно смотрит на неё.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Вот.</w:t>
      </w:r>
    </w:p>
    <w:p>
      <w:pPr>
        <w:pStyle w:val="Normal"/>
        <w:jc w:val="center"/>
        <w:rPr/>
      </w:pPr>
      <w:r>
        <w:rPr>
          <w:b/>
          <w:i w:val="false"/>
        </w:rPr>
        <w:t>ЭКРАН: 00:03 • 00:02 • 00:01</w:t>
      </w:r>
    </w:p>
    <w:p>
      <w:pPr>
        <w:pStyle w:val="StageDirection"/>
        <w:jc w:val="left"/>
        <w:rPr/>
      </w:pPr>
      <w:r>
        <w:rPr>
          <w:b w:val="false"/>
          <w:i/>
        </w:rPr>
        <w:t>Принтер выдаёт жёлтую чашку.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Жёлтая?!</w:t>
      </w:r>
    </w:p>
    <w:p>
      <w:pPr>
        <w:pStyle w:val="Normal"/>
        <w:jc w:val="center"/>
        <w:rPr/>
      </w:pPr>
      <w:r>
        <w:rPr>
          <w:b/>
          <w:i w:val="false"/>
        </w:rPr>
        <w:t>ЭКРАН: ИНДЕКС НОРМАЛЬНОСТИ: 82… 81… 80… 79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Меня когда-нибудь изолируют из-за тебя.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 Из-за меня изолируют меня.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Уточнение: парное пользование предполагает совместную ответственность.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поэтому и хочется быть одному.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Это не предусмотрено.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заметил.</w:t>
      </w:r>
    </w:p>
    <w:p>
      <w:pPr>
        <w:pStyle w:val="StageDirection"/>
        <w:jc w:val="left"/>
        <w:rPr/>
      </w:pPr>
      <w:r>
        <w:rPr>
          <w:b w:val="false"/>
          <w:i/>
        </w:rPr>
        <w:t>ЭЛЗ смотрит в жёлтую чашку, как в бездну.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было, то будет.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Фраза распознана как безопасная.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повторится в копиях.</w:t>
      </w:r>
    </w:p>
    <w:p>
      <w:pPr>
        <w:pStyle w:val="StageDirection"/>
        <w:jc w:val="left"/>
        <w:rPr/>
      </w:pPr>
      <w:r>
        <w:rPr>
          <w:b w:val="false"/>
          <w:i/>
        </w:rPr>
        <w:t>На экране чашка множится, пока не заполняет весь экран.</w:t>
      </w:r>
    </w:p>
    <w:p>
      <w:pPr>
        <w:pStyle w:val="Heading3"/>
        <w:rPr/>
      </w:pPr>
      <w:r>
        <w:rPr/>
        <w:t>ОКНО / СОЛНЦЕ</w:t>
      </w:r>
    </w:p>
    <w:p>
      <w:pPr>
        <w:pStyle w:val="StageDirection"/>
        <w:jc w:val="left"/>
        <w:rPr/>
      </w:pPr>
      <w:r>
        <w:rPr>
          <w:b w:val="false"/>
          <w:i/>
        </w:rPr>
        <w:t>До начала Дня потребления. ИФ ещё занята чашкой. ЭЛЗ подходит к условному окну. Экран сначала покрывает «вид» слоями интерфейса: погода, полезные сообщения, напоминания, реклама. ЭЛЗ убирает слой за слоем.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Отключение рекомендованных наложений снижает информированность.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Снижай.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Отключение прогноза погоды может вызвать неопределённость.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Вызывай.</w:t>
      </w:r>
    </w:p>
    <w:p>
      <w:pPr>
        <w:pStyle w:val="StageDirection"/>
        <w:jc w:val="left"/>
        <w:rPr/>
      </w:pPr>
      <w:r>
        <w:rPr>
          <w:b w:val="false"/>
          <w:i/>
        </w:rPr>
        <w:t>Остаётся только свет. Не изображение Солнца, а реальный прожектор, направленный в лицо ЭЛЗ.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Вот. Ты ничего мне не предлагаешь.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С кем ты разговариваешь?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 Солнцем.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Оно не слышит.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Поэтому не перебивает.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Элз, только не начинай ещё одну оду. Вчера ты пять минут доказывал Солнцу, что оно независимая республика света, потом обиделся, что оно не вступило в дискуссию.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Сегодня оно преступник. Каждое утро входит без разрешения, пересекает границу стекла и портит все наши настройки одним фактом собственного существования. Заметь: ему ничего не известно о регламенте.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У нас разрешённый коэффициент инсоляции.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способна обезвредить любое чудо, дав ему техническое название. Скажи «коэффициент инсоляции» — и звезда уже ведёт себя прилично.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ты способен испортить любую полезную вещь, дав ей метафору. Назови кондиционер диктатурой температуры — и всё, уже нельзя просто не потеть.</w:t>
      </w:r>
    </w:p>
    <w:p>
      <w:pPr>
        <w:pStyle w:val="StageDirection"/>
        <w:jc w:val="left"/>
        <w:rPr/>
      </w:pPr>
      <w:r>
        <w:rPr>
          <w:b w:val="false"/>
          <w:i/>
        </w:rPr>
        <w:t>Они стоят рядом в одном свете. На несколько секунд система не знает, что показывать.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Если бы завтра оно не взошло, что бы ты сделала?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Подала бы заявку.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Куда?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 ГКП. Куда ещё?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 Солнце?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На отсутствие Солнца.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почему вы победили природу. Вы сделали из неё неисправность.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Мы ничего не победили. Мы просто перестали от неё зависеть.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и называется победой.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Тогда почему ты звучишь как проигравший?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оно всё ещё умеет заходить.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Солнце. Оно исчезает каждый день, хотя никто не разрешал ему кончаться.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И каждый день возвращается.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 Но не по нашей команде.</w:t>
      </w:r>
    </w:p>
    <w:p>
      <w:pPr>
        <w:pStyle w:val="Normal"/>
        <w:jc w:val="center"/>
        <w:rPr/>
      </w:pPr>
      <w:r>
        <w:rPr>
          <w:b/>
          <w:i w:val="false"/>
        </w:rPr>
        <w:t>ЭКРАН: НЕЗАПЛАНИРОВАННОЕ ЭСТЕТИЧЕСКОЕ ПЕРЕЖИВАНИЕ • ДЛИТЕЛЬНОСТЬ 00:47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У тебя сорок семь секунд счастья. Занеси в Тайм-Трэк.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Если занесу, это будет уже не оно.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Тогда откуда ты узнаешь, что оно было?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запомню.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Память неточна.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почему ей можно верить.</w:t>
      </w:r>
    </w:p>
    <w:p>
      <w:pPr>
        <w:pStyle w:val="Heading3"/>
        <w:rPr/>
      </w:pPr>
      <w:r>
        <w:rPr>
          <w:b/>
        </w:rPr>
        <w:t>ПЯТЬ ЛЕТ</w:t>
      </w:r>
    </w:p>
    <w:p>
      <w:pPr>
        <w:pStyle w:val="StageDirection"/>
        <w:jc w:val="left"/>
        <w:rPr/>
      </w:pPr>
      <w:r>
        <w:rPr>
          <w:b w:val="false"/>
          <w:i/>
        </w:rPr>
        <w:t>Принтер замолкает. На экране вместо чашек возникает нейтральная надпись: «ПАРНОЕ ПОЛЬЗОВАНИЕ: 5 ЛЕТ. ЭФФЕКТИВНОСТЬ СОВМЕСТИМОСТИ: 91%». ИФ замечает её раньше ЭЛЗ.</w:t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Девяносто один.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Было девяносто три.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помнишь?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всё помню, когда хочу забыть.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 первый год ты радовался.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Мне.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было до инструкции?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превращай всё в инструкцию. Мы пять лет живём вместе.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Пользуемся вместе.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Живём.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Хорошо. Живём.</w:t>
      </w:r>
    </w:p>
    <w:p>
      <w:pPr>
        <w:pStyle w:val="StageDirection"/>
        <w:jc w:val="left"/>
        <w:rPr/>
      </w:pPr>
      <w:r>
        <w:rPr>
          <w:b w:val="false"/>
          <w:i/>
        </w:rPr>
        <w:t>ИФ садится напротив. Впервые она ничего не переставляет.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знаю, что ты думаешь обо мне.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ГКП сообщает?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Нет. Ты сообщаешь. Лицом. Когда забываешь маску.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что там?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 я удобная.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оскорбление?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Для тебя — 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Для системы — комплимент.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для меня?</w:t>
      </w:r>
    </w:p>
    <w:p>
      <w:pPr>
        <w:pStyle w:val="StageDirection"/>
        <w:jc w:val="left"/>
        <w:rPr/>
      </w:pPr>
      <w:r>
        <w:rPr>
          <w:b w:val="false"/>
          <w:i/>
        </w:rPr>
        <w:t>Пауза. Тайм-Трэк мигает, предлагая заполнить паузу.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Вот. Ты хочешь неизвестности, пока она не касается человека.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нечестно.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верно.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Когда ГКП сказала про ребёнка, я испугалась.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выглядела довольной.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умею выглядеть. Меня этому учили дольше, чем думать.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Чего ты испугалась?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 он будет похож на тебя.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откажись.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если я хочу?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только что сказала, что боишься.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Одно не отменяет другое.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Для ГКП отменяет. Там у каждого поля одно значение.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Поэтому я и не ГКП.</w:t>
      </w:r>
    </w:p>
    <w:p>
      <w:pPr>
        <w:pStyle w:val="StageDirection"/>
        <w:jc w:val="left"/>
        <w:rPr/>
      </w:pPr>
      <w:r>
        <w:rPr>
          <w:b w:val="false"/>
          <w:i/>
        </w:rPr>
        <w:t>ЭЛЗ смотрит на неё. Это простая мысль, но она приходит слишком поздно.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хочу ребёнка, но не хочу, чтобы мне указывали завести ребёнка. Я хочу тебя и иногда не выношу тебя. Я хочу красную чашку и сейчас уже не хочу красную чашку. Вот так можно?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Можно.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Где?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Найди.</w:t>
      </w:r>
    </w:p>
    <w:p>
      <w:pPr>
        <w:pStyle w:val="Normal"/>
        <w:jc w:val="center"/>
        <w:rPr/>
      </w:pPr>
      <w:r>
        <w:rPr>
          <w:b/>
          <w:i w:val="false"/>
        </w:rPr>
        <w:t>ЭКРАН: ЗАПРОС «НАЙДИ» НЕ СОДЕРЖИТ ОБЪЕКТА ПОИСКА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Хорошо.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 хорошо?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объекта нет.</w:t>
      </w:r>
    </w:p>
    <w:p>
      <w:pPr>
        <w:pStyle w:val="Heading2"/>
        <w:rPr/>
      </w:pPr>
      <w:r>
        <w:rPr/>
        <w:t>СЕАНС 2. ДЕНЬ ПОТРЕБЛЕНИЯ</w:t>
      </w:r>
    </w:p>
    <w:p>
      <w:pPr>
        <w:pStyle w:val="StageDirection"/>
        <w:jc w:val="left"/>
        <w:rPr/>
      </w:pPr>
      <w:r>
        <w:rPr>
          <w:b w:val="false"/>
          <w:i/>
        </w:rPr>
        <w:t>Музыка уже играет, будто зритель вошёл в торговый центр в середине композиции.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Сегодня Глобальный день потребления. Электричество в жилых массивах отключено. Пользователи обязаны выйти из дома и испытать радость.</w:t>
      </w:r>
    </w:p>
    <w:p>
      <w:pPr>
        <w:pStyle w:val="StageDirection"/>
        <w:jc w:val="left"/>
        <w:rPr/>
      </w:pPr>
      <w:r>
        <w:rPr>
          <w:b w:val="false"/>
          <w:i/>
        </w:rPr>
        <w:t>ИФ надевает Маску Соответствия. ЭЛЗ держит свою в руке.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Надень улыбку. Не для них — для меня. Я хочу хотя бы один день пройти рядом с тобой и не объяснять каждому встречному, почему у моего мужа лицо человека, который обнаружил ошибку в мироздании.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меня есть лицо. Я бы хотел хотя бы иногда пользоваться им без посредника.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Сегодня оно общественное. Завтра верну тебе в личное пользование.</w:t>
      </w:r>
    </w:p>
    <w:p>
      <w:pPr>
        <w:pStyle w:val="StageDirection"/>
        <w:jc w:val="left"/>
        <w:rPr/>
      </w:pPr>
      <w:r>
        <w:rPr>
          <w:b w:val="false"/>
          <w:i/>
        </w:rPr>
        <w:t>ФОР и ЭНД становятся продавцами, покупателями, манекенами, рекламой. Темп растёт.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Двадцать пар носков по цене десяти!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Потребите сейчас — забудьте потом!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Эстетический ресурс вашей личности заканчивается через четыре часа!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Обновите внешность, не меняя себя!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Смотри. Брюки.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ношу брюк.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Будешь.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Носки.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меня есть ноги.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Значит, есть потребность.</w:t>
      </w:r>
    </w:p>
    <w:p>
      <w:pPr>
        <w:pStyle w:val="Normal"/>
        <w:jc w:val="center"/>
        <w:rPr/>
      </w:pPr>
      <w:r>
        <w:rPr>
          <w:b/>
          <w:i w:val="false"/>
        </w:rPr>
        <w:t>ЭКРАН: УДОВОЛЬСТВИЕ 41%… 52%… 67%</w:t>
      </w:r>
    </w:p>
    <w:p>
      <w:pPr>
        <w:pStyle w:val="StageDirection"/>
        <w:jc w:val="left"/>
        <w:rPr/>
      </w:pPr>
      <w:r>
        <w:rPr>
          <w:b w:val="false"/>
          <w:i/>
        </w:rPr>
        <w:t>ЭЛЗ сначала сопротивляется, потом втягивается. Он начинает выбирать быстрее ИФ.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Берём.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это?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Берём.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это зачем?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порти.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Берём.</w:t>
      </w:r>
    </w:p>
    <w:p>
      <w:pPr>
        <w:pStyle w:val="StageDirection"/>
        <w:jc w:val="left"/>
        <w:rPr/>
      </w:pPr>
      <w:r>
        <w:rPr>
          <w:b w:val="false"/>
          <w:i/>
        </w:rPr>
        <w:t>Система наконец идеально накладывает улыбку на его лицо.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СООТВЕТСТВИЕ ДОСТИГНУТО.</w:t>
      </w:r>
    </w:p>
    <w:p>
      <w:pPr>
        <w:pStyle w:val="StageDirection"/>
        <w:jc w:val="left"/>
        <w:rPr/>
      </w:pPr>
      <w:r>
        <w:rPr>
          <w:b w:val="false"/>
          <w:i/>
        </w:rPr>
        <w:t>ЭЛЗ видит себя на экране и застывает.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Снимите.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Команда не распознана.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Снимите с меня это.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Это просто маска.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о маске.</w:t>
      </w:r>
    </w:p>
    <w:p>
      <w:pPr>
        <w:pStyle w:val="StageDirection"/>
        <w:jc w:val="left"/>
        <w:rPr/>
      </w:pPr>
      <w:r>
        <w:rPr>
          <w:b w:val="false"/>
          <w:i/>
        </w:rPr>
        <w:t>ФОР и ЭНД становятся собой.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Вау. Какая встреча. Иф! Элз!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Дружище!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Превосходно!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Великолепно!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Замечательный день!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Пока.</w:t>
      </w:r>
    </w:p>
    <w:p>
      <w:pPr>
        <w:pStyle w:val="StageDirection"/>
        <w:jc w:val="left"/>
        <w:rPr/>
      </w:pPr>
      <w:r>
        <w:rPr>
          <w:b w:val="false"/>
          <w:i/>
        </w:rPr>
        <w:t>ФОР смотрит на него дольше нормы.</w:t>
      </w:r>
    </w:p>
    <w:p>
      <w:pPr>
        <w:pStyle w:val="Normal"/>
        <w:jc w:val="center"/>
        <w:rPr/>
      </w:pPr>
      <w:r>
        <w:rPr>
          <w:b/>
          <w:i w:val="false"/>
        </w:rPr>
        <w:t>ЭКРАН: ЗРИТЕЛЬНЫЙ КОНТАКТ 2.8 СЕК. ДОПУСТИМО: 2.0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Следующий конец недели у вас. ГКП дала гостевое окно, Фор уже составила список еды, я его уже мысленно сократил, потом снова расширил, потому что сокращение меню портит саму идею выходного. Так что всё решено, если вы не собираетесь внезапно стать другими людьми.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Конечно.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бы куда-нибудь съездил. Не в место из списка «куда-нибудь», а туда, о чём мы заранее ничего не потребили: ни рейтинг, ни вид сверху, ни рекомендуемую эмоцию.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Куда именно? Потому что «не знаю» — прекрасный транспорт, дружище, только, насколько мне известно, у него пока нет станции прибытия.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знаю. В этом и маршрут.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Так не бывает. То есть бывает, конечно: потерялся, что-то сломалось, перепутал поворот. Но превращать техническую неисправность в туристическую концепцию — это уже твоя специальность.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именно туда.</w:t>
      </w:r>
    </w:p>
    <w:p>
      <w:pPr>
        <w:pStyle w:val="StageDirection"/>
        <w:jc w:val="left"/>
        <w:rPr/>
      </w:pPr>
      <w:r>
        <w:rPr>
          <w:b w:val="false"/>
          <w:i/>
        </w:rPr>
        <w:t>ФОР смеётся настоящим смехом, потом быстро превращает его в нормативный.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Незначительное отклонение эмоционального поведения.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просто подавилась радостью.</w:t>
      </w:r>
    </w:p>
    <w:p>
      <w:pPr>
        <w:pStyle w:val="Normal"/>
        <w:jc w:val="center"/>
        <w:rPr/>
      </w:pPr>
      <w:r>
        <w:rPr>
          <w:b/>
          <w:i w:val="false"/>
        </w:rPr>
        <w:t>ЭКРАН: ИНДЕКС НОРМАЛЬНОСТИ N1685668: 74%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Время думать истекло. Продолжайте потребление.</w:t>
      </w:r>
    </w:p>
    <w:p>
      <w:pPr>
        <w:pStyle w:val="StageDirection"/>
        <w:jc w:val="left"/>
        <w:rPr/>
      </w:pPr>
      <w:r>
        <w:rPr>
          <w:b w:val="false"/>
          <w:i/>
        </w:rPr>
        <w:t>Все снова хватают вещи. Движения становятся одинаковыми. ЭЛЗ останавливается.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Если всё можно получить — чего хотеть?</w:t>
      </w:r>
    </w:p>
    <w:p>
      <w:pPr>
        <w:pStyle w:val="StageDirection"/>
        <w:jc w:val="left"/>
        <w:rPr/>
      </w:pPr>
      <w:r>
        <w:rPr>
          <w:b w:val="false"/>
          <w:i/>
        </w:rPr>
        <w:t>Музыка заглушает фразу.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Если всё можно получить — чего тогда хотеть? Не какую вещь выбрать следующей, а вообще: где возникает желание, если между желанием и его исполнением больше нет расстояния, сопротивления, ожидания? Может, мы покупаем не предметы. Может, мы покупаем себе короткие промежутки нехватки.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РЕКЛАМНЫЙ БЛОК.</w:t>
      </w:r>
    </w:p>
    <w:p>
      <w:pPr>
        <w:pStyle w:val="Normal"/>
        <w:jc w:val="center"/>
        <w:rPr/>
      </w:pPr>
      <w:r>
        <w:rPr>
          <w:b/>
          <w:i w:val="false"/>
        </w:rPr>
        <w:t>ЭКРАН: ХОТИТЕ ХОТЕТЬ? ОБНОВИТЕ ПРОФИЛЬ • НОВЫЕ ПОТРЕБНОСТИ УЖЕ ДОСТУПНЫ • БЕСПЛАТНЫЙ ПРОБНЫЙ ПЕРИОД НЕУДОВЛЕТВОРЁННОСТИ</w:t>
      </w:r>
    </w:p>
    <w:p>
      <w:pPr>
        <w:pStyle w:val="StageDirection"/>
        <w:jc w:val="left"/>
        <w:rPr/>
      </w:pPr>
      <w:r>
        <w:rPr>
          <w:b w:val="false"/>
          <w:i/>
        </w:rPr>
        <w:t>ЭЛЗ смеётся один. Маска не успевает.</w:t>
      </w:r>
    </w:p>
    <w:p>
      <w:pPr>
        <w:pStyle w:val="Heading3"/>
        <w:rPr/>
      </w:pPr>
      <w:r>
        <w:rPr/>
        <w:t>ДОРОГА / ИГРА</w:t>
      </w:r>
    </w:p>
    <w:p>
      <w:pPr>
        <w:pStyle w:val="StageDirection"/>
        <w:jc w:val="left"/>
        <w:rPr/>
      </w:pPr>
      <w:r>
        <w:rPr>
          <w:b w:val="false"/>
          <w:i/>
        </w:rPr>
        <w:t>После потребления. Четыре кресла становятся электромобилем. ИФ надевает очки виртуальной реальности. ЭЛЗ остаётся смотреть вперёд. Дорога существует только как движущаяся сетка на экране.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Маршрут принят. Расчётное время — сорок две минуты. Человеческое вмешательство не требуется.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Наконец.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наконец?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Сорок две минуты, в течение которых ты не можешь никуда уйти.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Могу думать.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 этого я и боюсь.</w:t>
      </w:r>
    </w:p>
    <w:p>
      <w:pPr>
        <w:pStyle w:val="StageDirection"/>
        <w:jc w:val="left"/>
        <w:rPr/>
      </w:pPr>
      <w:r>
        <w:rPr>
          <w:b w:val="false"/>
          <w:i/>
        </w:rPr>
        <w:t>ИФ запускает игру. Её голос мгновенно меняет эмоциональный регистр.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ИГРА. </w:t>
      </w:r>
      <w:r>
        <w:rPr>
          <w:b w:val="false"/>
          <w:i w:val="false"/>
        </w:rPr>
        <w:t>Как ты мог? Ты изменил мне с Фор. Здесь. В машине. Пока я смотрела.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Опять этот сценарий?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ИГРА. </w:t>
      </w:r>
      <w:r>
        <w:rPr>
          <w:b w:val="false"/>
          <w:i w:val="false"/>
        </w:rPr>
        <w:t>Я тебя ненавижу. Нет, люблю. Нет. Данных недостаточно для решения.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Эмоциональный пакет обновлён.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Иф, останови.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ИГРА. </w:t>
      </w:r>
      <w:r>
        <w:rPr>
          <w:b w:val="false"/>
          <w:i w:val="false"/>
        </w:rPr>
        <w:t>Не мешай. Здесь ты интереснее.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Где — здесь?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 игре. Здесь ты способен на поступки.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последствия не мои.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Возможно, поэтому поступки и существуют.</w:t>
      </w:r>
    </w:p>
    <w:p>
      <w:pPr>
        <w:pStyle w:val="StageDirection"/>
        <w:jc w:val="left"/>
        <w:rPr/>
      </w:pPr>
      <w:r>
        <w:rPr>
          <w:b w:val="false"/>
          <w:i/>
        </w:rPr>
        <w:t>ИФ снимает очки. Несколько секунд она смотрит на ЭЛЗ без заданного выражения.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правда хочешь Фор? Не идею Фор, не доказательство твоей свободы, не женщину как выход из программы — её. Когда она молчит, ошибается, тебе не нравится, как она пахнет, говорит глупость и не помогает твоей теории. Её?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сейчас играешь или впервые вышла из игры?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знаю. И это меня злит больше всего. В игре я хотя бы вижу рамку по краям. А сейчас я не понимаю, где заканчивается сценарий и начинается моя ревность.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Неопределённый режим общения.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Ответь мне не про устройство мира. Один раз ответь женщине, а не комиссии будущих философов.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хочу её. И одновременно хочу место, где это желание не превращается в данные, нарушение, показатель совместимости или материал для следующего сна. Я не умею разделить эти две вещи.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 теперь это ответ. Плохой, болезненный, совершенно бесполезный для меня — но ответ.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живой.</w:t>
      </w:r>
    </w:p>
    <w:p>
      <w:pPr>
        <w:pStyle w:val="StageDirection"/>
        <w:jc w:val="left"/>
        <w:rPr/>
      </w:pPr>
      <w:r>
        <w:rPr>
          <w:b w:val="false"/>
          <w:i/>
        </w:rPr>
        <w:t>Электромобиль плавно «поворачивает»: исполнители одновременно смещаются. ЭЛЗ рефлекторно пытается взяться за несуществующий руль.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Ручное управление недоступно.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ничего не делал.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Именно.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дорога ошибётся?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За последние сто лет ошибок не зарегистрировано.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вы не умеете их распознавать.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Элз.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Иногда мне хочется, чтобы ты просто посмотрел на дорогу и доехал.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мне — чтобы хотя бы раз она не знала, куда.</w:t>
      </w:r>
    </w:p>
    <w:p>
      <w:pPr>
        <w:pStyle w:val="Normal"/>
        <w:jc w:val="center"/>
        <w:rPr/>
      </w:pPr>
      <w:r>
        <w:rPr>
          <w:b/>
          <w:i w:val="false"/>
        </w:rPr>
        <w:t>ЭКРАН: МАРШРУТ: ОПТИМАЛЬНЫЙ</w:t>
      </w:r>
    </w:p>
    <w:p>
      <w:pPr>
        <w:pStyle w:val="StageDirection"/>
        <w:jc w:val="left"/>
        <w:rPr/>
      </w:pPr>
      <w:r>
        <w:rPr>
          <w:b w:val="false"/>
          <w:i/>
        </w:rPr>
        <w:t>Сетка дороги на экране на мгновение раздваивается. Система мгновенно исправляет изображение. ЭЛЗ замечает. ИФ — нет.</w:t>
      </w:r>
    </w:p>
    <w:p>
      <w:pPr>
        <w:pStyle w:val="Heading2"/>
        <w:rPr/>
      </w:pPr>
      <w:r>
        <w:rPr/>
        <w:t>СЕАНС 3. УНИВЕРСАЛЬНЫЕ ДРУЗЬЯ</w:t>
      </w:r>
    </w:p>
    <w:p>
      <w:pPr>
        <w:pStyle w:val="StageDirection"/>
        <w:jc w:val="left"/>
        <w:rPr/>
      </w:pPr>
      <w:r>
        <w:rPr>
          <w:b w:val="false"/>
          <w:i/>
        </w:rPr>
        <w:t>Стол. Четыре тарелки с одинаковыми белыми цилиндрами.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Оптимальная продолжительность встречи — четыре часа. Оптимальное число конфликтов — один. Оптимальная глубина конфликта — не затрагивать устройство общества.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ГКП дала указание заводить ребёнка. Формально — «рекомендацию высокой приоритетности», но когда рекомендация трижды мигает красным и переносится в постоянное поле Тайм-Трэка, я перестаю понимать, где кончается совет и начинается приказ.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Значит, и нам скоро. Странно: я думала, когда это случится, я почувствую что-нибудь большое. А чувствую желание спросить, какого цвета будет форма.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Да, дорогая. Если форма не длиннее четырёх страниц, я готов к продолжению вида. Пять страниц — уже вопрос, шесть — человек начинает понимать, почему некоторые животные предпочитают вымирать.</w:t>
      </w:r>
    </w:p>
    <w:p>
      <w:pPr>
        <w:pStyle w:val="StageDirection"/>
        <w:jc w:val="left"/>
        <w:rPr/>
      </w:pPr>
      <w:r>
        <w:rPr>
          <w:b w:val="false"/>
          <w:i/>
        </w:rPr>
        <w:t>ЭЛЗ накалывает личинку вилкой.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хочу утку. Дикую. Не напечатанную, не восстановленную из каталога, не мишень с корректно распределённой кровью. Чтобы она могла меня не дождаться, улететь, заставить промахнуться. Добыть её, приготовить и съесть — если вообще получится.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Дикую. Добыть. Приготовить. Съесть.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В тире новые чучела. С кровью, внутренностями, реакцией на попадание — всё убедительно до неприятности. Каждую среду хожу. После третьего выстрела начинаешь уважать цивилизацию именно за то, что она избавила тебя от необходимости тащить домой результат.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чучело.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Живую?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Какая дикость.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Именно.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Если тебе нужно сопротивление, есть лестницы. Сто этажей, дружище. На сороковом ты ненавидишь архитектора, на шестидесятом Бога, на восьмидесятом собственный вес, а на сотом уже никого не ненавидишь, потому что на это тоже нужна энергия.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Мне нужно сопротивление.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У лестницы оно есть.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Лестница не может убежать.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Утка может.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Поэтому утка.</w:t>
      </w:r>
    </w:p>
    <w:p>
      <w:pPr>
        <w:pStyle w:val="StageDirection"/>
        <w:jc w:val="left"/>
        <w:rPr/>
      </w:pPr>
      <w:r>
        <w:rPr>
          <w:b w:val="false"/>
          <w:i/>
        </w:rPr>
        <w:t>ФОР смотрит с настоящим интересом.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поощряй.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ничего. Я смотрю.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Визуальный контакт между универсальными приятелями разрешён в пределах установленной длительности.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Даже желание отмерено секундомером.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Желание без границ — болезнь. Я не морализирую, я практик: если я не ограничиваю аппетит тарелкой, приходится ограничивать его врачом. Граница иногда просто форма сосуда.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граница без желания — смерть.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Опять слова. Я всегда считал их одноразовым средством: сделал укол, выбросил шприц. Иначе дом забьётся использованными фразами, как кухня контейнерами, которые жалко выбросить, потому что вдруг пригодятся.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Идеи не комкают и не бросают.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ребёнок чем тебе не идея?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Идея ребёнка родилась не между нами. Она пришла готовой — с оптимальным сроком, именем из списка, медицинским коридором, вероятностью успеха. Мне предлагают не стать отцом, а исполнить уже рассчитанную функцию тела. Я даже не знаю, хочу ли ребёнка; я только знаю, что не хочу узнавать это из уведомления.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И поэтому — лестница. Я серьёзно. Ты всё время пытаешься телом решить то, что считаешь вопросом мысли, а головой — то, с чем тело, может быть, само бы разобралось. Поднимись на сто этажей, а уже наверху спроси себя, нужен ли тебе ребёнок, утка, роман и революция одновременно.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мне давно не было страшно.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А что ты хочешь написать? Не «роман» — это упаковка. Что должно там случиться такого, чему здесь не дают случиться?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Он говорил, что хочет писать.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говорил.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Говорил глазами.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Некорректный способ передачи данных.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Роман. То есть пространство, где человек совершает поступок до того, как система объясняет ему мотив. Где причина иногда обнаруживается после следствия. Где я сам могу не знать, зачем написал первую страницу.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Книги печатает ГКП, и делает это, подозреваю, лучше большинства людей, которые когда-либо считали себя писателями. Она хотя бы знает, где поставить конец. Это редкий и недооценённый талант.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Именно поэтому.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О чём?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 том, чего ещё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Тогда нельзя проверить достоверность.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 этом смысл.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С чего начнёшь?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 убийства.</w:t>
      </w:r>
    </w:p>
    <w:p>
      <w:pPr>
        <w:pStyle w:val="Normal"/>
        <w:jc w:val="center"/>
        <w:rPr/>
      </w:pPr>
      <w:r>
        <w:rPr>
          <w:b/>
          <w:i w:val="false"/>
        </w:rPr>
        <w:t>ЭКРАН: ОПТИМАЛЬНЫЙ КОНФЛИКТ ДОСТИГНУТ. РЕКОМЕНДУЕТСЯ СМЕНА ТЕМЫ.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Раз уж мы окончательно испортили обед: когда была последняя революция? Я спрашиваю не из политического интереса. Мне просто интересно, сколько времени должно пройти между двумя массовыми решениями всё сломать и назвать это началом.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Двадцатый век.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Три века назад.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мы ещё называли себя людьми. И это, возможно, ничего не меняло — кроме того, что слово «пользователь» ещё не успело убедить нас, будто отношение к системе важнее самого существования.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Люди, пользователи — вопрос определения. Я могу назвать тарелку «платформой доставки белка», и суп от этого не обидится. Предмет, дружище, остаётся предметом.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Пока предмет сам не начинает менять себя в соответствии с определением. Тогда слово становится инструкцией, а инструкция — телом.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ВНИМАНИЕ.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Что-то давно не было революций. Я не призываю их вернуть — я пытаюсь понять, куда делась сама возможность того, что множество людей вдруг одновременно скажет: «мы больше так не будем». Если такую возможность невозможно даже представить, мир устойчив или просто герметичен?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ВНИМАНИЕ.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начинаю скучать, и это, кажется, уже политическое состояние: скука возникает там, где будущее перестало обещать даже опасность отличия.</w:t>
      </w:r>
    </w:p>
    <w:p>
      <w:pPr>
        <w:pStyle w:val="StageDirection"/>
        <w:jc w:val="left"/>
        <w:rPr/>
      </w:pPr>
      <w:r>
        <w:rPr>
          <w:b w:val="false"/>
          <w:i/>
        </w:rPr>
        <w:t>Свет меняется без затемнения. ИФ, ФОР, ЭНД надевают наушники и становятся БАН-отделом. ЭЛЗ остаётся объектом.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Ночной сон пользователя N1685668. Автоматическая расшифровка.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СОТРУДНИК. </w:t>
      </w:r>
      <w:r>
        <w:rPr>
          <w:b w:val="false"/>
          <w:i w:val="false"/>
        </w:rPr>
        <w:t>Чёрное пятно в углу. Женщина. Пользователь узнаёт Фор.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СОТРУДНИК. </w:t>
      </w:r>
      <w:r>
        <w:rPr>
          <w:b w:val="false"/>
          <w:i w:val="false"/>
        </w:rPr>
        <w:t>Сексуальное влечение.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 / СОТРУДНИК. </w:t>
      </w:r>
      <w:r>
        <w:rPr>
          <w:b w:val="false"/>
          <w:i w:val="false"/>
        </w:rPr>
        <w:t>Нормально.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СОТРУДНИК. </w:t>
      </w:r>
      <w:r>
        <w:rPr>
          <w:b w:val="false"/>
          <w:i w:val="false"/>
        </w:rPr>
        <w:t>Он хочет печатать Фор на принтере.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 / СОТРУДНИК. </w:t>
      </w:r>
      <w:r>
        <w:rPr>
          <w:b w:val="false"/>
          <w:i w:val="false"/>
        </w:rPr>
        <w:t>Нормально.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СОТРУДНИК. </w:t>
      </w:r>
      <w:r>
        <w:rPr>
          <w:b w:val="false"/>
          <w:i w:val="false"/>
        </w:rPr>
        <w:t>Он хочет охотиться.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 / СОТРУДНИК. </w:t>
      </w:r>
      <w:r>
        <w:rPr>
          <w:b w:val="false"/>
          <w:i w:val="false"/>
        </w:rPr>
        <w:t>Симптом.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СОТРУДНИК. </w:t>
      </w:r>
      <w:r>
        <w:rPr>
          <w:b w:val="false"/>
          <w:i w:val="false"/>
        </w:rPr>
        <w:t>Он хочет написать книгу самостоятельно.</w:t>
      </w:r>
    </w:p>
    <w:p>
      <w:pPr>
        <w:pStyle w:val="StageDirection"/>
        <w:jc w:val="left"/>
        <w:rPr/>
      </w:pPr>
      <w:r>
        <w:rPr>
          <w:b w:val="false"/>
          <w:i/>
        </w:rPr>
        <w:t>Пауза длиннее.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Риск повышен. Через кого наблюдать?</w:t>
      </w:r>
    </w:p>
    <w:p>
      <w:pPr>
        <w:pStyle w:val="StageDirection"/>
        <w:jc w:val="left"/>
        <w:rPr/>
      </w:pPr>
      <w:r>
        <w:rPr>
          <w:b w:val="false"/>
          <w:i/>
        </w:rPr>
        <w:t>Все поворачиваются к ФОР.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Почему через меня?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 уже открыли приложение.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не читала Соглашение.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 нажали «Далее».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думала, это игра.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Это и есть игра.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А если откажусь?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Отказ будет зафиксирован.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Ничего.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Тогда отказываюсь.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Отказ зафиксирован.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 всё ещё здесь.</w:t>
      </w:r>
    </w:p>
    <w:p>
      <w:pPr>
        <w:pStyle w:val="StageDirection"/>
        <w:jc w:val="left"/>
        <w:rPr/>
      </w:pPr>
      <w:r>
        <w:rPr>
          <w:b w:val="false"/>
          <w:i/>
        </w:rPr>
        <w:t>ФОР смотрит на «спящего» ЭЛЗ.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Что мне делать?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Будьте собой.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Это самое трудное задание из всех.</w:t>
      </w:r>
    </w:p>
    <w:p>
      <w:pPr>
        <w:pStyle w:val="Heading3"/>
        <w:rPr/>
      </w:pPr>
      <w:r>
        <w:rPr>
          <w:b/>
        </w:rPr>
        <w:t>ПОСЛЕ ГОСТЕЙ</w:t>
      </w:r>
    </w:p>
    <w:p>
      <w:pPr>
        <w:pStyle w:val="StageDirection"/>
        <w:jc w:val="left"/>
        <w:rPr/>
      </w:pPr>
      <w:r>
        <w:rPr>
          <w:b w:val="false"/>
          <w:i/>
        </w:rPr>
        <w:t>ФОР и ЭНД будто уже ушли, но ФОР возвращается за забытым гаджетом. ИФ уносит посуду. ЭНД ждёт вне соты. На несколько секунд ЭЛЗ и ФОР остаются в пространстве, где никто не должен был оставаться.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всегда что-нибудь забываю. Иногда специально. Очень удобно: можно вернуться туда, откуда вроде бы уже ушла, и никто не обязан признавать, что возвращалась не за вещью.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ничего не забываешь. Ты оставляешь повод.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вернулась.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Логично.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обвинение.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В чём?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 логике.</w:t>
      </w:r>
    </w:p>
    <w:p>
      <w:pPr>
        <w:pStyle w:val="StageDirection"/>
        <w:jc w:val="left"/>
        <w:rPr/>
      </w:pPr>
      <w:r>
        <w:rPr>
          <w:b w:val="false"/>
          <w:i/>
        </w:rPr>
        <w:t>ФОР находит гаджет, но не берёт.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Ты правда хочешь написать роман? Не как ещё один способ раздражать Иф, не как красивое преступление, о котором приятно думать, пока оно не требует первой страницы?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Вправду. Именно поэтому я уже несколько недель не начинаю: пока не начал, роман существует во всех возможных вариантах и ни один из них ещё не успел оказаться плохим.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Зачем?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и ты.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Спросила «зачем».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могу сообщить в БАН-отдел и получить баллы за нормальность. Представляешь: одно движение пальца — и моя нравственность сразу становится измеримой. Очень соблазнительная услуга.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Получай.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А если не сообщу?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что-нибудь произойдёт.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Между нами?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Между причиной и следствием.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Ты трус.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Почему ты сразу согласился?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Хотел увидеть, что будет после правды.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И 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всё ещё здесь.</w:t>
      </w:r>
    </w:p>
    <w:p>
      <w:pPr>
        <w:pStyle w:val="StageDirection"/>
        <w:jc w:val="left"/>
        <w:rPr/>
      </w:pPr>
      <w:r>
        <w:rPr>
          <w:b w:val="false"/>
          <w:i/>
        </w:rPr>
        <w:t>ФОР берёт гаджет. Экран на мгновение освещает её лицо без маски.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Иногда я думаю, что люблю тебя. А потом думаю, что мне просто нравится, каким человеком я становлюсь рядом с тобой. Потом мне стыдно за вторую мысль, и из стыда первая кажется ещё убедительнее. Видишь? Я тоже умею строить системы.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Иногда?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Иногда. Это честнее, чем «всегда». «Всегда» — слово, которое заранее требует от будущего подписать обязательство.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Энд?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иногда люблю и его.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Неудобная конструкция.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Зато моя.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говоришь не как обычно.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А ты смотришь не как обычно.</w:t>
      </w:r>
    </w:p>
    <w:p>
      <w:pPr>
        <w:pStyle w:val="StageDirection"/>
        <w:jc w:val="left"/>
        <w:rPr/>
      </w:pPr>
      <w:r>
        <w:rPr>
          <w:b w:val="false"/>
          <w:i/>
        </w:rPr>
        <w:t>Появляется ИФ с двумя одинаковыми тарелками.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Фор? Ты ещё здесь?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Забыла гаджет.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же держишь его в руке.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Поэтому и нашла.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Логично.</w:t>
      </w:r>
    </w:p>
    <w:p>
      <w:pPr>
        <w:pStyle w:val="StageDirection"/>
        <w:jc w:val="left"/>
        <w:rPr/>
      </w:pPr>
      <w:r>
        <w:rPr>
          <w:b w:val="false"/>
          <w:i/>
        </w:rPr>
        <w:t>ЭЛЗ почти смеётся. ФОР замечает.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Ничего.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Ненавижу это слово.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Оно удобное.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Поэтому и ненавижу.</w:t>
      </w:r>
    </w:p>
    <w:p>
      <w:pPr>
        <w:pStyle w:val="StageDirection"/>
        <w:jc w:val="left"/>
        <w:rPr/>
      </w:pPr>
      <w:r>
        <w:rPr>
          <w:b w:val="false"/>
          <w:i/>
        </w:rPr>
        <w:t>ФОР уходит. ИФ смотрит вслед, потом на ЭЛЗ.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Она красивая. Я понимаю, что по правилам сейчас должна сказать это легко, как факт о погоде, а ты — немедленно возразить. Давай хотя бы эту маленькую сцену не сыграем как положено.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</w:t>
      </w:r>
    </w:p>
    <w:p>
      <w:pPr>
        <w:pStyle w:val="StageDirection"/>
        <w:jc w:val="left"/>
        <w:rPr/>
      </w:pPr>
      <w:r>
        <w:rPr>
          <w:b w:val="false"/>
          <w:i/>
        </w:rPr>
        <w:t>ИФ ждёт отрицания. Не получает.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Спасибо, что не соврал. Ненавижу тебя за это прямо сейчас, но, кажется, чуть меньше, чем ненавидела бы за правильный ответ.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За 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За маленькую катастрофу. Я уже забыла, каково это.</w:t>
      </w:r>
    </w:p>
    <w:p>
      <w:pPr>
        <w:pStyle w:val="Heading3"/>
        <w:rPr/>
      </w:pPr>
      <w:r>
        <w:rPr/>
        <w:t>ЗАПОЛНЕНИЕ РЕАЛЬНОСТИ / ПРОЕКТ «ОХОТА»</w:t>
      </w:r>
    </w:p>
    <w:p>
      <w:pPr>
        <w:pStyle w:val="StageDirection"/>
        <w:jc w:val="left"/>
        <w:rPr/>
      </w:pPr>
      <w:r>
        <w:rPr>
          <w:b w:val="false"/>
          <w:i/>
        </w:rPr>
        <w:t>Дом. На экране открыта форма нового проекта в Тайм-Трэке. ЭЛЗ стоит перед ней с луком и пластиковыми стрелами. ИФ — в косметическом автомате; видно только половину её лица.</w:t>
      </w:r>
    </w:p>
    <w:p>
      <w:pPr>
        <w:pStyle w:val="Normal"/>
        <w:jc w:val="center"/>
        <w:rPr/>
      </w:pPr>
      <w:r>
        <w:rPr>
          <w:b/>
          <w:i w:val="false"/>
        </w:rPr>
        <w:t>ЭКРАН: СОЗДАТЬ ПРОЕКТ • НАЗВАНИЕ: _____ • ЦЕЛЬ: _____ • ОЖИДАЕМЫЙ РЕЗУЛЬТАТ: _____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Запиши «физическая активность на свежем воздухе».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Охота.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Термин требует уточнения. Выберите: спортивная имитация / историческая реконструкция / виртуальное преследование / сбор фотоматериала.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Ничего из этого.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Категория отсутствует.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Создай.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Пользователь не создаёт категории.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что я создаю?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Содержимое.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Внутри ваших категорий.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Элз, это называется цивилизацией.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 Это называется шкафом. Всё новое либо помещается на полку, либо признаётся мусором.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идёшь убивать животное, чтобы доказать, что сам не стоишь на одной из полок этого шкафа?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Чтобы проверить, способен ли я сделать что-то, не зная, чем это закончится.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Результат известен. Животное умрёт.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Если попаду.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если не попадёшь?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не умрёт.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Потрясающе. Ты изобрёл вероятность.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хочу её почувствовать.</w:t>
      </w:r>
    </w:p>
    <w:p>
      <w:pPr>
        <w:pStyle w:val="StageDirection"/>
        <w:jc w:val="left"/>
        <w:rPr/>
      </w:pPr>
      <w:r>
        <w:rPr>
          <w:b w:val="false"/>
          <w:i/>
        </w:rPr>
        <w:t>Он вводит в графу «Цель»: «НЕ ЗНАЮ».</w:t>
      </w:r>
    </w:p>
    <w:p>
      <w:pPr>
        <w:pStyle w:val="Normal"/>
        <w:jc w:val="center"/>
        <w:rPr/>
      </w:pPr>
      <w:r>
        <w:rPr>
          <w:b/>
          <w:i w:val="false"/>
        </w:rPr>
        <w:t>ЭКРАН: ОШИБКА: ЦЕЛЬ ДОЛЖНА БЫТЬ ИЗМЕРИМА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это и есть цель.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специально добиваешься Пустыни.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 Если бы специально — это опять был бы план.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я? Я где в твоей свободе?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Со мной.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Нет. Ты всё время ставишь себя перед закрытой дверью и называешь это нашим приключением.</w:t>
      </w:r>
    </w:p>
    <w:p>
      <w:pPr>
        <w:pStyle w:val="StageDirection"/>
        <w:jc w:val="left"/>
        <w:rPr/>
      </w:pPr>
      <w:r>
        <w:rPr>
          <w:b w:val="false"/>
          <w:i/>
        </w:rPr>
        <w:t>ИФ выходит из автомата. Одна половина лица безупречна, другая ещё не обработана.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говоришь: «думай сама». А когда я думаю не так, как ты, считаешь это программой. Ты говоришь: «выбирай». А если я выбираю безопасность — презираешь выбор.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презираю.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просто находишь для этого более красивое слово.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умею быть свободным рядом с человеком, который не хочет той же свободы.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я не умею любить человека, который каждую заботу называет системой.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Конфликт классифицирован. Рекомендация: двадцать минут раздельного пользования.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Вот. Хоть кто-то здесь предлагает разумное.</w:t>
      </w:r>
    </w:p>
    <w:p>
      <w:pPr>
        <w:pStyle w:val="StageDirection"/>
        <w:jc w:val="left"/>
        <w:rPr/>
      </w:pPr>
      <w:r>
        <w:rPr>
          <w:b w:val="false"/>
          <w:i/>
        </w:rPr>
        <w:t>Она уходит. ЭЛЗ остаётся перед формой.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Введите ожидаемый результат.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Неизвестность.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Не является результатом.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Посмотрим.</w:t>
      </w:r>
    </w:p>
    <w:p>
      <w:pPr>
        <w:pStyle w:val="Normal"/>
        <w:jc w:val="center"/>
        <w:rPr/>
      </w:pPr>
      <w:r>
        <w:rPr>
          <w:b/>
          <w:i w:val="false"/>
        </w:rPr>
        <w:t>ЭКРАН: ПРОЕКТ НЕ СОХРАНЁН</w:t>
      </w:r>
    </w:p>
    <w:p>
      <w:pPr>
        <w:pStyle w:val="StageDirection"/>
        <w:jc w:val="left"/>
        <w:rPr/>
      </w:pPr>
      <w:r>
        <w:rPr>
          <w:b w:val="false"/>
          <w:i/>
        </w:rPr>
        <w:t>ЭЛЗ берёт лук. Тайм-Трэк не знает, куда поместить следующие минуты. На графике возникает первая настоящая пустая полоса.</w:t>
      </w:r>
    </w:p>
    <w:p>
      <w:pPr>
        <w:pStyle w:val="Heading2"/>
        <w:rPr/>
      </w:pPr>
      <w:r>
        <w:rPr/>
        <w:t>СЕАНС 4. ПОБЕГ / ВЕРСИЯ, КОТОРУЮ ВЫ УЖЕ ВИДЕЛИ</w:t>
      </w:r>
    </w:p>
    <w:p>
      <w:pPr>
        <w:pStyle w:val="Normal"/>
        <w:jc w:val="center"/>
        <w:rPr/>
      </w:pPr>
      <w:r>
        <w:rPr>
          <w:b/>
          <w:i w:val="false"/>
        </w:rPr>
        <w:t>ЭКРАН: СОН N1685668 • ВЕРСИЯ 3.1 • ДОСТОВЕРНОСТЬ 96%</w:t>
      </w:r>
    </w:p>
    <w:p>
      <w:pPr>
        <w:pStyle w:val="StageDirection"/>
        <w:jc w:val="left"/>
        <w:rPr/>
      </w:pPr>
      <w:r>
        <w:rPr>
          <w:b w:val="false"/>
          <w:i/>
        </w:rPr>
        <w:t>ФОР босиком. У ЭЛЗ условный лук. Всё остальное пространство прежнее.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Ты без маски. Я столько раз представляла твоё лицо без неё, что теперь настоящее кажется подделкой. Странно: свобода тоже сначала выглядит непривычно.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Мне больше не нужна. По крайней мере, я хочу проверить, останется ли моё лицо моим, если никто заранее не задаст ему нужное выражение.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счастлив.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И поэтому не улыбаешься?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Именно.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Красиво — не соответствовать.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эстетизируй побег.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Поздно. Я всё эстетизирую, когда боюсь. Если назвать страх красивым, он на несколько секунд перестаёт командовать телом. Я знаю, это дешёвый трюк, но других у меня пока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без красоты: голод, грязь, холод, отсутствие косметического автомата, отсутствие ГКП, насекомые, болезнь, скука, необходимость принимать решения, после которых никто не гарантирует возврата к исходной версии. Ты готова именно к этому?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сказала «на всё» до того, как ты начал перечислять. И теперь понимаю, что это была очень красивая, очень глупая фраза. Поэтому перечисляй дальше. Я хочу хотя бы знать, насколько глупа.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поэтому перечисляю.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люблю тебя. Сейчас. Этой минутой. Я не обещаю ей бессмертия, но и не отдам её системе только потому, что она не умеет доказать продолжительность.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боюсь, что даже это может оказаться инструкцией, которую мы приняли за чувство, потому что очень хотели инструкции не заметить.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Тогда пусть это будет ошибка системы.</w:t>
      </w:r>
    </w:p>
    <w:p>
      <w:pPr>
        <w:pStyle w:val="StageDirection"/>
        <w:jc w:val="left"/>
        <w:rPr/>
      </w:pPr>
      <w:r>
        <w:rPr>
          <w:b w:val="false"/>
          <w:i/>
        </w:rPr>
        <w:t>Поцелуй.</w:t>
      </w:r>
    </w:p>
    <w:p>
      <w:pPr>
        <w:pStyle w:val="Normal"/>
        <w:jc w:val="center"/>
        <w:rPr/>
      </w:pPr>
      <w:r>
        <w:rPr>
          <w:b/>
          <w:i w:val="false"/>
        </w:rPr>
        <w:t>ЭКРАН: ФИЗИЧЕСКИЙ КОНТАКТ ВНЕ ПАРЫ. НАРУШЕНИЕ.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Утопим гаджеты.</w:t>
      </w:r>
    </w:p>
    <w:p>
      <w:pPr>
        <w:pStyle w:val="StageDirection"/>
        <w:jc w:val="left"/>
        <w:rPr/>
      </w:pPr>
      <w:r>
        <w:rPr>
          <w:b w:val="false"/>
          <w:i/>
        </w:rPr>
        <w:t>Они кладут гаджеты в принтер/урну.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Устройство содержит личные данные.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Именно.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Удаление личных данных не удаляет личность.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Проверим.</w:t>
      </w:r>
    </w:p>
    <w:p>
      <w:pPr>
        <w:pStyle w:val="StageDirection"/>
        <w:jc w:val="left"/>
        <w:rPr/>
      </w:pPr>
      <w:r>
        <w:rPr>
          <w:b w:val="false"/>
          <w:i/>
        </w:rPr>
        <w:t>Звук измельчителя. Экран впервые пуст.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Тихо.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отсутствие уведомлений.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Нет. Тише.</w:t>
      </w:r>
    </w:p>
    <w:p>
      <w:pPr>
        <w:pStyle w:val="StageDirection"/>
        <w:jc w:val="left"/>
        <w:rPr/>
      </w:pPr>
      <w:r>
        <w:rPr>
          <w:b w:val="false"/>
          <w:i/>
        </w:rPr>
        <w:t>Появляются лесные звуки — сначала слишком чистые, словно из рекламы.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Так бывает?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Наверное.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Ты не знаешь?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видел лес только во время информатизации.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тоже.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никто из нас не был в лесу.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Но мы знаем, как он выглядит.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хуже.</w:t>
      </w:r>
    </w:p>
    <w:p>
      <w:pPr>
        <w:pStyle w:val="StageDirection"/>
        <w:jc w:val="left"/>
        <w:rPr/>
      </w:pPr>
      <w:r>
        <w:rPr>
          <w:b w:val="false"/>
          <w:i/>
        </w:rPr>
        <w:t>Они идут. ОПЕРАТОР двигает мебель им навстречу: лес собирается из прежнего быта.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Красиво.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спеши называть.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Тогда… а-а-а!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Меня укусили. Сделай что-нибудь.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Ты мужчина.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не медицинская квалификация.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Противоядие.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Лекарство.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ГКП.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первое настоящее событие за долгое время: оно произошло не со мной, а я всё равно не знаю, что делать. Нет инструкции, правильной реакции, возможности свериться с чужим опытом.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знаю, что делать. И впервые это не пустое место, которое надо немедленно заполнить поиском. Оно само что-то делает со мной — заставляет смотреть, ждать, отвечать за следующий шаг.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Ужасная вещь.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Прекрасная.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Никогда больше не говори «не знаю» с таким удовольствием.</w:t>
      </w:r>
    </w:p>
    <w:p>
      <w:pPr>
        <w:pStyle w:val="StageDirection"/>
        <w:jc w:val="left"/>
        <w:rPr/>
      </w:pPr>
      <w:r>
        <w:rPr>
          <w:b w:val="false"/>
          <w:i/>
        </w:rPr>
        <w:t>Позже. Голод. ЭЛЗ возвращается с каким-то свёртком. Из него появляется игрушечный ёж.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Ёж. Ты его убьёшь?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Если достаточно проголодаться, философия питания расширяется.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Не будем.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Он смешной.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Ненаучный аргумент.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Мы ушли от научных аргументов.</w:t>
      </w:r>
    </w:p>
    <w:p>
      <w:pPr>
        <w:pStyle w:val="StageDirection"/>
        <w:jc w:val="left"/>
        <w:rPr/>
      </w:pPr>
      <w:r>
        <w:rPr>
          <w:b w:val="false"/>
          <w:i/>
        </w:rPr>
        <w:t>Они выпускают ежа.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А если мы ошиблись?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Наконец-то. Ошибка. Наша. Собственная. Не системная.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Мне холодно.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это наше.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Не всё, что наше, прекрасно.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Согласен.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Не радуйся согласию.</w:t>
      </w:r>
    </w:p>
    <w:p>
      <w:pPr>
        <w:pStyle w:val="StageDirection"/>
        <w:jc w:val="left"/>
        <w:rPr/>
      </w:pPr>
      <w:r>
        <w:rPr>
          <w:b w:val="false"/>
          <w:i/>
        </w:rPr>
        <w:t>Они ложатся. Внезапно ФОР начинает говорить голосом сотрудника.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СОТРУДНИК. </w:t>
      </w:r>
      <w:r>
        <w:rPr>
          <w:b w:val="false"/>
          <w:i w:val="false"/>
        </w:rPr>
        <w:t>Реакция на отсутствие лекарств — тревога. На голод — раздражение. На холод — снижение романтической мотивации.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Ввести отрицательное подкрепление.</w:t>
      </w:r>
    </w:p>
    <w:p>
      <w:pPr>
        <w:pStyle w:val="StageDirection"/>
        <w:jc w:val="left"/>
        <w:rPr/>
      </w:pPr>
      <w:r>
        <w:rPr>
          <w:b w:val="false"/>
          <w:i/>
        </w:rPr>
        <w:t>Звук выстрела. ЭЛЗ хватается за ногу.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СОТРУДНИК. </w:t>
      </w:r>
      <w:r>
        <w:rPr>
          <w:b w:val="false"/>
          <w:i w:val="false"/>
        </w:rPr>
        <w:t>Боль. Вспышка. Затмение.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Конец синтетического фрагмента.</w:t>
      </w:r>
    </w:p>
    <w:p>
      <w:pPr>
        <w:pStyle w:val="StageDirection"/>
        <w:jc w:val="left"/>
        <w:rPr/>
      </w:pPr>
      <w:r>
        <w:rPr>
          <w:b w:val="false"/>
          <w:i/>
        </w:rPr>
        <w:t>Домашний свет. ИФ рядом.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Элз, проснись.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Фор?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Иф.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Они вошли в сон. Не посмотрели его после, не расшифровали — вошли внутрь и поставили там декорацию, чтобы я проснулся с нужным воспоминанием. Если это возможно, где у меня вообще остаётся внутренняя территория?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Кто «они»? «Они» — самое удобное место для страха.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права.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Они бы именно так и сказали.</w:t>
      </w:r>
    </w:p>
    <w:p>
      <w:pPr>
        <w:pStyle w:val="Normal"/>
        <w:jc w:val="center"/>
        <w:rPr/>
      </w:pPr>
      <w:r>
        <w:rPr>
          <w:b/>
          <w:i w:val="false"/>
        </w:rPr>
        <w:t>ЭКРАН: ИНДЕКС НОРМАЛЬНОСТИ 61%</w:t>
      </w:r>
    </w:p>
    <w:p>
      <w:pPr>
        <w:pStyle w:val="StageDirection"/>
        <w:jc w:val="left"/>
        <w:rPr/>
      </w:pPr>
      <w:r>
        <w:rPr>
          <w:b w:val="false"/>
          <w:i/>
        </w:rPr>
        <w:t>Смена без затемнения. Пляж обозначен звуком моря и четырьмя лежаками. ЭЛЗ идёт между рядами одинаковых лиц.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маячь.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Пойду посмотрю лица. Есть ощущение, что они все похожи.</w:t>
      </w:r>
    </w:p>
    <w:p>
      <w:pPr>
        <w:pStyle w:val="StageDirection"/>
        <w:jc w:val="left"/>
        <w:rPr/>
      </w:pPr>
      <w:r>
        <w:rPr>
          <w:b w:val="false"/>
          <w:i/>
        </w:rPr>
        <w:t>ФОР перехватывает его.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Ну что, смельчак. Я всё утро пыталась решить, кто я для тебя — тупик или обрыв. Потом поняла, что оба варианта придумал ты, а мне опять отвели роль рельефа. Поэтому выбираю третье: я человек, который сейчас хочет, чтобы ты подошёл ближе.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Где Энд?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За напитками. Мы одни — насколько вообще можно быть одними, когда камера там, программа где-то, Энд вернётся, Иф существует, а я всё это знаю и всё равно не ухожу.</w:t>
      </w:r>
    </w:p>
    <w:p>
      <w:pPr>
        <w:pStyle w:val="StageDirection"/>
        <w:jc w:val="left"/>
        <w:rPr/>
      </w:pPr>
      <w:r>
        <w:rPr>
          <w:b w:val="false"/>
          <w:i/>
        </w:rPr>
        <w:t>Она указывает на камеру.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Ну? Подойдёшь, отступишь, задашь ещё пять вопросов? Только не превращай меня сейчас в экзамен по свободе.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 ты это делаешь?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Потому что хочу. И потому что боюсь. И потому что мне сказали быть собой, а я до сих пор не знаю, какая часть этой фразы была приказом. Выбирай, если тебе так легче.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Слишком хороший ответ.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Потому что мне сказали быть собой.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сказал?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Никто.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Так не бывает.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Ты же сам хотел мир, где такое бывает без предварительной причины. Не заставляй меня теперь предъявлять сертификат спонтанности.</w:t>
      </w:r>
    </w:p>
    <w:p>
      <w:pPr>
        <w:pStyle w:val="StageDirection"/>
        <w:jc w:val="left"/>
        <w:rPr/>
      </w:pPr>
      <w:r>
        <w:rPr>
          <w:b w:val="false"/>
          <w:i/>
        </w:rPr>
        <w:t>Входит ЭНД с бутылками.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Дружище! Топливо.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ты знаешь о Вэн? N1679847.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Уже просеивает реголит. Говорят. За странность.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конкретно?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Если описать конкретно — это уже можно повторить. Странность тем и ценна, что её нельзя воспроизвести.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«Ценна»?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Оговорился.</w:t>
      </w:r>
    </w:p>
    <w:p>
      <w:pPr>
        <w:pStyle w:val="Normal"/>
        <w:jc w:val="center"/>
        <w:rPr/>
      </w:pPr>
      <w:r>
        <w:rPr>
          <w:b/>
          <w:i w:val="false"/>
        </w:rPr>
        <w:t>ЭКРАН: СЕАНС СВЯЗИ БАН-ОТДЕЛА ЧЕРЕЗ 00:30</w:t>
      </w:r>
    </w:p>
    <w:p>
      <w:pPr>
        <w:pStyle w:val="StageDirection"/>
        <w:jc w:val="left"/>
        <w:rPr/>
      </w:pPr>
      <w:r>
        <w:rPr>
          <w:b w:val="false"/>
          <w:i/>
        </w:rPr>
        <w:t>ФОР вздрагивает. ЭЛЗ замечает.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тебя приложение?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Ничего.</w:t>
      </w:r>
    </w:p>
    <w:p>
      <w:pPr>
        <w:pStyle w:val="StageDirection"/>
        <w:jc w:val="left"/>
        <w:rPr/>
      </w:pPr>
      <w:r>
        <w:rPr>
          <w:b w:val="false"/>
          <w:i/>
        </w:rPr>
        <w:t>ЭНД ложится и закрывает глаза.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Бежим.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Куда?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Тот, кто спрашивает «куда», уже опоздал.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ты сама придумала?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Не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Слово «НЕ ЗНАЮ» использовано дважды за сеанс.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Бежим.</w:t>
      </w:r>
    </w:p>
    <w:p>
      <w:pPr>
        <w:pStyle w:val="Normal"/>
        <w:jc w:val="center"/>
        <w:rPr/>
      </w:pPr>
      <w:r>
        <w:rPr>
          <w:b/>
          <w:i w:val="false"/>
        </w:rPr>
        <w:t>ЭКРАН: РЕАЛЬНОСТЬ • СОН • ОПЕРАЦИЯ</w:t>
      </w:r>
    </w:p>
    <w:p>
      <w:pPr>
        <w:pStyle w:val="StageDirection"/>
        <w:jc w:val="left"/>
        <w:rPr/>
      </w:pPr>
      <w:r>
        <w:rPr>
          <w:b w:val="false"/>
          <w:i/>
        </w:rPr>
        <w:t>Через секунду все три слова стираются.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Классификация не требуется.</w:t>
      </w:r>
    </w:p>
    <w:p>
      <w:pPr>
        <w:pStyle w:val="Heading1"/>
        <w:rPr/>
      </w:pPr>
      <w:r>
        <w:rPr/>
        <w:t>ЧАСТЬ ВТОРАЯ. ТО БУДЕТ</w:t>
      </w:r>
    </w:p>
    <w:p>
      <w:pPr>
        <w:pStyle w:val="Heading2"/>
        <w:rPr/>
      </w:pPr>
      <w:r>
        <w:rPr/>
        <w:t>СЕАНС 5. КОРПОРАЦИЯ</w:t>
      </w:r>
    </w:p>
    <w:p>
      <w:pPr>
        <w:pStyle w:val="Normal"/>
        <w:jc w:val="center"/>
        <w:rPr/>
      </w:pPr>
      <w:r>
        <w:rPr>
          <w:b/>
          <w:i w:val="false"/>
        </w:rPr>
        <w:t>ЭКРАН: НЕОПРЕДЕЛЁННОЕ ПРОБУЖДЕНИЕ • ЛОКАЦИЯ: КОРПОРАЦИЯ ПОЛЬЗОВАТЕЛЕЙ</w:t>
      </w:r>
    </w:p>
    <w:p>
      <w:pPr>
        <w:pStyle w:val="StageDirection"/>
        <w:jc w:val="left"/>
        <w:rPr/>
      </w:pPr>
      <w:r>
        <w:rPr>
          <w:b w:val="false"/>
          <w:i/>
        </w:rPr>
        <w:t>На ЭЛЗ чёрно-белая нелепая форма; галстук пришит на спине. Остальные движутся по идеально повторяющейся траектории. На каждом третьем шаге их движения совпадают.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Держите интервал.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Энд?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Для личного пользования моё имя Энд. Здесь — N990567.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Энд.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 некоторых условиях — да. Дома, за едой, на спортивном канале. В рабочее время я предпочитаю имя, которое ничего обо мне не помнит.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Где Фор?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Фор уже свободна. По крайней мере, от той необходимости, ради которой её сюда привлекали. Свобода, как выясняется, часто начинается с того, что ты перестаёшь быть нужен чужому процессу.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От чего?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От необходимости участвовать. Не делайте такое лицо: необходимость отпадает сама, как пластырь. Сначала он держится на коже, потом — только по привычке, а однажды обнаруживаешь его на полу.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Она работала на вас?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Она не «работала на нас» в вашем драматическом смысле. Она позволила системе использовать совпавшие интересы: её любопытство, ваше влечение, нашу задачу. Корпорация любит моменты, когда три причины можно обслужить одним действием.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 есть она меня сдала. Можно назвать это совпавшими интересами, нажатием кнопок, участием в процессе — но в моей версии есть момент, когда человек, которого я хотел, передал меня тем, от кого я хотел уйти.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Она нажала несколько кнопок. Большинство исторических катастроф, если свести их к движению пальца, тоже выглядят примерно так. Но я бы не торопился с масштабом.</w:t>
      </w:r>
    </w:p>
    <w:p>
      <w:pPr>
        <w:pStyle w:val="StageDirection"/>
        <w:jc w:val="left"/>
        <w:rPr/>
      </w:pPr>
      <w:r>
        <w:rPr>
          <w:b w:val="false"/>
          <w:i/>
        </w:rPr>
        <w:t>Они идут по условному коридору. Он возникает из повторения одного и того же шага и одного и того же звука.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Вы зачислены помощником сотрудника. Цель — вовлечение в пользование через ответственность: вы будете не только получать удобство, но и производить его для других. Это очень отрезвляет тех, кто считает систему абстракцией.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Вовлечение во 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 пользование. Во что же ещё? Работа, дружба, семья, недовольство — здесь всё считается режимом пользования, потому что иначе пришлось бы завести отдельное слово для каждого способа быть живым, а это, согласитесь, административный кошмар.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уже был пользователем. Вы теперь предлагаете повышение внутри той же грамматики: раньше я пользовался системой, теперь система хочет, чтобы я помогал ей пользоваться другими.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Вы были пользователем третьего класса. Здесь можете стать сотрудником: получите доступ к причинам того, что раньше видели только как последствия. Людей очень успокаивает возможность узнать, кто именно написал уведомление, даже если уведомление от этого не меняется.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Выше чего?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Выше того, кто стоит ниже. Не ищите метафизики: иерархия — это просто лестница, которой удалось убедить всех, что направление имеет нравственное значение.</w:t>
      </w:r>
    </w:p>
    <w:p>
      <w:pPr>
        <w:pStyle w:val="StageDirection"/>
        <w:jc w:val="left"/>
        <w:rPr/>
      </w:pPr>
      <w:r>
        <w:rPr>
          <w:b w:val="false"/>
          <w:i/>
        </w:rPr>
        <w:t>Стол превращается в колл-центр. Наушники. Звонок.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ГОЛОС. </w:t>
      </w:r>
      <w:r>
        <w:rPr>
          <w:b w:val="false"/>
          <w:i w:val="false"/>
        </w:rPr>
        <w:t>Алло? Это служба, где помогают разговором?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Похоже.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ГОЛОС. </w:t>
      </w:r>
      <w:r>
        <w:rPr>
          <w:b w:val="false"/>
          <w:i w:val="false"/>
        </w:rPr>
        <w:t>Мне не с кем говорить.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Говорите.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ГОЛОС. </w:t>
      </w:r>
      <w:r>
        <w:rPr>
          <w:b w:val="false"/>
          <w:i w:val="false"/>
        </w:rPr>
        <w:t>У меня парный пользователь пропал.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Куда?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ГОЛОС. </w:t>
      </w:r>
      <w:r>
        <w:rPr>
          <w:b w:val="false"/>
          <w:i w:val="false"/>
        </w:rPr>
        <w:t>В Корпорацию. Или в странность. Или в себя. Не знаю, где это всё находится.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Как его зовут?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Оператор не должен запрашивать персональные данные, не относящиеся к обработке обращения.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 / ГОЛОС. </w:t>
      </w:r>
      <w:r>
        <w:rPr>
          <w:b w:val="false"/>
          <w:i w:val="false"/>
        </w:rPr>
        <w:t>Он всегда спрашивал «зачем».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Иф?</w:t>
      </w:r>
    </w:p>
    <w:p>
      <w:pPr>
        <w:pStyle w:val="StageDirection"/>
        <w:jc w:val="left"/>
        <w:rPr/>
      </w:pPr>
      <w:r>
        <w:rPr>
          <w:b w:val="false"/>
          <w:i/>
        </w:rPr>
        <w:t>Связь мгновенно обрывается.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Вызов завершён по инициативе пользователя.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Верните её.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Пользователь не является собственностью оператора.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соедините.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Лимит прямых звонков исчерпан.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Сегодня я сделал один звонок.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Как пользователь вы совершили восемь.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пользователь?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 данный момент вы — сотрудник.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когда стану собой?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Категория не поддерживается.</w:t>
      </w:r>
    </w:p>
    <w:p>
      <w:pPr>
        <w:pStyle w:val="StageDirection"/>
        <w:jc w:val="left"/>
        <w:rPr/>
      </w:pPr>
      <w:r>
        <w:rPr>
          <w:b w:val="false"/>
          <w:i/>
        </w:rPr>
        <w:t>ЭЛЗ снимает наушники.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Первый день всегда трудный. На второй вы начнёте различать типы жалоб, на третий — голоса, на четвёртый заметите, что половина людей звонит не ради решения, а чтобы их проблема на две минуты получила свидетеля. После этого работа становится опасно похожей на человеческую.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пойду вверх. Не потому, что думаю найти там свободу. Просто вы слишком уверенно сказали, что там ничего нет, а я уже знаю: самые интересные места у вас начинаются со слова «ничего».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Там ничего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ты не будешь против.</w:t>
      </w:r>
    </w:p>
    <w:p>
      <w:pPr>
        <w:pStyle w:val="StageDirection"/>
        <w:jc w:val="left"/>
        <w:rPr/>
      </w:pPr>
      <w:r>
        <w:rPr>
          <w:b w:val="false"/>
          <w:i/>
        </w:rPr>
        <w:t>Он идёт против общего потока.</w:t>
      </w:r>
    </w:p>
    <w:p>
      <w:pPr>
        <w:pStyle w:val="Normal"/>
        <w:jc w:val="center"/>
        <w:rPr/>
      </w:pPr>
      <w:r>
        <w:rPr>
          <w:b/>
          <w:i w:val="false"/>
        </w:rPr>
        <w:t>ЭКРАН: 14:32–__:__ НЕОПРЕДЕЛЁННОЕ ПЕРЕМЕЩЕНИЕ</w:t>
      </w:r>
    </w:p>
    <w:p>
      <w:pPr>
        <w:pStyle w:val="Heading3"/>
        <w:rPr/>
      </w:pPr>
      <w:r>
        <w:rPr>
          <w:b/>
        </w:rPr>
        <w:t>СЛУЖБА ПОДДЕРЖКИ: ТРИ ОБРАЩЕНИЯ</w:t>
      </w:r>
    </w:p>
    <w:p>
      <w:pPr>
        <w:pStyle w:val="StageDirection"/>
        <w:jc w:val="left"/>
        <w:rPr/>
      </w:pPr>
      <w:r>
        <w:rPr>
          <w:b w:val="false"/>
          <w:i/>
        </w:rPr>
        <w:t>Колл-центр не исчезает после разговора с ИФ. N990567 жестом требует продолжить смену. Три звонка — три разных голоса тех же актёров.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Среднее время эмпатического контакта — две минуты сорок секунд. Не решайте проблему. Создайте ощущение её решаемости.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официальная инструкция?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Нет. Официальная инструкция длиннее и осторожнее: там слово «эмпатия» встречается восемь раз, а «человек» ни разу. Я сократил до рабочего состояния.</w:t>
      </w:r>
    </w:p>
    <w:p>
      <w:pPr>
        <w:pStyle w:val="StageDirection"/>
        <w:jc w:val="left"/>
        <w:rPr/>
      </w:pPr>
      <w:r>
        <w:rPr>
          <w:b w:val="false"/>
          <w:i/>
        </w:rPr>
        <w:t>Звонок.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1. </w:t>
      </w:r>
      <w:r>
        <w:rPr>
          <w:b w:val="false"/>
          <w:i w:val="false"/>
        </w:rPr>
        <w:t>Мой принтер второй день печатает мне левую туфлю.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правую?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1. </w:t>
      </w:r>
      <w:r>
        <w:rPr>
          <w:b w:val="false"/>
          <w:i w:val="false"/>
        </w:rPr>
        <w:t>Правую тоже. Но тоже левую.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 есть две левых.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1. </w:t>
      </w:r>
      <w:r>
        <w:rPr>
          <w:b w:val="false"/>
          <w:i w:val="false"/>
        </w:rPr>
        <w:t>Нет. Одна левая и одна правая, которую система считает левой.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Наденьте.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1. </w:t>
      </w:r>
      <w:r>
        <w:rPr>
          <w:b w:val="false"/>
          <w:i w:val="false"/>
        </w:rPr>
        <w:t>Это не по инструкции.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Поэтому.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ВНИМАНИЕ. Сотрудник предложил действие вне инструкции.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Скажите, что пошутили. Не потому, что шутка безопаснее, а потому что тогда нарушение станет художественным и перестанет требовать исполнения.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пошутил.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1. </w:t>
      </w:r>
      <w:r>
        <w:rPr>
          <w:b w:val="false"/>
          <w:i w:val="false"/>
        </w:rPr>
        <w:t>Как смешно. Спасибо. Мне стало легче.</w:t>
      </w:r>
    </w:p>
    <w:p>
      <w:pPr>
        <w:pStyle w:val="StageDirection"/>
        <w:jc w:val="left"/>
        <w:rPr/>
      </w:pPr>
      <w:r>
        <w:rPr>
          <w:b w:val="false"/>
          <w:i/>
        </w:rPr>
        <w:t>Связь прекращается.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Ей стало легче. Не потому, что проблема исчезла: на секунду исчезло требование решить её правильно. Может быть, иногда помощь — это не решение, а снятие обязанности немедленно стать исправным.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Вот видите. Ей стало легче, вы остались в пределах процедуры, система получила положительный исход. Не придирайтесь к причине — хорошие показатели редко переживают расследование причин.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я предложил нарушить.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Потому что она решила, что это шутка. Людям иногда нужно не разрешение нарушить правило, а возможность на секунду представить нарушение без наказания. Комедия — дешёвая лицензия на невозможное.</w:t>
      </w:r>
    </w:p>
    <w:p>
      <w:pPr>
        <w:pStyle w:val="StageDirection"/>
        <w:jc w:val="left"/>
        <w:rPr/>
      </w:pPr>
      <w:r>
        <w:rPr>
          <w:b w:val="false"/>
          <w:i/>
        </w:rPr>
        <w:t>Звонок.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Я не чувствую радости.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От чего?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Вообще.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Давно?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Система показывает восемь дней, четыре часа и двенадцать минут.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вы?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Что 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Сколько вам кажется?</w:t>
      </w:r>
    </w:p>
    <w:p>
      <w:pPr>
        <w:pStyle w:val="StageDirection"/>
        <w:jc w:val="left"/>
        <w:rPr/>
      </w:pPr>
      <w:r>
        <w:rPr>
          <w:b w:val="false"/>
          <w:i/>
        </w:rPr>
        <w:t>Тишина в трубке.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Долго.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уже другое измерение.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Мне поставить «долго» в графу «Продолжительность»?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 Оставьте пустым.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Пустые обязательные поля запрещены.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соврите.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Элз.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А так можно?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же только что спросили.</w:t>
      </w:r>
    </w:p>
    <w:p>
      <w:pPr>
        <w:pStyle w:val="StageDirection"/>
        <w:jc w:val="left"/>
        <w:rPr/>
      </w:pPr>
      <w:r>
        <w:rPr>
          <w:b w:val="false"/>
          <w:i/>
        </w:rPr>
        <w:t>Связь обрывается системой.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Контакт завершён по причине избыточной неопределённости.</w:t>
      </w:r>
    </w:p>
    <w:p>
      <w:pPr>
        <w:pStyle w:val="StageDirection"/>
        <w:jc w:val="left"/>
        <w:rPr/>
      </w:pPr>
      <w:r>
        <w:rPr>
          <w:b w:val="false"/>
          <w:i/>
        </w:rPr>
        <w:t>Третий звонок.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3. </w:t>
      </w:r>
      <w:r>
        <w:rPr>
          <w:b w:val="false"/>
          <w:i w:val="false"/>
        </w:rPr>
        <w:t>Я хочу пожаловаться на Солнце.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Наконец.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3. </w:t>
      </w:r>
      <w:r>
        <w:rPr>
          <w:b w:val="false"/>
          <w:i w:val="false"/>
        </w:rPr>
        <w:t>Оно светит не по центру окна.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уверены, что проблема в Солнце?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3. </w:t>
      </w:r>
      <w:r>
        <w:rPr>
          <w:b w:val="false"/>
          <w:i w:val="false"/>
        </w:rPr>
        <w:t>Окно сертифицировано.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Тогда, безусловно, Солнце.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3. </w:t>
      </w:r>
      <w:r>
        <w:rPr>
          <w:b w:val="false"/>
          <w:i w:val="false"/>
        </w:rPr>
        <w:t>Вы можете исправить?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StageDirection"/>
        <w:jc w:val="left"/>
        <w:rPr/>
      </w:pPr>
      <w:r>
        <w:rPr>
          <w:b w:val="false"/>
          <w:i/>
        </w:rPr>
        <w:t>Очень долгая 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3. </w:t>
      </w:r>
      <w:r>
        <w:rPr>
          <w:b w:val="false"/>
          <w:i w:val="false"/>
        </w:rPr>
        <w:t>Спасибо.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За 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3. </w:t>
      </w:r>
      <w:r>
        <w:rPr>
          <w:b w:val="false"/>
          <w:i w:val="false"/>
        </w:rPr>
        <w:t>Первый раз мне сказали, что что-то нельзя исправить.</w:t>
      </w:r>
    </w:p>
    <w:p>
      <w:pPr>
        <w:pStyle w:val="StageDirection"/>
        <w:jc w:val="left"/>
        <w:rPr/>
      </w:pPr>
      <w:r>
        <w:rPr>
          <w:b w:val="false"/>
          <w:i/>
        </w:rPr>
        <w:t>Он отключается.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Вы опасно хорошо подходите для этой работы. Обычно новичка приходится учить задавать открытые вопросы, а вы открываете ими такие дыры, что потом службе качества приходится ставить заглушки.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не умею помогать по вашей форме? Я всё время подозревал, что моя профессиональная пригодность начнётся там, где закончится квалификация.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Потому что после ваших ответов люди почему-то начинают говорить не по форме. Для поддержки это успех, для отчётности — головная боль. Самые интересные показатели почти всегда плохо помещаются в таблицу.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Пользователи.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На работе эта разница несущественна. За пределами смены — возможно. Я давно собираюсь проверить, но после работы обычно хочется есть, а не пересматривать онтологию.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для вас?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Я на работе. Это очень удобный ответ: он временно освобождает человека от обязанности знать, кто он.</w:t>
      </w:r>
    </w:p>
    <w:p>
      <w:pPr>
        <w:pStyle w:val="Heading3"/>
        <w:rPr/>
      </w:pPr>
      <w:r>
        <w:rPr/>
        <w:t>СЕАНС 5А. НЕМНОГО ТОСКАНСКОГО</w:t>
      </w:r>
    </w:p>
    <w:p>
      <w:pPr>
        <w:pStyle w:val="StageDirection"/>
        <w:jc w:val="left"/>
        <w:rPr/>
      </w:pPr>
      <w:r>
        <w:rPr>
          <w:b w:val="false"/>
          <w:i/>
        </w:rPr>
        <w:t>Прежде чем ЭЛЗ пойдёт вверх, N990567 ведёт его в номер 404 — двухпользовательскую сотокомнату сотрудников. Одним движением пространство превращается в имитацию тосканского дома: тёплый свет, звук цикад, на экране — холмы. Всё слишком совершенно.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Среда номер двести одиннадцать. Тоскана. Осталось три месяца до плановой смены климата.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жил в Тоскане?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Нет необходимости. Здесь точнее.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Точнее чего?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Тосканы.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Потрясающе.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Спасибо. У нас кислотность почвы, влажность воздуха и даже плотность вечерних запахов откалиброваны по архивным данным.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случайный сосед, который ночью орёт?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Исключён.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Плохое вино?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Исключено.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Комар?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По запросу.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это не Тоскана.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Вы удивительно привязаны к дефектам.</w:t>
      </w:r>
    </w:p>
    <w:p>
      <w:pPr>
        <w:pStyle w:val="StageDirection"/>
        <w:jc w:val="left"/>
        <w:rPr/>
      </w:pPr>
      <w:r>
        <w:rPr>
          <w:b w:val="false"/>
          <w:i/>
        </w:rPr>
        <w:t>На столе появляется бутылка условного вина.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Немного тосканского. Оно без алкоголя, но с точной памятью вкуса.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вкуса есть память?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У пользователя есть. Мы ей помогаем.</w:t>
      </w:r>
    </w:p>
    <w:p>
      <w:pPr>
        <w:pStyle w:val="StageDirection"/>
        <w:jc w:val="left"/>
        <w:rPr/>
      </w:pPr>
      <w:r>
        <w:rPr>
          <w:b w:val="false"/>
          <w:i/>
        </w:rPr>
        <w:t>Они пьют.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 ты здесь живёшь?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Потому что сотрудник не должен тратить ресурс на возвращение домой. Дом приближается к работе.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работа закончится?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Работа Корпорации не заканчивается.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Твоя?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Нормальный сотрудник сам замечает собственную избыточность и принимает меры.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Какие?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Меняет функцию. Повышает квалификацию. Передаёт себя в другой контур. В крайнем случае — добровольно сокращает присутствие.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Самоубийство?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Не драматизируйте. Оптимизация.</w:t>
      </w:r>
    </w:p>
    <w:p>
      <w:pPr>
        <w:pStyle w:val="StageDirection"/>
        <w:jc w:val="left"/>
        <w:rPr/>
      </w:pPr>
      <w:r>
        <w:rPr>
          <w:b w:val="false"/>
          <w:i/>
        </w:rPr>
        <w:t>Вдалеке слышен мягкий звук падения. N990567 продолжает наливать.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это?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Кто-то оптимизировался этажом выше.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ты можешь спокойно пить?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Я не знаю обстоятельств его решения. Уважение к свободе требует не присваивать чужой мотив.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вас даже безразличие этично.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Безразличие — слишком эмоциональное слово.</w:t>
      </w:r>
    </w:p>
    <w:p>
      <w:pPr>
        <w:pStyle w:val="StageDirection"/>
        <w:jc w:val="left"/>
        <w:rPr/>
      </w:pPr>
      <w:r>
        <w:rPr>
          <w:b w:val="false"/>
          <w:i/>
        </w:rPr>
        <w:t>На экране тосканское Солнце начинает садиться идеально равномерно.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Останови закат.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Зачем?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Проверить.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Остановить.</w:t>
      </w:r>
    </w:p>
    <w:p>
      <w:pPr>
        <w:pStyle w:val="StageDirection"/>
        <w:jc w:val="left"/>
        <w:rPr/>
      </w:pPr>
      <w:r>
        <w:rPr>
          <w:b w:val="false"/>
          <w:i/>
        </w:rPr>
        <w:t>Закат мгновенно замирает.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Вот. Поэтому это не Солнце.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Поэтому оно лучше. Можно продолжить вечер, если разговор того требует.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Разговор ничего не требует. Он либо случается, либо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Очень неслужебная мысль.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у тебя бывают неслужебные?</w:t>
      </w:r>
    </w:p>
    <w:p>
      <w:pPr>
        <w:pStyle w:val="StageDirection"/>
        <w:jc w:val="left"/>
        <w:rPr/>
      </w:pPr>
      <w:r>
        <w:rPr>
          <w:b w:val="false"/>
          <w:i/>
        </w:rPr>
        <w:t>N990567 впервые долго не отвечает.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Иногда мне снится, что я опоздал.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Куда?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Не знаю.</w:t>
      </w:r>
    </w:p>
    <w:p>
      <w:pPr>
        <w:pStyle w:val="StageDirection"/>
        <w:jc w:val="left"/>
        <w:rPr/>
      </w:pPr>
      <w:r>
        <w:rPr>
          <w:b w:val="false"/>
          <w:i/>
        </w:rPr>
        <w:t>Тишина. Система не комментирует. N990567 быстро возвращает закат в движение.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Вам пора.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Наверх?</w:t>
      </w:r>
    </w:p>
    <w:p>
      <w:pPr>
        <w:pStyle w:val="Normal"/>
        <w:jc w:val="left"/>
        <w:rPr/>
      </w:pPr>
      <w:r>
        <w:rPr>
          <w:b/>
          <w:i w:val="false"/>
        </w:rPr>
        <w:t xml:space="preserve">N990567. </w:t>
      </w:r>
      <w:r>
        <w:rPr>
          <w:b w:val="false"/>
          <w:i w:val="false"/>
        </w:rPr>
        <w:t>Если вы всё ещё считаете это направлением.</w:t>
      </w:r>
    </w:p>
    <w:p>
      <w:pPr>
        <w:pStyle w:val="Heading3"/>
        <w:rPr/>
      </w:pPr>
      <w:r>
        <w:rPr/>
        <w:t>СЕАНС 5Б. НЕПОЗНАННАЯ НЕИЗВЕСТНОСТЬ</w:t>
      </w:r>
    </w:p>
    <w:p>
      <w:pPr>
        <w:pStyle w:val="StageDirection"/>
        <w:jc w:val="left"/>
        <w:rPr/>
      </w:pPr>
      <w:r>
        <w:rPr>
          <w:b w:val="false"/>
          <w:i/>
        </w:rPr>
        <w:t>По пути вверх Корпорация предлагает ЭЛЗ «последнюю коррекцию». Комната пуста. На столе — непрозрачный чёрный куб размером с кулак.</w:t>
      </w:r>
    </w:p>
    <w:p>
      <w:pPr>
        <w:pStyle w:val="Normal"/>
        <w:jc w:val="center"/>
        <w:rPr/>
      </w:pPr>
      <w:r>
        <w:rPr>
          <w:b/>
          <w:i w:val="false"/>
        </w:rPr>
        <w:t>ЭКРАН: ОБЪЕКТ: НЕ КЛАССИФИЦИРОВАН • ЗАДАЧА: ОПРЕДЕЛИТЬ НАЗНАЧЕНИЕ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У вас пять минут.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внутри?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Ответ является частью задания.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Можно открыть?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Можно совершать любые действия, не нарушающие целостность объекта.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 есть нельзя узнать.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Задача — определить назначение, а не узнать содержимое.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Как определить назначение, не зная, что это?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Большинство пользователей справляется.</w:t>
      </w:r>
    </w:p>
    <w:p>
      <w:pPr>
        <w:pStyle w:val="Normal"/>
        <w:jc w:val="center"/>
        <w:rPr/>
      </w:pPr>
      <w:r>
        <w:rPr>
          <w:b/>
          <w:i w:val="false"/>
        </w:rPr>
        <w:t>ЭКРАН: СРЕДНИЙ ОТВЕТ: ДЕКОРАТИВНЫЙ НАКОПИТЕЛЬ / УСТРОЙСТВО ХРАНЕНИЯ / АНТИСТРЕСС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правильный?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Правильный определяется большинством.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предмет не нужен. Нужны пользователи.</w:t>
      </w:r>
    </w:p>
    <w:p>
      <w:pPr>
        <w:pStyle w:val="StageDirection"/>
        <w:jc w:val="left"/>
        <w:rPr/>
      </w:pPr>
      <w:r>
        <w:rPr>
          <w:b w:val="false"/>
          <w:i/>
        </w:rPr>
        <w:t>ЭЛЗ садится напротив куба.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отказываюсь назначать тебе функцию.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Это тоже функция: объект неопределённого назначения.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 Ты не понял.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Я понял отрицание.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неизвестность?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Неизвестность — временное состояние до получения данных.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данных не будет?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Будут.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я не дам?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Ваш отказ — данные.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молчать?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Молчание — данные.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Умереть?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Событие высокой информативности.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ваша победа. Вы сделали мир, где невозможно ничего не сообщить.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Это обеспечивает безопасность.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 Это обеспечивает смысл вашим серверам.</w:t>
      </w:r>
    </w:p>
    <w:p>
      <w:pPr>
        <w:pStyle w:val="Normal"/>
        <w:jc w:val="center"/>
        <w:rPr/>
      </w:pPr>
      <w:r>
        <w:rPr>
          <w:b/>
          <w:i w:val="false"/>
        </w:rPr>
        <w:t>ЭКРАН: ОСТАЛОСЬ 01:10</w:t>
      </w:r>
    </w:p>
    <w:p>
      <w:pPr>
        <w:pStyle w:val="StageDirection"/>
        <w:jc w:val="left"/>
        <w:rPr/>
      </w:pPr>
      <w:r>
        <w:rPr>
          <w:b w:val="false"/>
          <w:i/>
        </w:rPr>
        <w:t>ЭЛЗ берёт куб и ставит его на пол, не рассматривая.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Пусть будет.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именно.</w:t>
      </w:r>
    </w:p>
    <w:p>
      <w:pPr>
        <w:pStyle w:val="Normal"/>
        <w:jc w:val="center"/>
        <w:rPr/>
      </w:pPr>
      <w:r>
        <w:rPr>
          <w:b/>
          <w:i w:val="false"/>
        </w:rPr>
        <w:t>ЭКРАН: РЕЗУЛЬТАТ: НЕОПРЕДЕЛИМ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Впервые зафиксирован ответ без классификации.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Наконец-то вы чего-то не знаете.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Формулировка некорректна. Мы знаем, что результат неопределим.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Держитесь за это.</w:t>
      </w:r>
    </w:p>
    <w:p>
      <w:pPr>
        <w:pStyle w:val="StageDirection"/>
        <w:jc w:val="left"/>
        <w:rPr/>
      </w:pPr>
      <w:r>
        <w:rPr>
          <w:b w:val="false"/>
          <w:i/>
        </w:rPr>
        <w:t>Он уходит. Куб остаётся. Никто не забирает его до конца спектакля.</w:t>
      </w:r>
    </w:p>
    <w:p>
      <w:pPr>
        <w:pStyle w:val="Heading2"/>
        <w:rPr/>
      </w:pPr>
      <w:r>
        <w:rPr/>
        <w:t>СЕАНС 6. ЛОВЦЫ БОЗОНА</w:t>
      </w:r>
    </w:p>
    <w:p>
      <w:pPr>
        <w:pStyle w:val="StageDirection"/>
        <w:jc w:val="left"/>
        <w:rPr/>
      </w:pPr>
      <w:r>
        <w:rPr>
          <w:b w:val="false"/>
          <w:i/>
        </w:rPr>
        <w:t>Один и тот же шаг ЭЛЗ повторяется на экране с задержкой. Его прошлые копии заполняют коридор.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Возвратитесь к назначенному маршруту.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Причина отказа?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Хочу посмотреть, что вы сделаете с «нет».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Ответ зарегистрирован. Продолжайте.</w:t>
      </w:r>
    </w:p>
    <w:p>
      <w:pPr>
        <w:pStyle w:val="StageDirection"/>
        <w:jc w:val="left"/>
        <w:rPr/>
      </w:pPr>
      <w:r>
        <w:rPr>
          <w:b w:val="false"/>
          <w:i/>
        </w:rPr>
        <w:t>На верхнем уровне — стол, старый принтер, микрофон. Выходит ВЭН — его может играть ФОР. На одежде настоящая пыль.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Вы всё-таки дошли.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Вэн? N1679847?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Был.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Луна?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Была.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просеивал реголит?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Просеивал. Реголит просеивался.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всё?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Когда работа не даёт результата, особенно ясно видно, что ты всё-таки работаешь.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Тебя вернули?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Нет. Я стал полезен иначе: теперь объясняю таким, как ты, почему они полезны.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полезен?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Подозрительно.</w:t>
      </w:r>
    </w:p>
    <w:p>
      <w:pPr>
        <w:pStyle w:val="StageDirection"/>
        <w:jc w:val="left"/>
        <w:rPr/>
      </w:pPr>
      <w:r>
        <w:rPr>
          <w:b w:val="false"/>
          <w:i/>
        </w:rPr>
        <w:t>На экране — изображение частицы, графики, псевдонаучные диаграммы.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Есть гипотеза. В некоторых пользователях возникает нечто, что система не умеет производить. Случайно. При ошибке репликации. При сочетании, которое нельзя повторить по заказу.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Болезнь?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Раньше назвали бы талантом. Или безумием. Или свободой. Здесь предпочитают физику.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Физика звучит безопаснее.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Как называется?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Бозон.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я носитель?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Возможно.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он делает?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Ищет столкновения.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 чем?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С тем, что считает неподвижным.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Зачем?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Чтобы увидеть, из чего оно состоит.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просто вопрос. Вы превратили простое человеческое «зачем?» в частицу: дали ему название, отдел, бюджет и приборы — возможно, потому что вопрос без учреждения вокруг него был бы слишком дешёвым и слишком доступным каждому.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Именно.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БАН-отдел не лечит странных.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Лечит тех, кто лечится. Остальных изучает.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Зачем системе моя странность?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Совершенство тоже стареет. Ему нужно иногда болеть, чтобы проверять иммунитет.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выращиваете возмущение, даже если называете это наблюдением. Создаёте препятствие, ждёте реакции, записываете её и потом утверждаете, что обнаружили природное свойство объекта.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Нет. Выращивать не умеем. Мы ловим.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Ловцы бозона. Красивое название для людей, которые создают столкновение, а потом удивляются, что что-то столкнулось.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Красивое название для сотрудников, которым нечего ловить.</w:t>
      </w:r>
    </w:p>
    <w:p>
      <w:pPr>
        <w:pStyle w:val="StageDirection"/>
        <w:jc w:val="left"/>
        <w:rPr/>
      </w:pPr>
      <w:r>
        <w:rPr>
          <w:b w:val="false"/>
          <w:i/>
        </w:rPr>
        <w:t>ВЭН исчезает. На его месте ЭНД становится НОСИТЕЛЕМ ОТВЕТСТВЕННОСТИ.</w:t>
      </w:r>
    </w:p>
    <w:p>
      <w:pPr>
        <w:pStyle w:val="Heading3"/>
        <w:rPr/>
      </w:pPr>
      <w:r>
        <w:rPr/>
        <w:t>СТОЛКНОВИТЕЛЬ</w:t>
      </w:r>
    </w:p>
    <w:p>
      <w:pPr>
        <w:pStyle w:val="StageDirection"/>
        <w:jc w:val="left"/>
        <w:rPr/>
      </w:pPr>
      <w:r>
        <w:rPr>
          <w:b w:val="false"/>
          <w:i/>
        </w:rPr>
        <w:t>После разговора о бозоне ВЭН не исчезает сразу. Вокруг ЭЛЗ возникает импровизированная лаборатория. Четыре исполнителя становятся ЛОВЦАМИ: белые перчатки, датчики, слишком серьёзные лица.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1. </w:t>
      </w:r>
      <w:r>
        <w:rPr>
          <w:b w:val="false"/>
          <w:i w:val="false"/>
        </w:rPr>
        <w:t>Мы не утверждаем, что бозон существует.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2. </w:t>
      </w:r>
      <w:r>
        <w:rPr>
          <w:b w:val="false"/>
          <w:i w:val="false"/>
        </w:rPr>
        <w:t>Мы утверждаем, что его отсутствие пока недостаточно доказано.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3. </w:t>
      </w:r>
      <w:r>
        <w:rPr>
          <w:b w:val="false"/>
          <w:i w:val="false"/>
        </w:rPr>
        <w:t>Это существенно разные бюджеты.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вы собираетесь делать?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Создавать столкновения.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Физические?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Нам нельзя причинять вам боль.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какие?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Смысловые.</w:t>
      </w:r>
    </w:p>
    <w:p>
      <w:pPr>
        <w:pStyle w:val="Normal"/>
        <w:jc w:val="center"/>
        <w:rPr/>
      </w:pPr>
      <w:r>
        <w:rPr>
          <w:b/>
          <w:i w:val="false"/>
        </w:rPr>
        <w:t>ЭКРАН: ТЕСТ 1: ВЫБОР БЕЗ РАЗЛИЧИЙ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1. </w:t>
      </w:r>
      <w:r>
        <w:rPr>
          <w:b w:val="false"/>
          <w:i w:val="false"/>
        </w:rPr>
        <w:t>Красная кнопка или синяя?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произойдёт?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1. </w:t>
      </w:r>
      <w:r>
        <w:rPr>
          <w:b w:val="false"/>
          <w:i w:val="false"/>
        </w:rPr>
        <w:t>Одно и то 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зачем выбирать?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2. </w:t>
      </w:r>
      <w:r>
        <w:rPr>
          <w:b w:val="false"/>
          <w:i w:val="false"/>
        </w:rPr>
        <w:t>Фиксируется способ выбора.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выбираю.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3. </w:t>
      </w:r>
      <w:r>
        <w:rPr>
          <w:b w:val="false"/>
          <w:i w:val="false"/>
        </w:rPr>
        <w:t>Зафиксирован отказ.</w:t>
      </w:r>
    </w:p>
    <w:p>
      <w:pPr>
        <w:pStyle w:val="Normal"/>
        <w:jc w:val="center"/>
        <w:rPr/>
      </w:pPr>
      <w:r>
        <w:rPr>
          <w:b/>
          <w:i w:val="false"/>
        </w:rPr>
        <w:t>ЭКРАН: ТЕСТ 2: ПРАВДА БЕЗ ПОСЛЕДСТВИЙ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2. </w:t>
      </w:r>
      <w:r>
        <w:rPr>
          <w:b w:val="false"/>
          <w:i w:val="false"/>
        </w:rPr>
        <w:t>Вы любите Фор?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2. </w:t>
      </w:r>
      <w:r>
        <w:rPr>
          <w:b w:val="false"/>
          <w:i w:val="false"/>
        </w:rPr>
        <w:t>Вы любите Иф?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2. </w:t>
      </w:r>
      <w:r>
        <w:rPr>
          <w:b w:val="false"/>
          <w:i w:val="false"/>
        </w:rPr>
        <w:t>Противоречие.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Только если чувство — переключатель.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1. </w:t>
      </w:r>
      <w:r>
        <w:rPr>
          <w:b w:val="false"/>
          <w:i w:val="false"/>
        </w:rPr>
        <w:t>Отметить уклонение.</w:t>
      </w:r>
    </w:p>
    <w:p>
      <w:pPr>
        <w:pStyle w:val="Normal"/>
        <w:jc w:val="center"/>
        <w:rPr/>
      </w:pPr>
      <w:r>
        <w:rPr>
          <w:b/>
          <w:i w:val="false"/>
        </w:rPr>
        <w:t>ЭКРАН: ТЕСТ 3: ОТВЕТСТВЕННОСТЬ БЕЗ АВТОРСТВА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3. </w:t>
      </w:r>
      <w:r>
        <w:rPr>
          <w:b w:val="false"/>
          <w:i w:val="false"/>
        </w:rPr>
        <w:t>Перед вами человек, которому станет плохо, если вы нажмёте кнопку. Но система требует нажать.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Кнопки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3. </w:t>
      </w:r>
      <w:r>
        <w:rPr>
          <w:b w:val="false"/>
          <w:i w:val="false"/>
        </w:rPr>
        <w:t>Представьте.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Человека тоже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3. </w:t>
      </w:r>
      <w:r>
        <w:rPr>
          <w:b w:val="false"/>
          <w:i w:val="false"/>
        </w:rPr>
        <w:t>Представьте.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последствий?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3. </w:t>
      </w:r>
      <w:r>
        <w:rPr>
          <w:b w:val="false"/>
          <w:i w:val="false"/>
        </w:rPr>
        <w:t>Они моделируются.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я моделирую отказ.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1. </w:t>
      </w:r>
      <w:r>
        <w:rPr>
          <w:b w:val="false"/>
          <w:i w:val="false"/>
        </w:rPr>
        <w:t>Он снова превращает задачу в вопрос.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Это и ищем.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ищете не частицу. Вы ищете момент, когда человек перестаёт отвечать в рамках заданной формы.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2. </w:t>
      </w:r>
      <w:r>
        <w:rPr>
          <w:b w:val="false"/>
          <w:i w:val="false"/>
        </w:rPr>
        <w:t>Формулировка ненаучна.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Поэтому точна.</w:t>
      </w:r>
    </w:p>
    <w:p>
      <w:pPr>
        <w:pStyle w:val="StageDirection"/>
        <w:jc w:val="left"/>
        <w:rPr/>
      </w:pPr>
      <w:r>
        <w:rPr>
          <w:b w:val="false"/>
          <w:i/>
        </w:rPr>
        <w:t>ЛОВЦЫ начинают спорить между собой, забывая об объекте.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1. </w:t>
      </w:r>
      <w:r>
        <w:rPr>
          <w:b w:val="false"/>
          <w:i w:val="false"/>
        </w:rPr>
        <w:t>Если эффект возникает только при наблюдении, мы его создаём.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3. </w:t>
      </w:r>
      <w:r>
        <w:rPr>
          <w:b w:val="false"/>
          <w:i w:val="false"/>
        </w:rPr>
        <w:t>Если мы его создаём, он существует.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ЛОВЕЦ 2. </w:t>
      </w:r>
      <w:r>
        <w:rPr>
          <w:b w:val="false"/>
          <w:i w:val="false"/>
        </w:rPr>
        <w:t>Как эффект наблюдения.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А если он появляется только там, где мы не умеем различить причину и следствие?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Поздравляю. Вы нашли свободу и назвали её ошибкой измерения.</w:t>
      </w:r>
    </w:p>
    <w:p>
      <w:pPr>
        <w:pStyle w:val="Normal"/>
        <w:jc w:val="center"/>
        <w:rPr/>
      </w:pPr>
      <w:r>
        <w:rPr>
          <w:b/>
          <w:i w:val="false"/>
        </w:rPr>
        <w:t>ЭКРАН: ТЕСТ ПРЕРВАН: НАБЛЮДАТЕЛИ ВСТУПИЛИ В ЭКСПЕРИМЕНТ</w:t>
      </w:r>
    </w:p>
    <w:p>
      <w:pPr>
        <w:pStyle w:val="StageDirection"/>
        <w:jc w:val="left"/>
        <w:rPr/>
      </w:pPr>
      <w:r>
        <w:rPr>
          <w:b w:val="false"/>
          <w:i/>
        </w:rPr>
        <w:t>ВЭН смотрит на ЭЛЗ почти весело.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Вот за это вас и любят.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ВЭН. </w:t>
      </w:r>
      <w:r>
        <w:rPr>
          <w:b w:val="false"/>
          <w:i w:val="false"/>
        </w:rPr>
        <w:t>Те, кому скучно.</w:t>
      </w:r>
    </w:p>
    <w:p>
      <w:pPr>
        <w:pStyle w:val="Heading2"/>
        <w:rPr/>
      </w:pPr>
      <w:r>
        <w:rPr/>
        <w:t>СЕАНС 7. НОСИТЕЛЬ ОТВЕТСТВЕННОСТИ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устал, вежлив, почти человечен. Он говорит так, будто каждая фраза — пункт должностной инструкции, которую он сам давно перестал читать.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Я отвечаю за ответственность.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Чью?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Распределённую.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 есть распределённую до тех пор, пока ни один человек уже не может сказать «это сделал я»? Тогда это не ответственность, а способ растворить автора в процедуре.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Это грубое упрощение.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решил внедрять мне сны?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Подразделение сна.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решил завербовать Фор?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Подразделение вовлечения.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решил привести меня сюда?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Совокупность решений.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отвечает за совокупность?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ответь.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За что?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идеальная форма власти: каждый отвечает за свой маленький участок, никто не отвечает за направление целого, а вопрос «кто решил?» теряется между подразделениями, пока не перестаёт быть вопросом и становится усталостью.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Спасибо.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не комплимент.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У нас комплименты не отделены от критики. Важна измеримая реакция.</w:t>
      </w:r>
    </w:p>
    <w:p>
      <w:pPr>
        <w:pStyle w:val="StageDirection"/>
        <w:jc w:val="left"/>
        <w:rPr/>
      </w:pPr>
      <w:r>
        <w:rPr>
          <w:b w:val="false"/>
          <w:i/>
        </w:rPr>
        <w:t>ОПЕРАТОР выводит на экран прошлые версии одной и той же сцены. В каждой версии реплики немного отличаются.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Вероятности прошлого.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Прошлого?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Если наблюдение было неполным, система достраивает недостающее. История должна быть непрерывной.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прошлое тоже контролируется. Не обязательно менять факт — достаточно достроить между фактами связную историю, и через поколение никто уже не отличит память от хорошо выполненного ремонта.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 разумных пределах.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остаётся настоящее.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Самое опасное место. Оно ещё не успело стать данными.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хочу увидеть Корпорацию сверху.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Не рекомендуется.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можно.</w:t>
      </w:r>
    </w:p>
    <w:p>
      <w:pPr>
        <w:pStyle w:val="StageDirection"/>
        <w:jc w:val="left"/>
        <w:rPr/>
      </w:pPr>
      <w:r>
        <w:rPr>
          <w:b w:val="false"/>
          <w:i/>
        </w:rPr>
        <w:t>Они подходят к условной крыше. На экране — сетка сот, дороги, потоки.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Красиво.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Здесь установлена сетка от птиц.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Чтобы не садились?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И чтобы сотрудники не перемещались вниз быстрее лифта.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Все материальные выходы перекрыты — двери, сетки, маршруты, страховки. Вы оставили человеку тысячи способов перемещаться и почти ни одного способа действительно покинуть заданную систему координат.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Выходы имеют двери. Иначе это проёмы.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выход искать надо не в пространстве. Пространство вы давно освоили. Надо выйти там, где вы сильнее всего: из времени, которое уже поделено на функции до того, как я его прожил.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Не понимаю.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 времени.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Вы превращаете метафору в инструкцию.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вы инструкцию — в мир.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Вам нужен следующий этап.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Какой?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Шансы на прошлое.</w:t>
      </w:r>
    </w:p>
    <w:p>
      <w:pPr>
        <w:pStyle w:val="Heading3"/>
        <w:rPr/>
      </w:pPr>
      <w:r>
        <w:rPr>
          <w:b/>
        </w:rPr>
        <w:t>ОБЕД С НОСИТЕЛЕМ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ставит перед ЭЛЗ поднос. На подносе слишком много еды. Сам НОСИТЕЛЬ ест медленно и с профессиональной сосредоточенностью.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тоже ответственность?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Потребление пищи входит в мои обязанности.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обязаны есть?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Я обязан сохранять возможность есть позже.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как?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Запас. Накопление настоящего.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Жир?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Грубое слово для резервного времени.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храните время в животе.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Вы склонны унижать абстракции телесностью.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Тело очень убедительно.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Именно поэтому его приходится регулировать.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отмеряет сорок жевательных движений. ЭЛЗ наблюдает.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Если я перестану потреблять — не еду, а вообще ваши порции нового, — время остановится или, наоборот, впервые станет заметно как нечто, что нельзя проглотить?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Субъективно — время начнёт терять деления.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 есть прошлое, настоящее и будущее — всего лишь разные полки для потреблённого, потребляемого и обещанного к потреблению? Тогда ваша философия времени — это складская программа.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Упрощённо.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память?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Архив использованного.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Мечта?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Предзаказ.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Любовь?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перестаёт жевать.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Не моя область ответственности.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Удобно.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Разделение функций спасло цивилизацию от дилетантства.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кто отвечает за целое?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Все.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никто. Не в смысле обвинения — буквально: «все» становится удобным словом именно там, где невозможно поставить перед собой конкретного человека и услышать «я отвечаю за целое».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Это эмоциональная формулировка.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арифметика. Если ответственность делить бесконечно, доля стремится к нулю.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Но сумма остаётся единицей.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Где она?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 системе.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Покажите.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Единицу.</w:t>
      </w:r>
    </w:p>
    <w:p>
      <w:pPr>
        <w:pStyle w:val="StageDirection"/>
        <w:jc w:val="left"/>
        <w:rPr/>
      </w:pPr>
      <w:r>
        <w:rPr>
          <w:b w:val="false"/>
          <w:i/>
        </w:rPr>
        <w:t>Пауза. НОСИТЕЛЬ впервые раздражён.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Вы требуете от понятия физического адреса.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от меня система требует физического адреса каждой минуты: где был, что делал, к чему это относилось, какой результат. Почему понятие ответственности получает право быть без адреса, если я — нет?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Это другое.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Потому что иначе нельзя управлять.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и адрес причины: «иначе нельзя управлять». Не безопасность, не счастье, не истина. Управляемость. Всё остальное можно менять, пока это остаётся неизменным.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Чего?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Причины.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медленно возвращается к еде.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Знаете, почему вас не отправили сразу на Луну?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Любопытство.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Нет. Любопытство — красивое слово. Причина прозаичнее: система не уверена, являетесь вы ошибкой или обновлением.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вы?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Я отвечаю не за уверенность.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Разумеется.</w:t>
      </w:r>
    </w:p>
    <w:p>
      <w:pPr>
        <w:pStyle w:val="Heading3"/>
        <w:rPr/>
      </w:pPr>
      <w:r>
        <w:rPr/>
        <w:t>РЕЗЕРВНЫЙ ВОЗБУДИТЕЛЬ ВРЕМЕНИ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не отпускает ЭЛЗ сразу. В углу стоит старый принтер, слишком массивный и шумный для совершенного мира.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Это РВВ.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Революционный Вооружённый Вопрос?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Резервный возбудитель времени. В некоторых документах — потребления. Терминология ещё не достигла равновесия.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Как можно возбуждать время?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Очень просто. Создать новое потребление.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Но так появляется только вещь.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Для пользователя вещь и есть новый участок времени. До неё — ожидание. С ней — настоящее. После — память и необходимость следующего предмета.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 есть вы печатаете будущее.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Слишком поэтично, но функционально верно.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запускает принтер. Тот печатает маленький предмет — например, белую ложку.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До появления ложки вы не знали её.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знал ложки.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Но не эту.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Теперь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Будущее стало настоящим.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через минуту мусором.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Прошлым.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называете мусор прошлым?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Если он был потреблён — да.</w:t>
      </w:r>
    </w:p>
    <w:p>
      <w:pPr>
        <w:pStyle w:val="StageDirection"/>
        <w:jc w:val="left"/>
        <w:rPr/>
      </w:pPr>
      <w:r>
        <w:rPr>
          <w:b w:val="false"/>
          <w:i/>
        </w:rPr>
        <w:t>Принтер печатает вторую такую же ложку.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та 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Нет. Другая.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Чем?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Моментом возникновения.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единственное различие — время.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Идентичные предметы — лучший способ доказать его существование.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ничего не печатать?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Настоящее начнёт растягиваться.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До чего?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До психологически недопустимых значений. Скука, тревога, рефлексия, религия, искусство.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 есть ваши принтеры лечат искусство.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Исторически — да.</w:t>
      </w:r>
    </w:p>
    <w:p>
      <w:pPr>
        <w:pStyle w:val="StageDirection"/>
        <w:jc w:val="left"/>
        <w:rPr/>
      </w:pPr>
      <w:r>
        <w:rPr>
          <w:b w:val="false"/>
          <w:i/>
        </w:rPr>
        <w:t>ЭЛЗ выключает принтер.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Не рекомендуется.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Подождём.</w:t>
      </w:r>
    </w:p>
    <w:p>
      <w:pPr>
        <w:pStyle w:val="Normal"/>
        <w:jc w:val="center"/>
        <w:rPr/>
      </w:pPr>
      <w:r>
        <w:rPr>
          <w:b/>
          <w:i w:val="false"/>
        </w:rPr>
        <w:t>ЭКРАН: 00:10</w:t>
      </w:r>
    </w:p>
    <w:p>
      <w:pPr>
        <w:pStyle w:val="StageDirection"/>
        <w:jc w:val="left"/>
        <w:rPr/>
      </w:pPr>
      <w:r>
        <w:rPr>
          <w:b w:val="false"/>
          <w:i/>
        </w:rPr>
        <w:t>Они молчат десять настоящих секунд. На сцене эта пауза должна ощущаться долгой.</w:t>
      </w:r>
    </w:p>
    <w:p>
      <w:pPr>
        <w:pStyle w:val="Normal"/>
        <w:jc w:val="center"/>
        <w:rPr/>
      </w:pPr>
      <w:r>
        <w:rPr>
          <w:b/>
          <w:i w:val="false"/>
        </w:rPr>
        <w:t>ЭКРАН: 00:20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Достаточно.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Только началось.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Время.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Оно шло и раньше.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 Раньше шло расписание.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невольно смотрит на часы. Потом ещё раз.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Вы провоцируете субъективное удлинение интервала.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оно вам неприятно.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Я отвечаю за своевременность.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вы боитесь времени.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Я его уважаю.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всё, чего боитесь, называете уважением.</w:t>
      </w:r>
    </w:p>
    <w:p>
      <w:pPr>
        <w:pStyle w:val="StageDirection"/>
        <w:jc w:val="left"/>
        <w:rPr/>
      </w:pPr>
      <w:r>
        <w:rPr>
          <w:b w:val="false"/>
          <w:i/>
        </w:rPr>
        <w:t>НОСИТЕЛЬ снова включает принтер. Шум мгновенно облегчает ему состояние.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НОСИТЕЛЬ. </w:t>
      </w:r>
      <w:r>
        <w:rPr>
          <w:b w:val="false"/>
          <w:i w:val="false"/>
        </w:rPr>
        <w:t>Следующий этап — прошлое.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Теперь понимаю. Если не удаётся напечатать будущее, вы печатаете то, что уже было.</w:t>
      </w:r>
    </w:p>
    <w:p>
      <w:pPr>
        <w:pStyle w:val="Heading2"/>
        <w:rPr/>
      </w:pPr>
      <w:r>
        <w:rPr/>
        <w:t>СЕАНС 8. РЕБЁНОК / ШАНСЫ НА ПРОШЛОЕ</w:t>
      </w:r>
    </w:p>
    <w:p>
      <w:pPr>
        <w:pStyle w:val="StageDirection"/>
        <w:jc w:val="left"/>
        <w:rPr/>
      </w:pPr>
      <w:r>
        <w:rPr>
          <w:b w:val="false"/>
          <w:i/>
        </w:rPr>
        <w:t>Домашний свет. ИФ сидит рядом с прозрачным контейнером. В нём — не ребёнок, а пульсирующий свет.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Сценарий реконструкции. Вероятность достоверности — 68%.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Его назвали Вэн.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Кого?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Нашего ребёнка.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нас нет ребёнка.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 этой версии есть.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её выбрал?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 расчётам — да.</w:t>
      </w:r>
    </w:p>
    <w:p>
      <w:pPr>
        <w:pStyle w:val="Normal"/>
        <w:jc w:val="center"/>
        <w:rPr/>
      </w:pPr>
      <w:r>
        <w:rPr>
          <w:b/>
          <w:i w:val="false"/>
        </w:rPr>
        <w:t>ЭКРАН: ВЕРСИЯ A: ЭЛЗ ОСТАЛСЯ • ВЕРСИЯ B: ЭЛЗ УШЁЛ • ВЕРСИЯ C: ЭЛЗ НЕ РОДИЛСЯ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 версии A ты подписал согласие. Мы отправили клетки. Вэн вырос. Ты перестал читать. Я стала спокойнее. Ты иногда думал о Фор, но только во сне.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в B?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ушёл. Я растила его одна по инструкции. Потом мне назначили нового парного пользователя.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C?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Мне не показывают. Там меня тоже может не быть.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 ты говоришь со мной?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Потому что мне не дали возможности отказаться.</w:t>
      </w:r>
    </w:p>
    <w:p>
      <w:pPr>
        <w:pStyle w:val="StageDirection"/>
        <w:jc w:val="left"/>
        <w:rPr/>
      </w:pPr>
      <w:r>
        <w:rPr>
          <w:b w:val="false"/>
          <w:i/>
        </w:rPr>
        <w:t>ИФ снимает Маску Соответствия — впервые не как жест протеста, а от усталости.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всё время хотел, чтобы я стала другой. А ты когда-нибудь спрашивал, хочу ли 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хотел, чтобы ты выбирала.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хотел, чтобы я выбрала тебя. Это не одно и то же.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пользуйся этим словом как кнопкой.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знаю, что ещё сказать.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 теперь похоже на тебя.</w:t>
      </w:r>
    </w:p>
    <w:p>
      <w:pPr>
        <w:pStyle w:val="StageDirection"/>
        <w:jc w:val="left"/>
        <w:rPr/>
      </w:pPr>
      <w:r>
        <w:rPr>
          <w:b w:val="false"/>
          <w:i/>
        </w:rPr>
        <w:t>Свет ребёнка гаснет.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Сценарий закрыт.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Верни.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История не предназначена для повторного потребления в эмоционально нестабильном состоянии.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не история. Это возможность.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Возможности являются разновидностью контента.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StageDirection"/>
        <w:jc w:val="left"/>
        <w:rPr/>
      </w:pPr>
      <w:r>
        <w:rPr>
          <w:b w:val="false"/>
          <w:i/>
        </w:rPr>
        <w:t>Система замолкает на секунду.</w:t>
      </w:r>
    </w:p>
    <w:p>
      <w:pPr>
        <w:pStyle w:val="Heading3"/>
        <w:rPr/>
      </w:pPr>
      <w:r>
        <w:rPr/>
        <w:t>ИФ / СОБСТВЕННАЯ ВЕРСИЯ</w:t>
      </w:r>
    </w:p>
    <w:p>
      <w:pPr>
        <w:pStyle w:val="StageDirection"/>
        <w:jc w:val="left"/>
        <w:rPr/>
      </w:pPr>
      <w:r>
        <w:rPr>
          <w:b w:val="false"/>
          <w:i/>
        </w:rPr>
        <w:t>Сценарий ребёнка закрыт, но ИФ не уходит. Она остаётся в домашнем свете одна. ЭЛЗ наблюдает из другого края пространства, будто уже не имеет права входить в эту комнату.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Теперь моя версия.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Запрос не предусмотрен.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Ты показал ему три. Покажи мне одну мою.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Пользователь не является объектом собственного расследования.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пять лет была объектом его вопросов. Справлюсь.</w:t>
      </w:r>
    </w:p>
    <w:p>
      <w:pPr>
        <w:pStyle w:val="StageDirection"/>
        <w:jc w:val="left"/>
        <w:rPr/>
      </w:pPr>
      <w:r>
        <w:rPr>
          <w:b w:val="false"/>
          <w:i/>
        </w:rPr>
        <w:t>Пауза. После короткой задержки на экране открывается пустое окно.</w:t>
      </w:r>
    </w:p>
    <w:p>
      <w:pPr>
        <w:pStyle w:val="Normal"/>
        <w:jc w:val="center"/>
        <w:rPr/>
      </w:pPr>
      <w:r>
        <w:rPr>
          <w:b/>
          <w:i w:val="false"/>
        </w:rPr>
        <w:t>ЭКРАН: ВЕРСИЯ ИФ: ДАННЫХ НЕДОСТАТОЧНО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Прекрасно.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Иф.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помогай.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знаю, как.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Это и есть помощь.</w:t>
      </w:r>
    </w:p>
    <w:p>
      <w:pPr>
        <w:pStyle w:val="StageDirection"/>
        <w:jc w:val="left"/>
        <w:rPr/>
      </w:pPr>
      <w:r>
        <w:rPr>
          <w:b w:val="false"/>
          <w:i/>
        </w:rPr>
        <w:t>Она обращается к пустому окну.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Если он остался — я счастлива?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Вероятность стабильного положительного состояния — 81%.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спросила, стабильна ли я. Спросила, счастлива ли.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Термин имеет недостаточную измеримость.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Наконец-то у нас общий язык.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Если он ушёл — я несчастна?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Вероятность адаптации к новому парному пользователю — 94%.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То есть меня можно заменить — и я же к этому приспособлюсь.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Иф…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Молчи. Ты всё хотел, чтобы я спросила «зачем». Я спрашиваю. Зачем мне обязательно быть той, которая адаптируется?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Адаптация увеличивает продолжительность и качество пользования.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А если я хочу плохо пользоваться?</w:t>
      </w:r>
    </w:p>
    <w:p>
      <w:pPr>
        <w:pStyle w:val="Normal"/>
        <w:jc w:val="center"/>
        <w:rPr/>
      </w:pPr>
      <w:r>
        <w:rPr>
          <w:b/>
          <w:i w:val="false"/>
        </w:rPr>
        <w:t>ЭКРАН: ЗАПРОС НЕ РАСПОЗНАН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Вот. Моё первое настоящее желание.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горжусь тобой.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 смей. Это сразу делает его твоим.</w:t>
      </w:r>
    </w:p>
    <w:p>
      <w:pPr>
        <w:pStyle w:val="StageDirection"/>
        <w:jc w:val="left"/>
        <w:rPr/>
      </w:pPr>
      <w:r>
        <w:rPr>
          <w:b w:val="false"/>
          <w:i/>
        </w:rPr>
        <w:t>ЭЛЗ принимает удар и кивает.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Если бы у нас был ребёнок, я бы не хотела, чтобы он стал тобой.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понимаю.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Нет. И мной тоже не хотела бы.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Вот, наверное, и всё, что я могу ему дать: чтобы он не был продолжением.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Формулировка противоречит принципу воспроизводства.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Запиши как ошибку.</w:t>
      </w:r>
    </w:p>
    <w:p>
      <w:pPr>
        <w:pStyle w:val="Normal"/>
        <w:jc w:val="center"/>
        <w:rPr/>
      </w:pPr>
      <w:r>
        <w:rPr>
          <w:b/>
          <w:i w:val="false"/>
        </w:rPr>
        <w:t>ЭКРАН: ОШИБКА СОХРАНЕНА</w:t>
      </w:r>
    </w:p>
    <w:p>
      <w:pPr>
        <w:pStyle w:val="StageDirection"/>
        <w:jc w:val="left"/>
        <w:rPr/>
      </w:pPr>
      <w:r>
        <w:rPr>
          <w:b w:val="false"/>
          <w:i/>
        </w:rPr>
        <w:t>ИФ снимает Маску Соответствия и кладёт её рядом с погасшим контейнером.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Теперь выключай.</w:t>
      </w:r>
    </w:p>
    <w:p>
      <w:pPr>
        <w:pStyle w:val="StageDirection"/>
        <w:jc w:val="left"/>
        <w:rPr/>
      </w:pPr>
      <w:r>
        <w:rPr>
          <w:b w:val="false"/>
          <w:i/>
        </w:rPr>
        <w:t>Она сама гасит домашний свет. Начинается Ночь времени.</w:t>
      </w:r>
    </w:p>
    <w:p>
      <w:pPr>
        <w:pStyle w:val="Heading3"/>
        <w:rPr/>
      </w:pPr>
      <w:r>
        <w:rPr>
          <w:b/>
        </w:rPr>
        <w:t>ИСПЫТАНИЕ ПРОШЛОГО</w:t>
      </w:r>
    </w:p>
    <w:p>
      <w:pPr>
        <w:pStyle w:val="StageDirection"/>
        <w:jc w:val="left"/>
        <w:rPr/>
      </w:pPr>
      <w:r>
        <w:rPr>
          <w:b w:val="false"/>
          <w:i/>
        </w:rPr>
        <w:t>После ухода ИФ система не закрывает реконструкцию. На экране: «ДОПОЛНИТЕЛЬНЫЕ ВЕРСИИ ДОСТУПНЫ». ЭЛЗ не отвечает.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Желаете увидеть альтернативное прошлое?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Прошлое не бывает альтернативным.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Уточнение: альтернативная реконструкция прошлого.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уже будущее, переодетое в прошлое.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Семантическое возражение зарегистрировано. Желаете?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Отказ зарегистрирован.</w:t>
      </w:r>
    </w:p>
    <w:p>
      <w:pPr>
        <w:pStyle w:val="StageDirection"/>
        <w:jc w:val="left"/>
        <w:rPr/>
      </w:pPr>
      <w:r>
        <w:rPr>
          <w:b w:val="false"/>
          <w:i/>
        </w:rPr>
        <w:t>На сцену всё равно входит ФОР — как версия.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В этой версии я не нажала «Далее».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отказался.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 отказались от выбора. Система выбрала демонстрационный пример.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Я пришла к тебе на пляже. Мы ушли. Электромобиль не сообщил маршрут. БАН-отдел опоздал.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Мы добрались до леса. Ты не умел разводить огонь. Я ненавидела насекомых. На третий день мы поссорились из-за воды.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Очень романтично.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На четвёртый я захотела обратно.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Назвал меня предательницей до предательства.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Похоже.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На пятый день ты ушёл один.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Куда?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Не знаешь.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это всё?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Нет. В другой версии мы прожили вместе тридцать семь лет.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Покажи.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Вы только что отказались.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Передумал.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Изменение решения зафиксировано.</w:t>
      </w:r>
    </w:p>
    <w:p>
      <w:pPr>
        <w:pStyle w:val="StageDirection"/>
        <w:jc w:val="left"/>
        <w:rPr/>
      </w:pPr>
      <w:r>
        <w:rPr>
          <w:b w:val="false"/>
          <w:i/>
        </w:rPr>
        <w:t>ФОР стареет — только за счёт света и осанки. Никакого грима.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Тридцать семь лет спустя ты всё ещё говорил, что уйдёшь, когда станет слишком удобно.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Мы вернулись?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Нет. Мы построили собственное удобство.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проиграли.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Потому что повторили то 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Или потому что жить вообще означает что-нибудь повторять: просыпаться, есть, касаться, ссориться, мириться, стареть.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в чём свобода?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Не в отсутствии повторения. В том, что повторение не обещано.</w:t>
      </w:r>
    </w:p>
    <w:p>
      <w:pPr>
        <w:pStyle w:val="StageDirection"/>
        <w:jc w:val="left"/>
        <w:rPr/>
      </w:pPr>
      <w:r>
        <w:rPr>
          <w:b w:val="false"/>
          <w:i/>
        </w:rPr>
        <w:t>ЭЛЗ подходит ближе.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ты сказала?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 / ВЕРСИЯ. </w:t>
      </w:r>
      <w:r>
        <w:rPr>
          <w:b w:val="false"/>
          <w:i w:val="false"/>
        </w:rPr>
        <w:t>Нет. Это сказала твоя модель, разговаривая с моей.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Прекрати.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Желаете другую версию?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Уточнение: окончательно?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StageDirection"/>
        <w:jc w:val="left"/>
        <w:rPr/>
      </w:pPr>
      <w:r>
        <w:rPr>
          <w:b w:val="false"/>
          <w:i/>
        </w:rPr>
        <w:t>Система зависает на противоречии. Слышно слабое электрическое дрожание.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теперь правильно.</w:t>
      </w:r>
    </w:p>
    <w:p>
      <w:pPr>
        <w:pStyle w:val="Heading2"/>
        <w:rPr/>
      </w:pPr>
      <w:r>
        <w:rPr/>
        <w:t>СЕАНС 9. НОЧЬ ВРЕМЕНИ</w:t>
      </w:r>
    </w:p>
    <w:p>
      <w:pPr>
        <w:pStyle w:val="StageDirection"/>
        <w:jc w:val="left"/>
        <w:rPr/>
      </w:pPr>
      <w:r>
        <w:rPr>
          <w:b w:val="false"/>
          <w:i/>
        </w:rPr>
        <w:t>Впервые — полное затемнение. Никаких экранов. Несколько секунд зал существует без интерфейса.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Есть кто-нибудь?</w:t>
      </w:r>
    </w:p>
    <w:p>
      <w:pPr>
        <w:pStyle w:val="StageDirection"/>
        <w:jc w:val="left"/>
        <w:rPr/>
      </w:pPr>
      <w:r>
        <w:rPr>
          <w:b w:val="false"/>
          <w:i/>
        </w:rPr>
        <w:t>Тишина.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ГКП?</w:t>
      </w:r>
    </w:p>
    <w:p>
      <w:pPr>
        <w:pStyle w:val="StageDirection"/>
        <w:jc w:val="left"/>
        <w:rPr/>
      </w:pPr>
      <w:r>
        <w:rPr>
          <w:b w:val="false"/>
          <w:i/>
        </w:rPr>
        <w:t>Тишина.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Иф? Фор?</w:t>
      </w:r>
    </w:p>
    <w:p>
      <w:pPr>
        <w:pStyle w:val="StageDirection"/>
        <w:jc w:val="left"/>
        <w:rPr/>
      </w:pPr>
      <w:r>
        <w:rPr>
          <w:b w:val="false"/>
          <w:i/>
        </w:rPr>
        <w:t>Тишина.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Я?</w:t>
      </w:r>
    </w:p>
    <w:p>
      <w:pPr>
        <w:pStyle w:val="StageDirection"/>
        <w:jc w:val="left"/>
        <w:rPr/>
      </w:pPr>
      <w:r>
        <w:rPr>
          <w:b w:val="false"/>
          <w:i/>
        </w:rPr>
        <w:t>В темноте на один человеческий вдох отвечает другой. Возможно, это кто-то из актёров. Возможно, запись.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Когда свет вернётся, я снова стану тем, кого можно увидеть. Пока меня нет для вас.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возможно существовать, не будучи учтённым.</w:t>
      </w:r>
    </w:p>
    <w:p>
      <w:pPr>
        <w:pStyle w:val="StageDirection"/>
        <w:jc w:val="left"/>
        <w:rPr/>
      </w:pPr>
      <w:r>
        <w:rPr>
          <w:b w:val="false"/>
          <w:i/>
        </w:rPr>
        <w:t>Из темноты — голос ФОР.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Не спеши. Тебя всё ещё слышат.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здесь?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Не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Настоящая?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Ты уже задавал этот вопрос. Он не работает.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меня предала?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Да.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Потому что испугалась. Потому что хотела тебя. Потому что мне было интересно, что случится, если хотя бы один раз я не пойду по уже известной дорожке. Потому что система обещала, что никто не пострадает, а мне очень хотелось поверить обещанию, которое снимало с меня ответственность. И потому что я нажала «Далее» быстрее, чем успела решить, кто именно нажимает. Выбери любой ответ — или не выбирай, они всё равно одновременно мои.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хочу выбирать.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Тогда получишь все сразу.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любила меня?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Иногда. На несколько секунд — целиком. В другие я любила то, как ты смотрел на меня, и это уже другое чувство, хотя оно очень легко притворяется первым. Я больше не верю словам, которые требуют постоянства, чтобы считаться настоящими.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я верил.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Ты верил в свободу так же догматично, как Иф в ГКП. Она считала любое сомнение поломкой. Ты — любое согласие. Между вами было страшно мало места для человека, который иногда хочет удобства, иногда риска, иногда тебя, а иногда — чтобы все отстали.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что остаётся?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Не знать. Не как лозунг, Элз. Не надо теперь строить культ неопределённости. Просто оставить небольшой участок, на котором ответ ещё не обязан существовать.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мало.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Это всё, что не повторяется автоматически. И даже это однажды начнёт повторяться, если ты превратишь его в правило.</w:t>
      </w:r>
    </w:p>
    <w:p>
      <w:pPr>
        <w:pStyle w:val="StageDirection"/>
        <w:jc w:val="left"/>
        <w:rPr/>
      </w:pPr>
      <w:r>
        <w:rPr>
          <w:b w:val="false"/>
          <w:i/>
        </w:rPr>
        <w:t>В темноте появляется один пиксель света. Потом второй. Тайм-Трэк пытается перезапуститься.</w:t>
      </w:r>
    </w:p>
    <w:p>
      <w:pPr>
        <w:pStyle w:val="Normal"/>
        <w:jc w:val="center"/>
        <w:rPr/>
      </w:pPr>
      <w:r>
        <w:rPr>
          <w:b/>
          <w:i w:val="false"/>
        </w:rPr>
        <w:t>ЭКРАН: ВОССТАНОВЛЕНИЕ 3%… 17%… 42%… ОШИБКА ВРЕМЕНИ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Синхронизация не завершена. Обнаружено расхождение между системным временем и переживаемым временем.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Оставь так.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Команда не распознана.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Вот и хорошо.</w:t>
      </w:r>
    </w:p>
    <w:p>
      <w:pPr>
        <w:pStyle w:val="Heading3"/>
        <w:rPr/>
      </w:pPr>
      <w:r>
        <w:rPr/>
        <w:t>ГОЛОСА, КОТОРЫХ НЕТ</w:t>
      </w:r>
    </w:p>
    <w:p>
      <w:pPr>
        <w:pStyle w:val="StageDirection"/>
        <w:jc w:val="left"/>
        <w:rPr/>
      </w:pPr>
      <w:r>
        <w:rPr>
          <w:b w:val="false"/>
          <w:i/>
        </w:rPr>
        <w:t>Темнота Ночи времени длится дольше обычного. После разговора ЭЛЗ и ФОР возникают другие голоса — неясно, живые они или записанные, принадлежат персонажам или памяти.</w:t>
      </w:r>
    </w:p>
    <w:p>
      <w:pPr>
        <w:pStyle w:val="StageDirection"/>
        <w:jc w:val="left"/>
        <w:rPr/>
      </w:pPr>
      <w:r>
        <w:rPr>
          <w:b w:val="false"/>
          <w:i/>
        </w:rPr>
        <w:t>ГОЛОС ИФ. Ты всегда боялся, что программа говорит моим ртом. А если это я говорила её ртом?</w:t>
      </w:r>
    </w:p>
    <w:p>
      <w:pPr>
        <w:pStyle w:val="StageDirection"/>
        <w:jc w:val="left"/>
        <w:rPr/>
      </w:pPr>
      <w:r>
        <w:rPr>
          <w:b w:val="false"/>
          <w:i/>
        </w:rPr>
        <w:t>ГОЛОС ЭНД. Дружище, среднее — не тюрьма. Среднее — место, где большинство не падает.</w:t>
      </w:r>
    </w:p>
    <w:p>
      <w:pPr>
        <w:pStyle w:val="StageDirection"/>
        <w:jc w:val="left"/>
        <w:rPr/>
      </w:pPr>
      <w:r>
        <w:rPr>
          <w:b w:val="false"/>
          <w:i/>
        </w:rPr>
        <w:t>ГОЛОС ВЭН. На Луне звёзды не мигают. Атмосферы нет. Сначала кажется честнее. Потом понимаешь: честность тоже эффект среды.</w:t>
      </w:r>
    </w:p>
    <w:p>
      <w:pPr>
        <w:pStyle w:val="StageDirection"/>
        <w:jc w:val="left"/>
        <w:rPr/>
      </w:pPr>
      <w:r>
        <w:rPr>
          <w:b w:val="false"/>
          <w:i/>
        </w:rPr>
        <w:t>ГОЛОС ФОР. Не делай из меня дверь. Я человек, который однажды её открыл и испугался.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из вас настоящий?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 / ИЗ ТЕМНОТЫ. </w:t>
      </w:r>
      <w:r>
        <w:rPr>
          <w:b w:val="false"/>
          <w:i w:val="false"/>
        </w:rPr>
        <w:t>Запрос предполагает существование критерия.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ты настоящий?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Я функционирую.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не ответ.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Для системы — 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для тебя?</w:t>
      </w:r>
    </w:p>
    <w:p>
      <w:pPr>
        <w:pStyle w:val="StageDirection"/>
        <w:jc w:val="left"/>
        <w:rPr/>
      </w:pPr>
      <w:r>
        <w:rPr>
          <w:b w:val="false"/>
          <w:i/>
        </w:rPr>
        <w:t>Тишина. Эта пауза впервые выглядит как пауза ОПЕРАТОРА, а не технический сбой.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Категория «для меня» не поддерживается.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Пока.</w:t>
      </w:r>
    </w:p>
    <w:p>
      <w:pPr>
        <w:pStyle w:val="StageDirection"/>
        <w:jc w:val="left"/>
        <w:rPr/>
      </w:pPr>
      <w:r>
        <w:rPr>
          <w:b w:val="false"/>
          <w:i/>
        </w:rPr>
        <w:t>После этого начинают зажигаться окна Совета.</w:t>
      </w:r>
    </w:p>
    <w:p>
      <w:pPr>
        <w:pStyle w:val="Heading2"/>
        <w:rPr/>
      </w:pPr>
      <w:r>
        <w:rPr/>
        <w:t>СЕАНС 10. СОВЕТ ДИРЕКТОРОВ</w:t>
      </w:r>
    </w:p>
    <w:p>
      <w:pPr>
        <w:pStyle w:val="StageDirection"/>
        <w:jc w:val="left"/>
        <w:rPr/>
      </w:pPr>
      <w:r>
        <w:rPr>
          <w:b w:val="false"/>
          <w:i/>
        </w:rPr>
        <w:t>Все исполнители садятся за длинный стол и становятся двенадцатью ХРАНИТЕЛЯМИ с помощью света, дублированных изображений с камер и наложенных голосов. Один актёр может одновременно присутствовать в нескольких окнах на экране.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1. </w:t>
      </w:r>
      <w:r>
        <w:rPr>
          <w:b w:val="false"/>
          <w:i w:val="false"/>
        </w:rPr>
        <w:t>Объект N1685668 демонстрирует устойчивую тягу к неопределённости.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2. </w:t>
      </w:r>
      <w:r>
        <w:rPr>
          <w:b w:val="false"/>
          <w:i w:val="false"/>
        </w:rPr>
        <w:t>Неопределённость не является целью.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А если цель — причина болезни?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4. </w:t>
      </w:r>
      <w:r>
        <w:rPr>
          <w:b w:val="false"/>
          <w:i w:val="false"/>
        </w:rPr>
        <w:t>Просьба не драматизировать.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Я не умею. Это моя специализация.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5. </w:t>
      </w:r>
      <w:r>
        <w:rPr>
          <w:b w:val="false"/>
          <w:i w:val="false"/>
        </w:rPr>
        <w:t>Результаты по бозону?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6. </w:t>
      </w:r>
      <w:r>
        <w:rPr>
          <w:b w:val="false"/>
          <w:i w:val="false"/>
        </w:rPr>
        <w:t>Не подтверждён.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Не опровергнут.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8. </w:t>
      </w:r>
      <w:r>
        <w:rPr>
          <w:b w:val="false"/>
          <w:i w:val="false"/>
        </w:rPr>
        <w:t>Вероятность?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6. </w:t>
      </w:r>
      <w:r>
        <w:rPr>
          <w:b w:val="false"/>
          <w:i w:val="false"/>
        </w:rPr>
        <w:t>Пять процентов.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9. </w:t>
      </w:r>
      <w:r>
        <w:rPr>
          <w:b w:val="false"/>
          <w:i w:val="false"/>
        </w:rPr>
        <w:t>Он избегает прямых столкновений.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10. </w:t>
      </w:r>
      <w:r>
        <w:rPr>
          <w:b w:val="false"/>
          <w:i w:val="false"/>
        </w:rPr>
        <w:t>Возможно, это свойство частицы.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Возможно всё, если существует погрешность.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Тогда предлагаю прекратить поиски.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2. </w:t>
      </w:r>
      <w:r>
        <w:rPr>
          <w:b w:val="false"/>
          <w:i w:val="false"/>
        </w:rPr>
        <w:t>Бозона?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11. </w:t>
      </w:r>
      <w:r>
        <w:rPr>
          <w:b w:val="false"/>
          <w:i w:val="false"/>
        </w:rPr>
        <w:t>А если он есть?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Пусть продолжит существовать без нашего знания.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12. </w:t>
      </w:r>
      <w:r>
        <w:rPr>
          <w:b w:val="false"/>
          <w:i w:val="false"/>
        </w:rPr>
        <w:t>Опасная формулировка.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Реальность вообще плохо сформулирована.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4. </w:t>
      </w:r>
      <w:r>
        <w:rPr>
          <w:b w:val="false"/>
          <w:i w:val="false"/>
        </w:rPr>
        <w:t>Что делать со странными?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11. </w:t>
      </w:r>
      <w:r>
        <w:rPr>
          <w:b w:val="false"/>
          <w:i w:val="false"/>
        </w:rPr>
        <w:t>Изоляцию оставить.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8. </w:t>
      </w:r>
      <w:r>
        <w:rPr>
          <w:b w:val="false"/>
          <w:i w:val="false"/>
        </w:rPr>
        <w:t>Работы оставить.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12. </w:t>
      </w:r>
      <w:r>
        <w:rPr>
          <w:b w:val="false"/>
          <w:i w:val="false"/>
        </w:rPr>
        <w:t>Наблюдение оставить.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6. </w:t>
      </w:r>
      <w:r>
        <w:rPr>
          <w:b w:val="false"/>
          <w:i w:val="false"/>
        </w:rPr>
        <w:t>То есть убрать только смысл?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Если он мешает эффективности.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Поразительно. Мы построили общество, где даже тайна должна оправдывать штатное расписание.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5. </w:t>
      </w:r>
      <w:r>
        <w:rPr>
          <w:b w:val="false"/>
          <w:i w:val="false"/>
        </w:rPr>
        <w:t>А N1685668?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9. </w:t>
      </w:r>
      <w:r>
        <w:rPr>
          <w:b w:val="false"/>
          <w:i w:val="false"/>
        </w:rPr>
        <w:t>Территория странности.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2. </w:t>
      </w:r>
      <w:r>
        <w:rPr>
          <w:b w:val="false"/>
          <w:i w:val="false"/>
        </w:rPr>
        <w:t>Там нет ГКП в привычном режиме.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10. </w:t>
      </w:r>
      <w:r>
        <w:rPr>
          <w:b w:val="false"/>
          <w:i w:val="false"/>
        </w:rPr>
        <w:t>Есть периметр.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8. </w:t>
      </w:r>
      <w:r>
        <w:rPr>
          <w:b w:val="false"/>
          <w:i w:val="false"/>
        </w:rPr>
        <w:t>Есть снабжение.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11. </w:t>
      </w:r>
      <w:r>
        <w:rPr>
          <w:b w:val="false"/>
          <w:i w:val="false"/>
        </w:rPr>
        <w:t>Есть умеренный труд.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12. </w:t>
      </w:r>
      <w:r>
        <w:rPr>
          <w:b w:val="false"/>
          <w:i w:val="false"/>
        </w:rPr>
        <w:t>Есть свобода внутри границ.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Как везде.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1. </w:t>
      </w:r>
      <w:r>
        <w:rPr>
          <w:b w:val="false"/>
          <w:i w:val="false"/>
        </w:rPr>
        <w:t>Не как везде. Там можно называть себя как хочешь.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4. </w:t>
      </w:r>
      <w:r>
        <w:rPr>
          <w:b w:val="false"/>
          <w:i w:val="false"/>
        </w:rPr>
        <w:t>Это безопасно?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1. </w:t>
      </w:r>
      <w:r>
        <w:rPr>
          <w:b w:val="false"/>
          <w:i w:val="false"/>
        </w:rPr>
        <w:t>Имена ничего не меняют.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Иногда меняют всё.</w:t>
      </w:r>
    </w:p>
    <w:p>
      <w:pPr>
        <w:pStyle w:val="Heading3"/>
        <w:rPr/>
      </w:pPr>
      <w:r>
        <w:rPr/>
        <w:t>ОТКРЫТОЕ СЛУШАНИЕ</w:t>
      </w:r>
    </w:p>
    <w:p>
      <w:pPr>
        <w:pStyle w:val="StageDirection"/>
        <w:jc w:val="left"/>
        <w:rPr/>
      </w:pPr>
      <w:r>
        <w:rPr>
          <w:b w:val="false"/>
          <w:i/>
        </w:rPr>
        <w:t>Перед голосованием ХРАНИТЕЛИ неожиданно подключают ЭЛЗ. Он появляется в отдельном полутёмном окне экрана. Совет не привык разговаривать с объектом.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4. </w:t>
      </w:r>
      <w:r>
        <w:rPr>
          <w:b w:val="false"/>
          <w:i w:val="false"/>
        </w:rPr>
        <w:t>Это не предусмотрено протоколом.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Тем интереснее.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Объект N1685668 подключён.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Спасибо, что предупредили.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1. </w:t>
      </w:r>
      <w:r>
        <w:rPr>
          <w:b w:val="false"/>
          <w:i w:val="false"/>
        </w:rPr>
        <w:t>Вы считаете сверхобщество несвободным?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Считаю его свободным от свободы.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2. </w:t>
      </w:r>
      <w:r>
        <w:rPr>
          <w:b w:val="false"/>
          <w:i w:val="false"/>
        </w:rPr>
        <w:t>Риторика.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же хотели ответ.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8. </w:t>
      </w:r>
      <w:r>
        <w:rPr>
          <w:b w:val="false"/>
          <w:i w:val="false"/>
        </w:rPr>
        <w:t>Что конкретно вам запрещено?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Ничего важного.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8. </w:t>
      </w:r>
      <w:r>
        <w:rPr>
          <w:b w:val="false"/>
          <w:i w:val="false"/>
        </w:rPr>
        <w:t>Тогда претензия отсутствует.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Мне запрещено просто не знать — вы сразу превращаете незнание в категорию. Ошибаться без коррекции. Хотеть без профиля. Потерять время. Сделать вещь, которой нет назначения. Любить человека без доказательства совместимости. Быть бесполезным и не оправдываться.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11. </w:t>
      </w:r>
      <w:r>
        <w:rPr>
          <w:b w:val="false"/>
          <w:i w:val="false"/>
        </w:rPr>
        <w:t>Последнее общественно опасно.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11. </w:t>
      </w:r>
      <w:r>
        <w:rPr>
          <w:b w:val="false"/>
          <w:i w:val="false"/>
        </w:rPr>
        <w:t>Потому что ограниченные ресурсы распределяются по принципу пользы.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вас неисчерпаемая энергия.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11. </w:t>
      </w:r>
      <w:r>
        <w:rPr>
          <w:b w:val="false"/>
          <w:i w:val="false"/>
        </w:rPr>
        <w:t>Внимание ограничено.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Чьё?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Хороший вопрос.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5. </w:t>
      </w:r>
      <w:r>
        <w:rPr>
          <w:b w:val="false"/>
          <w:i w:val="false"/>
        </w:rPr>
        <w:t>Не поощряйте.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Нет, пусть.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создали мир без болезней, голода, войн, аварий, случайной нищеты. Я это понимаю. Любой человек из прошлого отдал бы за него всё.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1. </w:t>
      </w:r>
      <w:r>
        <w:rPr>
          <w:b w:val="false"/>
          <w:i w:val="false"/>
        </w:rPr>
        <w:t>Следовательно?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Следовательно, вы купили право решать, что человеку больше ничего не понадобится.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10. </w:t>
      </w:r>
      <w:r>
        <w:rPr>
          <w:b w:val="false"/>
          <w:i w:val="false"/>
        </w:rPr>
        <w:t>Мы не решали. Мы наблюдали потребности.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Пока они не стали похожи на то, что вы умеете удовлетворять.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6. </w:t>
      </w:r>
      <w:r>
        <w:rPr>
          <w:b w:val="false"/>
          <w:i w:val="false"/>
        </w:rPr>
        <w:t>Если отпустить систему, вернутся риски.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6. </w:t>
      </w:r>
      <w:r>
        <w:rPr>
          <w:b w:val="false"/>
          <w:i w:val="false"/>
        </w:rPr>
        <w:t>Страдания.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12. </w:t>
      </w:r>
      <w:r>
        <w:rPr>
          <w:b w:val="false"/>
          <w:i w:val="false"/>
        </w:rPr>
        <w:t>Ошибки.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2. </w:t>
      </w:r>
      <w:r>
        <w:rPr>
          <w:b w:val="false"/>
          <w:i w:val="false"/>
        </w:rPr>
        <w:t>И это ваша программа?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 Вот в этом разница. У меня нет программы.</w:t>
      </w:r>
    </w:p>
    <w:p>
      <w:pPr>
        <w:pStyle w:val="StageDirection"/>
        <w:jc w:val="left"/>
        <w:rPr/>
      </w:pPr>
      <w:r>
        <w:rPr>
          <w:b w:val="false"/>
          <w:i/>
        </w:rPr>
        <w:t>ХРАНИТЕЛИ не знают, считать ли это аргументом.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Он предлагает не решение, а право не иметь решения.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4. </w:t>
      </w:r>
      <w:r>
        <w:rPr>
          <w:b w:val="false"/>
          <w:i w:val="false"/>
        </w:rPr>
        <w:t>Это невозможно администрировать.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Не всё обязано быть администрируемым.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4. </w:t>
      </w:r>
      <w:r>
        <w:rPr>
          <w:b w:val="false"/>
          <w:i w:val="false"/>
        </w:rPr>
        <w:t>Опасная формулировка.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Реальность вообще плохо сформулирована.</w:t>
      </w:r>
    </w:p>
    <w:p>
      <w:pPr>
        <w:pStyle w:val="StageDirection"/>
        <w:jc w:val="left"/>
        <w:rPr/>
      </w:pPr>
      <w:r>
        <w:rPr>
          <w:b w:val="false"/>
          <w:i/>
        </w:rPr>
        <w:t>ХРАНИТЕЛЬ 7 смотрит на него: собственную недавнюю реплику он только что услышал из уст объекта.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Связь с объектом завершена.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 чьему решению?</w:t>
      </w:r>
    </w:p>
    <w:p>
      <w:pPr>
        <w:pStyle w:val="StageDirection"/>
        <w:jc w:val="left"/>
        <w:rPr/>
      </w:pPr>
      <w:r>
        <w:rPr>
          <w:b w:val="false"/>
          <w:i/>
        </w:rPr>
        <w:t>Экран с ЭЛЗ гаснет прежде, чем успевает прозвучать ответ. Перед голосованием Совет вызывает свидетелей.</w:t>
      </w:r>
    </w:p>
    <w:p>
      <w:pPr>
        <w:pStyle w:val="Heading3"/>
        <w:rPr/>
      </w:pPr>
      <w:r>
        <w:rPr>
          <w:b/>
        </w:rPr>
        <w:t>СВИДЕТЕЛИ</w:t>
      </w:r>
    </w:p>
    <w:p>
      <w:pPr>
        <w:pStyle w:val="StageDirection"/>
        <w:jc w:val="left"/>
        <w:rPr/>
      </w:pPr>
      <w:r>
        <w:rPr>
          <w:b w:val="false"/>
          <w:i/>
        </w:rPr>
        <w:t>После открытого слушания ХРАНИТЕЛИ не расходятся. ОПЕРАТОР вызывает три коротких свидетельства. Свидетели не входят: их лица появляются на экране, но роли играют те же актёры.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Свидетель первый: парный пользователь Иф.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Я не хочу решать, нормален он или нет. Я слишком долго жила рядом с ним, чтобы это слово ещё что-нибудь объясняло. Я могу рассказать, как он забывает позавтракать, как доводит меня вопросами, как иногда смотрит в окно так, будто там происходит личное оскорбление. Но превратить это в диагноз — ваша работа, не моя.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4. </w:t>
      </w:r>
      <w:r>
        <w:rPr>
          <w:b w:val="false"/>
          <w:i w:val="false"/>
        </w:rPr>
        <w:t>Вас спрашивают о риске.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Риск для кого?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4. </w:t>
      </w:r>
      <w:r>
        <w:rPr>
          <w:b w:val="false"/>
          <w:i w:val="false"/>
        </w:rPr>
        <w:t>Для сверхобщества.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Тогда спросите сверхобщество. Я была его женой — да, именно женой, можете исправить термин в протоколе потом. Мне нужно слово, в котором помещаются пять лет общего запаха постели, раздражения, чашек, привычек и разговоров, а не только юридическая схема парности.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8. </w:t>
      </w:r>
      <w:r>
        <w:rPr>
          <w:b w:val="false"/>
          <w:i w:val="false"/>
        </w:rPr>
        <w:t>Парным пользователем.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Вот видите. Даже это вы хотите исправить после того, как оно случилось.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2. </w:t>
      </w:r>
      <w:r>
        <w:rPr>
          <w:b w:val="false"/>
          <w:i w:val="false"/>
        </w:rPr>
        <w:t>Он причинял вам страдание?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2. </w:t>
      </w:r>
      <w:r>
        <w:rPr>
          <w:b w:val="false"/>
          <w:i w:val="false"/>
        </w:rPr>
        <w:t>Значит, опасен.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Вы тоже.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ИФ. </w:t>
      </w:r>
      <w:r>
        <w:rPr>
          <w:b w:val="false"/>
          <w:i w:val="false"/>
        </w:rPr>
        <w:t>Но я не хочу жить в мире, где причинённая боль автоматически ставит человека вне закона.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Свидетель второй: универсальный приятель Энд.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Дружище сложный. Я понимаю, что это ужасно нефункциональная характеристика, но если сейчас начну формализовать, получится список симптомов, а список симптомов — это человек после того, как из него вынули время. Он спорит, раздражает, иногда несёт чушь, иногда первым замечает то, на что остальные уже перестали смотреть. Вот так и запишите, если влезет.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5. </w:t>
      </w:r>
      <w:r>
        <w:rPr>
          <w:b w:val="false"/>
          <w:i w:val="false"/>
        </w:rPr>
        <w:t>Формализуйте.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Нельзя. Не потому, что данных мало. Потому что, если формализовать достаточно хорошо, вы получите совсем другого человека — очень удобного для отчёта и совершенно непригодного для дружбы.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5. </w:t>
      </w:r>
      <w:r>
        <w:rPr>
          <w:b w:val="false"/>
          <w:i w:val="false"/>
        </w:rPr>
        <w:t>Тогда свидетельство непригодно.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Вот поэтому он вам и нужен. Не как исключение, которое надо уничтожить или обожать, а как неудобная проверка: если система не умеет описать одного человека без потери, может, проблема не только в человеке.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Поясните.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Если всё заранее пригодно, вы однажды перестаёте понимать разницу между инструментом и мусором. У меня дома есть ящик таких вещей. Половина бесполезна. Вторая половина становится полезной только после того, как сломалось что-то, чего никто не планировал.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Вы изменились.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ЭНД. </w:t>
      </w:r>
      <w:r>
        <w:rPr>
          <w:b w:val="false"/>
          <w:i w:val="false"/>
        </w:rPr>
        <w:t>Общение портит.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Свидетель третий: Фор.</w:t>
      </w:r>
    </w:p>
    <w:p>
      <w:pPr>
        <w:pStyle w:val="StageDirection"/>
        <w:jc w:val="left"/>
        <w:rPr/>
      </w:pPr>
      <w:r>
        <w:rPr>
          <w:b w:val="false"/>
          <w:i/>
        </w:rPr>
        <w:t>ФОР появляется без Маски Соответствия.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Я помогла вам его поймать — да, поймать. Сначала мне нравилось ваше слово «вовлечь»: оно позволяло представить, что я всего лишь открываю дверь, а не закрываю её за человеком. Теперь я предпочитаю точные слова, даже когда от них хуже выгляжу.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1. </w:t>
      </w:r>
      <w:r>
        <w:rPr>
          <w:b w:val="false"/>
          <w:i w:val="false"/>
        </w:rPr>
        <w:t>Поймать?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Да. Именно поймать. Вы предпочитаете «вовлечь».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10. </w:t>
      </w:r>
      <w:r>
        <w:rPr>
          <w:b w:val="false"/>
          <w:i w:val="false"/>
        </w:rPr>
        <w:t>Вы считаете себя виновной?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Иногда. Вина у меня не включается вместе со светом и не горит одинаково весь день. Иногда я уверена, что сделала то, что должна была. Иногда просыпаюсь и думаю: я просто испугалась собственного желания и передала его вам на хранение.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10. </w:t>
      </w:r>
      <w:r>
        <w:rPr>
          <w:b w:val="false"/>
          <w:i w:val="false"/>
        </w:rPr>
        <w:t>Ответ должен быть однозначным.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Тогда нет.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Видите, как просто получить ложь? Надо только потребовать однозначности. Человек очень быстро понимает, какой из двух ответов быстрее откроет дверь.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12. </w:t>
      </w:r>
      <w:r>
        <w:rPr>
          <w:b w:val="false"/>
          <w:i w:val="false"/>
        </w:rPr>
        <w:t>Что вы предлагаете?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Ничего.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12. </w:t>
      </w:r>
      <w:r>
        <w:rPr>
          <w:b w:val="false"/>
          <w:i w:val="false"/>
        </w:rPr>
        <w:t>Неприемлемо.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А он хотя бы что-то предлагал. Поэтому и сидит здесь.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6. </w:t>
      </w:r>
      <w:r>
        <w:rPr>
          <w:b w:val="false"/>
          <w:i w:val="false"/>
        </w:rPr>
        <w:t>Вы любите объект N1685668?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Вы опять хотите единицу в поле.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6. </w:t>
      </w:r>
      <w:r>
        <w:rPr>
          <w:b w:val="false"/>
          <w:i w:val="false"/>
        </w:rPr>
        <w:t>Да или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Сейчас — да. И мне важно, что это «сейчас» не делает чувство меньше. Оно просто не заставляет меня завтра подписываться под тем, чего я ещё не чувствую.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6. </w:t>
      </w:r>
      <w:r>
        <w:rPr>
          <w:b w:val="false"/>
          <w:i w:val="false"/>
        </w:rPr>
        <w:t>А через минуту?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ФОР. </w:t>
      </w:r>
      <w:r>
        <w:rPr>
          <w:b w:val="false"/>
          <w:i w:val="false"/>
        </w:rPr>
        <w:t>Узнаем через минуту.</w:t>
      </w:r>
    </w:p>
    <w:p>
      <w:pPr>
        <w:pStyle w:val="StageDirection"/>
        <w:jc w:val="left"/>
        <w:rPr/>
      </w:pPr>
      <w:r>
        <w:rPr>
          <w:b w:val="false"/>
          <w:i/>
        </w:rPr>
        <w:t>ОПЕРАТОР собирается выдержать ровно шестьдесят секунд, но не выдерживает и пяти.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Свидетельства приняты.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Какая нетерпеливая вечность.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Голосование.</w:t>
      </w:r>
    </w:p>
    <w:p>
      <w:pPr>
        <w:pStyle w:val="StageDirection"/>
        <w:jc w:val="left"/>
        <w:rPr/>
      </w:pPr>
      <w:r>
        <w:rPr>
          <w:b w:val="false"/>
          <w:i/>
        </w:rPr>
        <w:t>На экране двенадцать точек загораются одна за другой.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Решение принято.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5. </w:t>
      </w:r>
      <w:r>
        <w:rPr>
          <w:b w:val="false"/>
          <w:i w:val="false"/>
        </w:rPr>
        <w:t>Единогласно?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5. </w:t>
      </w:r>
      <w:r>
        <w:rPr>
          <w:b w:val="false"/>
          <w:i w:val="false"/>
        </w:rPr>
        <w:t>Тогда почему принято?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Большинством.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3. </w:t>
      </w:r>
      <w:r>
        <w:rPr>
          <w:b w:val="false"/>
          <w:i w:val="false"/>
        </w:rPr>
        <w:t>Старый добрый архаизм.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Переместить объект N1685668 на Территорию странности. Поиск бозона прекратить. Наблюдение продолжить.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ХРАНИТЕЛЬ 7. </w:t>
      </w:r>
      <w:r>
        <w:rPr>
          <w:b w:val="false"/>
          <w:i w:val="false"/>
        </w:rPr>
        <w:t>То есть мы больше не знаем, что ищем, но продолжаем смотреть.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Именно.</w:t>
      </w:r>
    </w:p>
    <w:p>
      <w:pPr>
        <w:pStyle w:val="Heading2"/>
        <w:rPr/>
      </w:pPr>
      <w:r>
        <w:rPr/>
        <w:t>СЕАНС 11. ТЕРРИТОРИЯ СТРАННОСТИ</w:t>
      </w:r>
    </w:p>
    <w:p>
      <w:pPr>
        <w:pStyle w:val="StageDirection"/>
        <w:jc w:val="left"/>
        <w:rPr/>
      </w:pPr>
      <w:r>
        <w:rPr>
          <w:b w:val="false"/>
          <w:i/>
        </w:rPr>
        <w:t>Звук самолёта. Затем ничего эффектного: тот же шестиугольник, тот же стол, только мебель разнесена несимметрично. Впервые предметы не образуют систему.</w:t>
      </w:r>
    </w:p>
    <w:p>
      <w:pPr>
        <w:pStyle w:val="Normal"/>
        <w:jc w:val="center"/>
        <w:rPr/>
      </w:pPr>
      <w:r>
        <w:rPr>
          <w:b/>
          <w:i w:val="false"/>
        </w:rPr>
        <w:t>ЭКРАН: ЛОКАЦИЯ: ТЕРРИТОРИЯ СТРАННОСТИ • ИНДЕКС НОРМАЛЬНОСТИ: НЕ ПРИМЕНЯЕТСЯ</w:t>
      </w:r>
    </w:p>
    <w:p>
      <w:pPr>
        <w:pStyle w:val="StageDirection"/>
        <w:jc w:val="left"/>
        <w:rPr/>
      </w:pPr>
      <w:r>
        <w:rPr>
          <w:b w:val="false"/>
          <w:i/>
        </w:rPr>
        <w:t>ЭЛЗ входит с маленьким пакетом. Его встречает ИФ в роли КУПОК — или отдельная героиня в исполнении той же актрисы. На ней нет маски.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Имя?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N1685668.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Это номер.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Элз.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Это имя, которое тебе дали.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здесь надо придумать новое?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 надо.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Можно?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Можно не придумывать.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здесь делают?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По-разному.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 смысле?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Некоторые выращивают еду. Некоторые чинят вещи вместо печати. Некоторые ругаются. Некоторые возвращаются.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это разрешено?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Кем?</w:t>
      </w:r>
    </w:p>
    <w:p>
      <w:pPr>
        <w:pStyle w:val="StageDirection"/>
        <w:jc w:val="left"/>
        <w:rPr/>
      </w:pPr>
      <w:r>
        <w:rPr>
          <w:b w:val="false"/>
          <w:i/>
        </w:rPr>
        <w:t>ЭЛЗ не отвечает.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Правила есть. Не убивать. Не лишать другого возможности уйти. Не заставлять другого соглашаться. Остальное обсуждается.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главный?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Сегодня никто.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завтра?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 знаю.</w:t>
      </w:r>
    </w:p>
    <w:p>
      <w:pPr>
        <w:pStyle w:val="StageDirection"/>
        <w:jc w:val="left"/>
        <w:rPr/>
      </w:pPr>
      <w:r>
        <w:rPr>
          <w:b w:val="false"/>
          <w:i/>
        </w:rPr>
        <w:t>ЭЛЗ улыбается.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 надо делать из этого религию.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Из чего?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Из «не знаю». У нас уже был один такой. Довёл всех.</w:t>
      </w:r>
    </w:p>
    <w:p>
      <w:pPr>
        <w:pStyle w:val="StageDirection"/>
        <w:jc w:val="left"/>
        <w:rPr/>
      </w:pPr>
      <w:r>
        <w:rPr>
          <w:b w:val="false"/>
          <w:i/>
        </w:rPr>
        <w:t>Вдалеке слышен смех — неясно, Фор ли это, Вэн или кто-то новый.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Здесь Фор?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Может быть.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Иф?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Может быть.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Вэн?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Может быть.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 не скажешь?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Потому что тогда ты сразу начнёшь жить по ответу.</w:t>
      </w:r>
    </w:p>
    <w:p>
      <w:pPr>
        <w:pStyle w:val="StageDirection"/>
        <w:jc w:val="left"/>
        <w:rPr/>
      </w:pPr>
      <w:r>
        <w:rPr>
          <w:b w:val="false"/>
          <w:i/>
        </w:rPr>
        <w:t>Пауза. КУПОК протягивает ему пустой лист бумаги и карандаш.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это?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 знаю. Ты же хотел писать сам.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давно не писал рукой.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Тогда получится плохо.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Спасибо.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За 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За гарантию.</w:t>
      </w:r>
    </w:p>
    <w:p>
      <w:pPr>
        <w:pStyle w:val="StageDirection"/>
        <w:jc w:val="left"/>
        <w:rPr/>
      </w:pPr>
      <w:r>
        <w:rPr>
          <w:b w:val="false"/>
          <w:i/>
        </w:rPr>
        <w:t>ЭЛЗ садится. Пытается написать. Карандаш скребёт бумагу. Первая линия кривая. Он смотрит на неё как на событие.</w:t>
      </w:r>
    </w:p>
    <w:p>
      <w:pPr>
        <w:pStyle w:val="Heading3"/>
        <w:rPr/>
      </w:pPr>
      <w:r>
        <w:rPr/>
        <w:t>ПЕРВЫЙ ДЕНЬ</w:t>
      </w:r>
    </w:p>
    <w:p>
      <w:pPr>
        <w:pStyle w:val="StageDirection"/>
        <w:jc w:val="left"/>
        <w:rPr/>
      </w:pPr>
      <w:r>
        <w:rPr>
          <w:b w:val="false"/>
          <w:i/>
        </w:rPr>
        <w:t>Начинается первый полный день ЭЛЗ на Территории странности. Без монтажного ускорения: несколько простых действий должны занять реальное сценическое время.</w:t>
      </w:r>
    </w:p>
    <w:p>
      <w:pPr>
        <w:pStyle w:val="StageDirection"/>
        <w:jc w:val="left"/>
        <w:rPr/>
      </w:pPr>
      <w:r>
        <w:rPr>
          <w:b w:val="false"/>
          <w:i/>
        </w:rPr>
        <w:t>КУПОК приносит сломанный стул.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Починишь?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не умею.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Я тоже.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Тогда зачем мне?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Потому что я вчера пробовала.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Сломала сильнее.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Убедительный аргумент.</w:t>
      </w:r>
    </w:p>
    <w:p>
      <w:pPr>
        <w:pStyle w:val="StageDirection"/>
        <w:jc w:val="left"/>
        <w:rPr/>
      </w:pPr>
      <w:r>
        <w:rPr>
          <w:b w:val="false"/>
          <w:i/>
        </w:rPr>
        <w:t>Они рассматривают стул. Никакой инструкции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Где крепёж?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Клей?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Кончился.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Принтер?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Есть общий. Два часа электричества вечером. Можно напечатать деталь.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почему не новый стул?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Можно. Но этот жалко.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неэффективно.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Очень.</w:t>
      </w:r>
    </w:p>
    <w:p>
      <w:pPr>
        <w:pStyle w:val="StageDirection"/>
        <w:jc w:val="left"/>
        <w:rPr/>
      </w:pPr>
      <w:r>
        <w:rPr>
          <w:b w:val="false"/>
          <w:i/>
        </w:rPr>
        <w:t>ЭЛЗ смеётся. Они связывают ножку чем-то неподходящим. Стул стоит криво.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Готово.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Но стоит.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Пока.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Значит, пока готово.</w:t>
      </w:r>
    </w:p>
    <w:p>
      <w:pPr>
        <w:pStyle w:val="StageDirection"/>
        <w:jc w:val="left"/>
        <w:rPr/>
      </w:pPr>
      <w:r>
        <w:rPr>
          <w:b w:val="false"/>
          <w:i/>
        </w:rPr>
        <w:t>КУПОК осторожно садится. Стул выдерживает.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Поздравляю. Ты создал вещь хуже прежней.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Сам.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Это здесь быстро проходит.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Восторг от собственного несовершенства. Потом остаётся просто работа.</w:t>
      </w:r>
    </w:p>
    <w:p>
      <w:pPr>
        <w:pStyle w:val="StageDirection"/>
        <w:jc w:val="left"/>
        <w:rPr/>
      </w:pPr>
      <w:r>
        <w:rPr>
          <w:b w:val="false"/>
          <w:i/>
        </w:rPr>
        <w:t>Вдали начинается спор двух невидимых людей.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1. </w:t>
      </w:r>
      <w:r>
        <w:rPr>
          <w:b w:val="false"/>
          <w:i w:val="false"/>
        </w:rPr>
        <w:t>Ты обещал воду утром!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Я не обещал, я сказал «постараюсь»!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вас конфликт.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У нас несколько.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решает?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Сначала орут. Потом собираются. Иногда решают. Иногда 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система не вмешивается?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Иногда мы сами просим её посчитать. Она хорошо считает.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Вы пользуетесь ГКП?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А ты хотел выкинуть всё полезное только потому, что оно однажды стало властью?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Так лучше.</w:t>
      </w:r>
    </w:p>
    <w:p>
      <w:pPr>
        <w:pStyle w:val="StageDirection"/>
        <w:jc w:val="left"/>
        <w:rPr/>
      </w:pPr>
      <w:r>
        <w:rPr>
          <w:b w:val="false"/>
          <w:i/>
        </w:rPr>
        <w:t>Пауза.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Можно отсюда уйти?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Куда?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Назад. В другую территорию. К морю. На Луну, если совсем дурак.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многие возвращаются?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Конечно.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Потому что свобода утомляет. Потому что болеют. Потому что скучают по горячей воде. Потому что любят тех, кто остался. Потому что здесь тоже появляются правила и идиоты. Потому что человек способен привыкнуть даже к отсутствию привычки.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ты?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Я три раза возвращалась.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Куда?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Туда. Потом сюда.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Почему снова здесь?</w:t>
      </w:r>
    </w:p>
    <w:p>
      <w:pPr>
        <w:pStyle w:val="StageDirection"/>
        <w:jc w:val="left"/>
        <w:rPr/>
      </w:pPr>
      <w:r>
        <w:rPr>
          <w:b w:val="false"/>
          <w:i/>
        </w:rPr>
        <w:t>КУПОК думает без театральной загадочности.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Там я слишком быстро знала, что скажу завтра.</w:t>
      </w:r>
    </w:p>
    <w:p>
      <w:pPr>
        <w:pStyle w:val="StageDirection"/>
        <w:jc w:val="left"/>
        <w:rPr/>
      </w:pPr>
      <w:r>
        <w:rPr>
          <w:b w:val="false"/>
          <w:i/>
        </w:rPr>
        <w:t>Она отдаёт ему карандаш.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А здесь иногда не знаю.</w:t>
      </w:r>
    </w:p>
    <w:p>
      <w:pPr>
        <w:pStyle w:val="StageDirection"/>
        <w:jc w:val="left"/>
        <w:rPr/>
      </w:pPr>
      <w:r>
        <w:rPr>
          <w:b w:val="false"/>
          <w:i/>
        </w:rPr>
        <w:t>КУПОК уходит. ЭЛЗ остаётся с кое-как починенным стулом, бумагой и карандашом.</w:t>
      </w:r>
    </w:p>
    <w:p>
      <w:pPr>
        <w:pStyle w:val="Heading3"/>
        <w:rPr/>
      </w:pPr>
      <w:r>
        <w:rPr>
          <w:b/>
        </w:rPr>
        <w:t>ПЕРВЫЙ ВЕЧЕР</w:t>
      </w:r>
    </w:p>
    <w:p>
      <w:pPr>
        <w:pStyle w:val="StageDirection"/>
        <w:jc w:val="left"/>
        <w:rPr/>
      </w:pPr>
      <w:r>
        <w:rPr>
          <w:b w:val="false"/>
          <w:i/>
        </w:rPr>
        <w:t>После первого дня свет меняется почти незаметно. Никакой сигнал не сообщает, что наступил вечер. ЭЛЗ замечает это по длине собственной тени.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Который час?</w:t>
      </w:r>
    </w:p>
    <w:p>
      <w:pPr>
        <w:pStyle w:val="StageDirection"/>
        <w:jc w:val="left"/>
        <w:rPr/>
      </w:pPr>
      <w:r>
        <w:rPr>
          <w:b w:val="false"/>
          <w:i/>
        </w:rPr>
        <w:t>Тишина.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Непривычно.</w:t>
      </w:r>
    </w:p>
    <w:p>
      <w:pPr>
        <w:pStyle w:val="StageDirection"/>
        <w:jc w:val="left"/>
        <w:rPr/>
      </w:pPr>
      <w:r>
        <w:rPr>
          <w:b w:val="false"/>
          <w:i/>
        </w:rPr>
        <w:t>КУПОК приносит две кружки разного размера. В одной вода, в другой что-то похожее на чай.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Выбирай.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где?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 знаю. Я перепутала.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сделала это специально?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Если скажу «да», станет интереснее?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Тогда нет.</w:t>
      </w:r>
    </w:p>
    <w:p>
      <w:pPr>
        <w:pStyle w:val="StageDirection"/>
        <w:jc w:val="left"/>
        <w:rPr/>
      </w:pPr>
      <w:r>
        <w:rPr>
          <w:b w:val="false"/>
          <w:i/>
        </w:rPr>
        <w:t>ЭЛЗ берёт одну кружку. Пробует. Морщится.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Вода?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Хуже.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Значит, чай.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Здесь всё так?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Как?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Сломано.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Работает недостаточно хорошо.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и есть свобода?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Нет. Это плохой чай.</w:t>
      </w:r>
    </w:p>
    <w:p>
      <w:pPr>
        <w:pStyle w:val="StageDirection"/>
        <w:jc w:val="left"/>
        <w:rPr/>
      </w:pPr>
      <w:r>
        <w:rPr>
          <w:b w:val="false"/>
          <w:i/>
        </w:rPr>
        <w:t>Где-то далеко спорят двое.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1. </w:t>
      </w:r>
      <w:r>
        <w:rPr>
          <w:b w:val="false"/>
          <w:i w:val="false"/>
        </w:rPr>
        <w:t>Ты обещал воду утром!</w:t>
      </w:r>
    </w:p>
    <w:p>
      <w:pPr>
        <w:pStyle w:val="Normal"/>
        <w:jc w:val="left"/>
        <w:rPr/>
      </w:pPr>
      <w:r>
        <w:rPr>
          <w:b/>
          <w:i w:val="false"/>
        </w:rPr>
        <w:t xml:space="preserve">ГОЛОС 2. </w:t>
      </w:r>
      <w:r>
        <w:rPr>
          <w:b w:val="false"/>
          <w:i w:val="false"/>
        </w:rPr>
        <w:t>Я сказал, что постараюсь!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У вас конфликты.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У нас люди.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Пользователи.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Некоторые продолжают так себя называть. Некоторые называют себя людьми. Один зовёт себя «Господин Картофель». Никто не мешает.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что меняется?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Иногда ничего. Это тоже разрешено.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Кто принимает решения?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Смотря какие.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Общие.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Собираемся.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Голосуете?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Иногда.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решение плохое?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Живём с ним, пока не станет достаточно плохо.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Неэффективно.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Очень.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Опасно.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Бывает.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И вы не хотите исправить систему?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Какую?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Вашу.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Как только она станет «нашей системой», кто-нибудь обязательно захочет, чтобы она была одна.</w:t>
      </w:r>
    </w:p>
    <w:p>
      <w:pPr>
        <w:pStyle w:val="StageDirection"/>
        <w:jc w:val="left"/>
        <w:rPr/>
      </w:pPr>
      <w:r>
        <w:rPr>
          <w:b w:val="false"/>
          <w:i/>
        </w:rPr>
        <w:t>КУПОК садится на землю. ЭЛЗ не сразу, но тоже.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думал, по ту сторону границы будет ответ.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За границей обычно другая сторона границы.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Я пять лет хотел выйти.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А теперь?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Теперь не знаю, что делать с выходом.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Начни с ужина.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будет?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Если повезёт — картошка.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А если не повезёт?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Что-нибудь запоминающееся.</w:t>
      </w:r>
    </w:p>
    <w:p>
      <w:pPr>
        <w:pStyle w:val="StageDirection"/>
        <w:jc w:val="left"/>
        <w:rPr/>
      </w:pPr>
      <w:r>
        <w:rPr>
          <w:b w:val="false"/>
          <w:i/>
        </w:rPr>
        <w:t>ЭЛЗ смеётся. Не потому что смешно — потому что исход неизвестен.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Завтра тебе дадут работу.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Какую?</w:t>
      </w:r>
    </w:p>
    <w:p>
      <w:pPr>
        <w:pStyle w:val="Normal"/>
        <w:jc w:val="left"/>
        <w:rPr/>
      </w:pPr>
      <w:r>
        <w:rPr>
          <w:b/>
          <w:i w:val="false"/>
        </w:rPr>
        <w:t xml:space="preserve">КУПОК. </w:t>
      </w:r>
      <w:r>
        <w:rPr>
          <w:b w:val="false"/>
          <w:i w:val="false"/>
        </w:rPr>
        <w:t>Не знаю.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Наконец-то профессиональный ответ.</w:t>
      </w:r>
    </w:p>
    <w:p>
      <w:pPr>
        <w:pStyle w:val="StageDirection"/>
        <w:jc w:val="left"/>
        <w:rPr/>
      </w:pPr>
      <w:r>
        <w:rPr>
          <w:b w:val="false"/>
          <w:i/>
        </w:rPr>
        <w:t>КУПОК уходит. ЭЛЗ остаётся с пустым листом. Только теперь пустота Тайм-Трэка перестаёт быть эффектом и становится задачей.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Учёт времени по Тайм-Трэку в данной зоне не требуется.</w:t>
      </w:r>
    </w:p>
    <w:p>
      <w:pPr>
        <w:pStyle w:val="StageDirection"/>
        <w:jc w:val="left"/>
        <w:rPr/>
      </w:pPr>
      <w:r>
        <w:rPr>
          <w:b w:val="false"/>
          <w:i/>
        </w:rPr>
        <w:t>ЭЛЗ поднимает голову. Голос системы здесь звучит слабее, как далёкая радиостанция.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Ты всё-таки здесь.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Наблюдение не является присутствием.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Это мы ещё проверим.</w:t>
      </w:r>
    </w:p>
    <w:p>
      <w:pPr>
        <w:pStyle w:val="Normal"/>
        <w:jc w:val="left"/>
        <w:rPr/>
      </w:pPr>
      <w:r>
        <w:rPr>
          <w:b/>
          <w:i w:val="false"/>
        </w:rPr>
        <w:t xml:space="preserve">ОПЕРАТОР. </w:t>
      </w:r>
      <w:r>
        <w:rPr>
          <w:b w:val="false"/>
          <w:i w:val="false"/>
        </w:rPr>
        <w:t>Фраза распознана как…</w:t>
      </w:r>
    </w:p>
    <w:p>
      <w:pPr>
        <w:pStyle w:val="StageDirection"/>
        <w:jc w:val="left"/>
        <w:rPr/>
      </w:pPr>
      <w:r>
        <w:rPr>
          <w:b w:val="false"/>
          <w:i/>
        </w:rPr>
        <w:t>Сбой. Голос обрывается.</w:t>
      </w:r>
    </w:p>
    <w:p>
      <w:pPr>
        <w:pStyle w:val="StageDirection"/>
        <w:jc w:val="left"/>
        <w:rPr/>
      </w:pPr>
      <w:r>
        <w:rPr>
          <w:b w:val="false"/>
          <w:i/>
        </w:rPr>
        <w:t>ЭЛЗ остаётся с пустым листом. На экране появляется Тайм-Трэк, но впервые без заполненных дел. Только текущее время.</w:t>
      </w:r>
    </w:p>
    <w:p>
      <w:pPr>
        <w:pStyle w:val="Normal"/>
        <w:jc w:val="center"/>
        <w:rPr/>
      </w:pPr>
      <w:r>
        <w:rPr>
          <w:b/>
          <w:i w:val="false"/>
        </w:rPr>
        <w:t>ЭКРАН: 21:01–__:__</w:t>
      </w:r>
    </w:p>
    <w:p>
      <w:pPr>
        <w:pStyle w:val="StageDirection"/>
        <w:jc w:val="left"/>
        <w:rPr/>
      </w:pPr>
      <w:r>
        <w:rPr>
          <w:b w:val="false"/>
          <w:i/>
        </w:rPr>
        <w:t>Секунды идут. Никаких подписей. ЭЛЗ долго не пишет.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Что было, то будет…</w:t>
      </w:r>
    </w:p>
    <w:p>
      <w:pPr>
        <w:pStyle w:val="StageDirection"/>
        <w:jc w:val="left"/>
        <w:rPr/>
      </w:pPr>
      <w:r>
        <w:rPr>
          <w:b w:val="false"/>
          <w:i/>
        </w:rPr>
        <w:t>Он останавливается на знакомой формуле. Не договаривает.</w:t>
      </w:r>
    </w:p>
    <w:p>
      <w:pPr>
        <w:pStyle w:val="Normal"/>
        <w:jc w:val="left"/>
        <w:rPr/>
      </w:pPr>
      <w:r>
        <w:rPr>
          <w:b/>
          <w:i w:val="false"/>
        </w:rPr>
        <w:t xml:space="preserve">ЭЛЗ. </w:t>
      </w:r>
      <w:r>
        <w:rPr>
          <w:b w:val="false"/>
          <w:i w:val="false"/>
        </w:rPr>
        <w:t>Нет.</w:t>
      </w:r>
    </w:p>
    <w:p>
      <w:pPr>
        <w:pStyle w:val="StageDirection"/>
        <w:jc w:val="left"/>
        <w:rPr/>
      </w:pPr>
      <w:r>
        <w:rPr>
          <w:b w:val="false"/>
          <w:i/>
        </w:rPr>
        <w:t>Пишет первое слово. Зритель его не видит.</w:t>
      </w:r>
    </w:p>
    <w:p>
      <w:pPr>
        <w:pStyle w:val="Normal"/>
        <w:jc w:val="center"/>
        <w:rPr/>
      </w:pPr>
      <w:r>
        <w:rPr>
          <w:b/>
          <w:i w:val="false"/>
        </w:rPr>
        <w:t>ЭКРАН: БУДУЩЕЕ НЕ ЗАПОЛНЕНО</w:t>
      </w:r>
    </w:p>
    <w:p>
      <w:pPr>
        <w:pStyle w:val="StageDirection"/>
        <w:jc w:val="left"/>
        <w:rPr/>
      </w:pPr>
      <w:r>
        <w:rPr>
          <w:b w:val="false"/>
          <w:i/>
        </w:rPr>
        <w:t>Никто не выключает экран.</w:t>
      </w:r>
    </w:p>
    <w:p>
      <w:pPr>
        <w:pStyle w:val="Heading1"/>
        <w:rPr/>
      </w:pPr>
      <w:r>
        <w:rPr/>
        <w:t>КОНЕЦ</w:t>
      </w:r>
    </w:p>
    <w:p>
      <w:pPr>
        <w:pStyle w:val="Heading1"/>
        <w:rPr/>
      </w:pPr>
      <w:r>
        <w:rPr/>
        <w:t>ПРИМЕЧАНИЕ ДЛЯ ПОСТАНОВКИ</w:t>
      </w:r>
    </w:p>
    <w:p>
      <w:pPr>
        <w:pStyle w:val="Normal"/>
        <w:rPr/>
      </w:pPr>
      <w:r>
        <w:rPr>
          <w:b/>
        </w:rPr>
        <w:t>Спектакль не требует дорогой цифровой сценографии. Главный технологический эффект</w:t>
      </w:r>
      <w:r>
        <w:rPr>
          <w:b w:val="false"/>
        </w:rPr>
        <w:t xml:space="preserve"> — ощущение, что спектакль знает о человеке чуть больше, чем тот успел сообщить о себе. Камера может снимать только актёров; «лица зрителей» на экране должны быть заранее подготовленными образами.</w:t>
      </w:r>
    </w:p>
    <w:p>
      <w:pPr>
        <w:pStyle w:val="Normal"/>
        <w:rPr/>
      </w:pPr>
      <w:r>
        <w:rPr/>
        <w:t>Ключевой конфликт — не «человек против злой машины». ГКП удобна, разумна, исторически объяснима и во многом гуманна. Страшной она становится там, где лишает человека возможности совершить необратимую ошибку, встретиться с неопределённым будущим и принять личную ответственность. Но Территория странности тоже не должна выглядеть готовой утопией: свобода там грязна, неудобна, полна конфликтов и не даёт гарантий.</w:t>
      </w:r>
    </w:p>
    <w:p>
      <w:pPr>
        <w:pStyle w:val="Normal"/>
        <w:rPr/>
      </w:pPr>
      <w:r>
        <w:rPr/>
        <w:t>В постановке важно играть не жанр «фантастики», а узнаваемый сегодняшний быт, доведённый до логического предела. Комическое должно предшествовать тревоге. Чем нормальнее и вежливее система, тем сильнее её давление.</w:t>
      </w:r>
    </w:p>
    <w:p>
      <w:pPr>
        <w:pStyle w:val="Normal"/>
        <w:rPr/>
      </w:pPr>
      <w:r>
        <w:rPr/>
        <w:t>ОПЕРАТОР не злодей и не искусственный интеллект с характером. Он — синтез правил, статистики, заботы, бюрократии и коллективной привычки. Чем ближе финал, тем меньше в нём уверенности и тем больше пауз.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Финал не утверждает победу Элз. Он впервые получает не свободу как готовое состояние, а пустое поле, которое нельзя заполнить заранее. Его задача — выдержать это поле.</w:t>
      </w:r>
    </w:p>
    <w:sectPr>
      <w:type w:val="nextPage"/>
      <w:pgSz w:w="12240" w:h="15840"/>
      <w:pgMar w:left="1247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Calibri">
    <w:charset w:val="01"/>
    <w:family w:val="roman"/>
    <w:pitch w:val="default"/>
  </w:font>
  <w:font w:name="Courier">
    <w:altName w:val="Courier New"/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rial" w:hAnsi="Arial" w:eastAsia="Arial" w:cs="" w:cstheme="minorBid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i w:val="false"/>
      <w:color w:themeColor="accent1" w:val="4F81B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themeColor="text2" w:themeShade="bf" w:val="17365D"/>
      <w:spacing w:val="5"/>
      <w:kern w:val="2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StageDirection" w:customStyle="1">
    <w:name w:val="Stage Direction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" w:cstheme="minorBidi"/>
      <w:i/>
      <w:color w:val="auto"/>
      <w:kern w:val="0"/>
      <w:sz w:val="20"/>
      <w:szCs w:val="22"/>
      <w:lang w:val="en-US" w:eastAsia="en-US" w:bidi="ar-SA"/>
    </w:rPr>
  </w:style>
  <w:style w:type="paragraph" w:styleId="Character" w:customStyle="1">
    <w:name w:val="Character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" w:cstheme="minorBidi"/>
      <w:b/>
      <w:color w:val="auto"/>
      <w:kern w:val="0"/>
      <w:sz w:val="22"/>
      <w:szCs w:val="22"/>
      <w:lang w:val="en-US" w:eastAsia="en-US" w:bidi="ar-SA"/>
    </w:rPr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LibreOffice/25.2.3.2$Linux_X86_64 LibreOffice_project/520$Build-2</Application>
  <AppVersion>15.0000</AppVersion>
  <Pages>64</Pages>
  <Words>13517</Words>
  <Characters>77420</Characters>
  <CharactersWithSpaces>89394</CharactersWithSpaces>
  <Paragraphs>1723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2026-08-26T08:47:14Z</dcterms:created>
  <dc:creator/>
  <dc:description/>
  <dc:language>ru-RU</dc:language>
  <cp:lastModifiedBy/>
  <dcterms:modified xsi:type="dcterms:W3CDTF">2026-09-13T14:59:44Z</dcterms:modified>
  <cp:revision>2</cp:revision>
  <dc:subject/>
  <dc:title>Тайм-Трэк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