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rPr>
          <w:lang w:val="ru-RU"/>
        </w:rPr>
      </w:pPr>
      <w:r>
        <w:rPr>
          <w:lang w:val="ru-RU"/>
        </w:rPr>
        <w:t>Байсула Некошева</w:t>
      </w:r>
    </w:p>
    <w:p>
      <w:pPr>
        <w:pStyle w:val="Title"/>
        <w:jc w:val="center"/>
        <w:rPr>
          <w:lang w:val="ru-RU"/>
        </w:rPr>
      </w:pPr>
      <w:r>
        <w:rPr>
          <w:lang w:val="ru-RU"/>
        </w:rPr>
        <w:t>ЖЕНЩИНЫ, ПРИБЛИЗИВШИЕ ПОБЕДУ</w:t>
      </w:r>
    </w:p>
    <w:p>
      <w:pPr>
        <w:pStyle w:val="Normal"/>
        <w:jc w:val="center"/>
        <w:rPr>
          <w:lang w:val="ru-RU"/>
        </w:rPr>
      </w:pPr>
      <w:r>
        <w:rPr>
          <w:i/>
          <w:lang w:val="ru-RU"/>
        </w:rPr>
        <w:t>Посвящаю моим бабушкам —</w:t>
        <w:br/>
        <w:t>отцовской матери Шатиной Кабай</w:t>
        <w:br/>
        <w:t>и материнской матери Мюсовой Санаа —</w:t>
        <w:br/>
        <w:t>и всем МАТЕРЯМ</w:t>
      </w:r>
    </w:p>
    <w:p>
      <w:pPr>
        <w:pStyle w:val="Normal"/>
        <w:jc w:val="center"/>
        <w:rPr>
          <w:lang w:val="ru-RU"/>
        </w:rPr>
      </w:pPr>
      <w:r>
        <w:rPr>
          <w:i/>
          <w:lang w:val="ru-RU"/>
        </w:rPr>
        <w:t>(Камерная музыкальная драма в семи действиях)</w:t>
      </w:r>
    </w:p>
    <w:p>
      <w:pPr>
        <w:pStyle w:val="Heading2"/>
        <w:rPr>
          <w:lang w:val="ru-RU"/>
        </w:rPr>
      </w:pPr>
      <w:r>
        <w:rPr>
          <w:lang w:val="ru-RU"/>
        </w:rPr>
        <w:t>Действующие лица:</w:t>
      </w:r>
    </w:p>
    <w:p>
      <w:pPr>
        <w:pStyle w:val="Normal"/>
        <w:rPr>
          <w:lang w:val="ru-RU"/>
        </w:rPr>
      </w:pPr>
      <w:r>
        <w:rPr>
          <w:lang w:val="ru-RU"/>
        </w:rPr>
        <w:t>Кабай — старушка, 60 лет, мать Адучы.</w:t>
      </w:r>
    </w:p>
    <w:p>
      <w:pPr>
        <w:pStyle w:val="Normal"/>
        <w:rPr>
          <w:lang w:val="ru-RU"/>
        </w:rPr>
      </w:pPr>
      <w:r>
        <w:rPr>
          <w:lang w:val="ru-RU"/>
        </w:rPr>
        <w:t>Санаа — невестка, 30 лет, с маленьким сыном Паслеем, жена Адучы.</w:t>
      </w:r>
    </w:p>
    <w:p>
      <w:pPr>
        <w:pStyle w:val="Normal"/>
        <w:rPr>
          <w:lang w:val="ru-RU"/>
        </w:rPr>
      </w:pPr>
      <w:r>
        <w:rPr>
          <w:lang w:val="ru-RU"/>
        </w:rPr>
        <w:t>Сынару — девушка, 20 лет, дочь Кабай.</w:t>
      </w:r>
    </w:p>
    <w:p>
      <w:pPr>
        <w:pStyle w:val="Normal"/>
        <w:rPr>
          <w:lang w:val="ru-RU"/>
        </w:rPr>
      </w:pPr>
      <w:r>
        <w:rPr>
          <w:lang w:val="ru-RU"/>
        </w:rPr>
        <w:t>Адучы — 30-летний мужчина, сын Кабай.</w:t>
      </w:r>
    </w:p>
    <w:p>
      <w:pPr>
        <w:pStyle w:val="Normal"/>
        <w:rPr>
          <w:lang w:val="ru-RU"/>
        </w:rPr>
      </w:pPr>
      <w:r>
        <w:rPr>
          <w:lang w:val="ru-RU"/>
        </w:rPr>
        <w:t>Танабай — 30-летняя соседка-невестка, её зовут ещё Танашкой.</w:t>
      </w:r>
    </w:p>
    <w:p>
      <w:pPr>
        <w:pStyle w:val="Normal"/>
        <w:rPr>
          <w:lang w:val="ru-RU"/>
        </w:rPr>
      </w:pPr>
      <w:r>
        <w:rPr>
          <w:lang w:val="ru-RU"/>
        </w:rPr>
        <w:t>Öмöчи — 70-летняя соседка-старуха.</w:t>
      </w:r>
    </w:p>
    <w:p>
      <w:pPr>
        <w:pStyle w:val="Normal"/>
        <w:rPr>
          <w:lang w:val="ru-RU"/>
        </w:rPr>
      </w:pPr>
      <w:r>
        <w:rPr>
          <w:lang w:val="ru-RU"/>
        </w:rPr>
        <w:t>Карагыс — 50-летняя почтальонка.</w:t>
      </w:r>
    </w:p>
    <w:p>
      <w:pPr>
        <w:pStyle w:val="Normal"/>
        <w:rPr>
          <w:lang w:val="ru-RU"/>
        </w:rPr>
      </w:pPr>
      <w:r>
        <w:rPr>
          <w:lang w:val="ru-RU"/>
        </w:rPr>
        <w:t>Джинджи — 25-летняя невестка.</w:t>
      </w:r>
    </w:p>
    <w:p>
      <w:pPr>
        <w:pStyle w:val="Heading2"/>
        <w:rPr>
          <w:lang w:val="ru-RU"/>
        </w:rPr>
      </w:pPr>
      <w:r>
        <w:rPr>
          <w:lang w:val="ru-RU"/>
        </w:rPr>
        <w:t>Действие первое «ПРОВОДЫ»</w:t>
      </w:r>
    </w:p>
    <w:p>
      <w:pPr>
        <w:pStyle w:val="Normal"/>
        <w:rPr>
          <w:lang w:val="ru-RU"/>
        </w:rPr>
      </w:pPr>
      <w:r>
        <w:rPr>
          <w:i/>
          <w:lang w:val="ru-RU"/>
        </w:rPr>
        <w:t>(Внутри аила-юрты. Кабай раскладывает аарчы — сушёный сыр, сушит. Санаа укачивает ребёнка. Слышен голос Адучы.)</w:t>
      </w:r>
    </w:p>
    <w:p>
      <w:pPr>
        <w:pStyle w:val="Normal"/>
        <w:rPr>
          <w:lang w:val="ru-RU"/>
        </w:rPr>
      </w:pPr>
      <w:r>
        <w:rPr>
          <w:lang w:val="ru-RU"/>
        </w:rPr>
        <w:t>АДУЧЫ. Мать, Санаа, вы дома? (Входит)</w:t>
      </w:r>
    </w:p>
    <w:p>
      <w:pPr>
        <w:pStyle w:val="Normal"/>
        <w:rPr>
          <w:lang w:val="ru-RU"/>
        </w:rPr>
      </w:pPr>
      <w:r>
        <w:rPr>
          <w:lang w:val="ru-RU"/>
        </w:rPr>
        <w:t>АДУЧЫ. Война. Война началась.</w:t>
      </w:r>
    </w:p>
    <w:p>
      <w:pPr>
        <w:pStyle w:val="Normal"/>
        <w:rPr>
          <w:lang w:val="ru-RU"/>
        </w:rPr>
      </w:pPr>
      <w:r>
        <w:rPr>
          <w:b/>
          <w:lang w:val="ru-RU"/>
        </w:rPr>
        <w:t xml:space="preserve">КАБАЙ. </w:t>
      </w:r>
      <w:r>
        <w:rPr>
          <w:i/>
          <w:lang w:val="ru-RU"/>
        </w:rPr>
        <w:t xml:space="preserve">(не поднимая глаз) </w:t>
      </w:r>
      <w:r>
        <w:rPr>
          <w:lang w:val="ru-RU"/>
        </w:rPr>
        <w:t>Война? Какая война? Ты что сказал?</w:t>
      </w:r>
    </w:p>
    <w:p>
      <w:pPr>
        <w:pStyle w:val="Normal"/>
        <w:rPr>
          <w:lang w:val="ru-RU"/>
        </w:rPr>
      </w:pPr>
      <w:r>
        <w:rPr>
          <w:lang w:val="ru-RU"/>
        </w:rPr>
        <w:t>АДУЧЫ. Германские фашисты напали на нашу страну. Текеня, Айдыша, Мекеша, Темирея, отца забрали в военкомат. Завтра уходим.</w:t>
      </w:r>
    </w:p>
    <w:p>
      <w:pPr>
        <w:pStyle w:val="Normal"/>
        <w:rPr>
          <w:lang w:val="ru-RU"/>
        </w:rPr>
      </w:pPr>
      <w:r>
        <w:rPr>
          <w:b/>
          <w:lang w:val="ru-RU"/>
        </w:rPr>
        <w:t xml:space="preserve">КАБАЙ. </w:t>
      </w:r>
      <w:r>
        <w:rPr>
          <w:lang w:val="ru-RU"/>
        </w:rPr>
        <w:t xml:space="preserve">Как забрали? Какая быстрая весть. </w:t>
      </w:r>
      <w:r>
        <w:rPr>
          <w:i/>
          <w:lang w:val="ru-RU"/>
        </w:rPr>
        <w:t>(Кабай вскочила. Аарчы рассыпался. Старуха снова села.)</w:t>
      </w:r>
    </w:p>
    <w:p>
      <w:pPr>
        <w:pStyle w:val="Normal"/>
        <w:rPr>
          <w:lang w:val="ru-RU"/>
        </w:rPr>
      </w:pPr>
      <w:r>
        <w:rPr>
          <w:b/>
          <w:lang w:val="ru-RU"/>
        </w:rPr>
        <w:t xml:space="preserve">КАБАЙ. </w:t>
      </w:r>
      <w:r>
        <w:rPr>
          <w:lang w:val="ru-RU"/>
        </w:rPr>
        <w:t>Что ты сказал, сынок?</w:t>
      </w:r>
    </w:p>
    <w:p>
      <w:pPr>
        <w:pStyle w:val="Normal"/>
        <w:rPr>
          <w:lang w:val="ru-RU"/>
        </w:rPr>
      </w:pPr>
      <w:r>
        <w:rPr>
          <w:b/>
          <w:lang w:val="ru-RU"/>
        </w:rPr>
        <w:t xml:space="preserve">САНАА. </w:t>
      </w:r>
      <w:r>
        <w:rPr>
          <w:lang w:val="ru-RU"/>
        </w:rPr>
        <w:t xml:space="preserve">Ты в шутку сказал, Адучы? </w:t>
      </w:r>
      <w:r>
        <w:rPr>
          <w:i/>
          <w:lang w:val="ru-RU"/>
        </w:rPr>
        <w:t>(Ребёнок проснулся и заплакал. Санаа с тревогой смотрит на Адучы.)</w:t>
      </w:r>
    </w:p>
    <w:p>
      <w:pPr>
        <w:pStyle w:val="Normal"/>
        <w:rPr>
          <w:lang w:val="ru-RU"/>
        </w:rPr>
      </w:pPr>
      <w:r>
        <w:rPr>
          <w:lang w:val="ru-RU"/>
        </w:rPr>
        <w:t>АДУЧЫ. Серьёзными словами не шутят. Вы не сомневайтесь, в огонь и воду не попадайте. Врага погоним назад, и мы вернёмся. Разве Айдыш с тайги спустился? Скажу — готовиться. (Вышел.)</w:t>
      </w:r>
    </w:p>
    <w:p>
      <w:pPr>
        <w:pStyle w:val="Normal"/>
        <w:rPr>
          <w:lang w:val="ru-RU"/>
        </w:rPr>
      </w:pPr>
      <w:r>
        <w:rPr>
          <w:lang w:val="ru-RU"/>
        </w:rPr>
        <w:t>САНАА. Мать, Адучы правду говорит. Врага нужно пройти. Наша страна большая. Народа, который поднимется, много.</w:t>
      </w:r>
    </w:p>
    <w:p>
      <w:pPr>
        <w:pStyle w:val="Normal"/>
        <w:rPr>
          <w:lang w:val="ru-RU"/>
        </w:rPr>
      </w:pPr>
      <w:r>
        <w:rPr>
          <w:i/>
          <w:lang w:val="ru-RU"/>
        </w:rPr>
        <w:t>(Тяжело дыша, вошла Öмöчи.)</w:t>
      </w:r>
    </w:p>
    <w:p>
      <w:pPr>
        <w:pStyle w:val="Normal"/>
        <w:rPr>
          <w:lang w:val="ru-RU"/>
        </w:rPr>
      </w:pPr>
      <w:r>
        <w:rPr>
          <w:b/>
          <w:lang w:val="ru-RU"/>
        </w:rPr>
        <w:t>Ö</w:t>
      </w:r>
      <w:r>
        <w:rPr>
          <w:b/>
        </w:rPr>
        <w:t>M</w:t>
      </w:r>
      <w:r>
        <w:rPr>
          <w:b/>
          <w:lang w:val="ru-RU"/>
        </w:rPr>
        <w:t xml:space="preserve">ÖЧИ. </w:t>
      </w:r>
      <w:r>
        <w:rPr>
          <w:lang w:val="ru-RU"/>
        </w:rPr>
        <w:t>Кабай, что это? Ты слышала, Кабай? Родину защищают, мужчины на войну уходят — слышала. Твой сосед и сын Адучы тоже уходят — слышала.</w:t>
      </w:r>
    </w:p>
    <w:p>
      <w:pPr>
        <w:pStyle w:val="Normal"/>
        <w:rPr>
          <w:lang w:val="ru-RU"/>
        </w:rPr>
      </w:pPr>
      <w:r>
        <w:rPr>
          <w:b/>
          <w:lang w:val="ru-RU"/>
        </w:rPr>
        <w:t xml:space="preserve">КАБАЙ. </w:t>
      </w:r>
      <w:r>
        <w:rPr>
          <w:i/>
          <w:lang w:val="ru-RU"/>
        </w:rPr>
        <w:t xml:space="preserve">(стоит напряжённо, голова покрыта платком. Встаёт, снова садится. Не находит себе места. Обходит круглый стол.) </w:t>
      </w:r>
      <w:r>
        <w:rPr>
          <w:lang w:val="ru-RU"/>
        </w:rPr>
        <w:t>Только что Адучы сказал. Что теперь делать?</w:t>
      </w:r>
    </w:p>
    <w:p>
      <w:pPr>
        <w:pStyle w:val="Normal"/>
        <w:rPr>
          <w:lang w:val="ru-RU"/>
        </w:rPr>
      </w:pPr>
      <w:r>
        <w:rPr>
          <w:b/>
          <w:lang w:val="ru-RU"/>
        </w:rPr>
        <w:t>Ö</w:t>
      </w:r>
      <w:r>
        <w:rPr>
          <w:b/>
        </w:rPr>
        <w:t>M</w:t>
      </w:r>
      <w:r>
        <w:rPr>
          <w:b/>
          <w:lang w:val="ru-RU"/>
        </w:rPr>
        <w:t xml:space="preserve">ÖЧИ. </w:t>
      </w:r>
      <w:r>
        <w:rPr>
          <w:lang w:val="ru-RU"/>
        </w:rPr>
        <w:t xml:space="preserve">Припасы готовить. Еду запасать, соседей оповестить, провожать. Хороший конь достоин стремени, хороший человек достоин почёта. Перед большой дорогой у тебя есть обереги для сына, для соседа? Пусть он с землёй родной будет, пусть с водой родной будет. </w:t>
      </w:r>
      <w:r>
        <w:rPr>
          <w:i/>
          <w:lang w:val="ru-RU"/>
        </w:rPr>
        <w:t xml:space="preserve">(Кабай качает головой.) </w:t>
      </w:r>
      <w:r>
        <w:rPr>
          <w:lang w:val="ru-RU"/>
        </w:rPr>
        <w:t>Пусть враг, что пришёл, не коснётся тебя. Пусть зло, которое держит в руках, исчезнет без следа. Иди, я принесу два пучка артыша. (Вышла.)</w:t>
      </w:r>
    </w:p>
    <w:p>
      <w:pPr>
        <w:pStyle w:val="Normal"/>
        <w:rPr>
          <w:lang w:val="ru-RU"/>
        </w:rPr>
      </w:pPr>
      <w:r>
        <w:rPr>
          <w:b/>
          <w:lang w:val="ru-RU"/>
        </w:rPr>
        <w:t xml:space="preserve">САНАА. </w:t>
      </w:r>
      <w:r>
        <w:rPr>
          <w:i/>
          <w:lang w:val="ru-RU"/>
        </w:rPr>
        <w:t xml:space="preserve">(обращаясь к ребёнку с нежностью) </w:t>
      </w:r>
      <w:r>
        <w:rPr>
          <w:lang w:val="ru-RU"/>
        </w:rPr>
        <w:t>Пусть немецкий враг отступит, пусть вернётся к отцу ребёнку. Пусть день победы приблизится, пусть придёт в Алтай. Если поставленная стрела не дрогнет, пусть его здоровье сохранится. Если задуманный воин сражается, пусть моё сердце успокоится. Маленький ребёнок у моей груди станет мужчиной, знающим свои корни. Станет помощником отца.</w:t>
      </w:r>
    </w:p>
    <w:p>
      <w:pPr>
        <w:pStyle w:val="Normal"/>
        <w:rPr>
          <w:lang w:val="ru-RU"/>
        </w:rPr>
      </w:pPr>
      <w:r>
        <w:rPr>
          <w:b/>
          <w:lang w:val="ru-RU"/>
        </w:rPr>
        <w:t xml:space="preserve">КАБАЙ. </w:t>
      </w:r>
      <w:r>
        <w:rPr>
          <w:lang w:val="ru-RU"/>
        </w:rPr>
        <w:t>Судьба мужская такая. Пусть мой любимый сын возвращается домой целым-невредимым. Пусть материнское благословение принесёт ему здоровье и мир. Пусть победа будет настоящей, пусть враг провалится сквозь землю.</w:t>
      </w:r>
    </w:p>
    <w:p>
      <w:pPr>
        <w:pStyle w:val="Normal"/>
        <w:rPr>
          <w:lang w:val="ru-RU"/>
        </w:rPr>
      </w:pPr>
      <w:r>
        <w:rPr>
          <w:i/>
          <w:lang w:val="ru-RU"/>
        </w:rPr>
        <w:t>Конец действия. Музыкальная пауза. Песня «Огонёк» на алтайском языке, исполняет другой певец.</w:t>
      </w:r>
    </w:p>
    <w:p>
      <w:pPr>
        <w:pStyle w:val="Normal"/>
        <w:rPr>
          <w:lang w:val="ru-RU"/>
        </w:rPr>
      </w:pPr>
      <w:r>
        <w:rPr>
          <w:lang w:val="ru-RU"/>
        </w:rPr>
      </w:r>
    </w:p>
    <w:p>
      <w:pPr>
        <w:pStyle w:val="Normal"/>
        <w:jc w:val="center"/>
        <w:rPr>
          <w:lang w:val="ru-RU"/>
        </w:rPr>
      </w:pPr>
      <w:r>
        <w:rPr>
          <w:b/>
          <w:lang w:val="ru-RU"/>
        </w:rPr>
        <w:t>ОГОНЁК</w:t>
      </w:r>
    </w:p>
    <w:p>
      <w:pPr>
        <w:pStyle w:val="Normal"/>
        <w:jc w:val="center"/>
        <w:rPr>
          <w:lang w:val="ru-RU"/>
        </w:rPr>
      </w:pPr>
      <w:r>
        <w:rPr>
          <w:i/>
          <w:lang w:val="ru-RU"/>
        </w:rPr>
        <w:t>(по Л. Ошанину)</w:t>
      </w:r>
    </w:p>
    <w:p>
      <w:pPr>
        <w:pStyle w:val="Normal"/>
        <w:jc w:val="center"/>
        <w:rPr>
          <w:lang w:val="ru-RU"/>
        </w:rPr>
      </w:pPr>
      <w:r>
        <w:rPr>
          <w:lang w:val="ru-RU"/>
        </w:rPr>
        <w:t>Девушка, провожавшая воина</w:t>
        <w:br/>
        <w:t>на кровавую войну,</w:t>
      </w:r>
    </w:p>
    <w:p>
      <w:pPr>
        <w:pStyle w:val="Normal"/>
        <w:jc w:val="center"/>
        <w:rPr>
          <w:lang w:val="ru-RU"/>
        </w:rPr>
      </w:pPr>
      <w:r>
        <w:rPr>
          <w:lang w:val="ru-RU"/>
        </w:rPr>
        <w:t>Поздно ночью провожала,</w:t>
        <w:br/>
        <w:t>за околицей.</w:t>
      </w:r>
    </w:p>
    <w:p>
      <w:pPr>
        <w:pStyle w:val="Normal"/>
        <w:jc w:val="center"/>
        <w:rPr>
          <w:lang w:val="ru-RU"/>
        </w:rPr>
      </w:pPr>
      <w:r>
        <w:rPr>
          <w:lang w:val="ru-RU"/>
        </w:rPr>
        <w:t>Сквозь густые туманы</w:t>
        <w:br/>
        <w:t>видит воин</w:t>
      </w:r>
    </w:p>
    <w:p>
      <w:pPr>
        <w:pStyle w:val="Normal"/>
        <w:jc w:val="center"/>
        <w:rPr>
          <w:lang w:val="ru-RU"/>
        </w:rPr>
      </w:pPr>
      <w:r>
        <w:rPr>
          <w:lang w:val="ru-RU"/>
        </w:rPr>
        <w:t>В окне её</w:t>
        <w:br/>
        <w:t>горящий огонёк.</w:t>
      </w:r>
    </w:p>
    <w:p>
      <w:pPr>
        <w:pStyle w:val="Normal"/>
        <w:rPr>
          <w:lang w:val="ru-RU"/>
        </w:rPr>
      </w:pPr>
      <w:r>
        <w:rPr>
          <w:lang w:val="ru-RU"/>
        </w:rPr>
      </w:r>
    </w:p>
    <w:p>
      <w:pPr>
        <w:pStyle w:val="Normal"/>
        <w:jc w:val="center"/>
        <w:rPr>
          <w:lang w:val="ru-RU"/>
        </w:rPr>
      </w:pPr>
      <w:r>
        <w:rPr>
          <w:lang w:val="ru-RU"/>
        </w:rPr>
        <w:t>Жаркий ветер обжигает</w:t>
        <w:br/>
        <w:t>фронтовое лицо.</w:t>
      </w:r>
    </w:p>
    <w:p>
      <w:pPr>
        <w:pStyle w:val="Normal"/>
        <w:jc w:val="center"/>
        <w:rPr>
          <w:lang w:val="ru-RU"/>
        </w:rPr>
      </w:pPr>
      <w:r>
        <w:rPr>
          <w:lang w:val="ru-RU"/>
        </w:rPr>
        <w:t>Стал ему товарищем,</w:t>
        <w:br/>
        <w:t>стал ему ближним.</w:t>
      </w:r>
    </w:p>
    <w:p>
      <w:pPr>
        <w:pStyle w:val="Normal"/>
        <w:jc w:val="center"/>
        <w:rPr>
          <w:lang w:val="ru-RU"/>
        </w:rPr>
      </w:pPr>
      <w:r>
        <w:rPr>
          <w:lang w:val="ru-RU"/>
        </w:rPr>
        <w:t>Любимого не смог</w:t>
        <w:br/>
        <w:t>воин забыть.</w:t>
      </w:r>
    </w:p>
    <w:p>
      <w:pPr>
        <w:pStyle w:val="Normal"/>
        <w:jc w:val="center"/>
        <w:rPr>
          <w:lang w:val="ru-RU"/>
        </w:rPr>
      </w:pPr>
      <w:r>
        <w:rPr>
          <w:lang w:val="ru-RU"/>
        </w:rPr>
        <w:t>Где ты, любимая,</w:t>
        <w:br/>
        <w:t>где, мой огонёк.</w:t>
      </w:r>
    </w:p>
    <w:p>
      <w:pPr>
        <w:pStyle w:val="Normal"/>
        <w:rPr>
          <w:lang w:val="ru-RU"/>
        </w:rPr>
      </w:pPr>
      <w:r>
        <w:rPr>
          <w:lang w:val="ru-RU"/>
        </w:rPr>
      </w:r>
    </w:p>
    <w:p>
      <w:pPr>
        <w:pStyle w:val="Normal"/>
        <w:jc w:val="center"/>
        <w:rPr>
          <w:lang w:val="ru-RU"/>
        </w:rPr>
      </w:pPr>
      <w:r>
        <w:rPr>
          <w:lang w:val="ru-RU"/>
        </w:rPr>
        <w:t>Девушка издалека</w:t>
        <w:br/>
        <w:t>шлёт воину привет.</w:t>
      </w:r>
    </w:p>
    <w:p>
      <w:pPr>
        <w:pStyle w:val="Normal"/>
        <w:jc w:val="center"/>
        <w:rPr>
          <w:lang w:val="ru-RU"/>
        </w:rPr>
      </w:pPr>
      <w:r>
        <w:rPr>
          <w:lang w:val="ru-RU"/>
        </w:rPr>
        <w:t>Что настоящая любовь не исчезнет —</w:t>
        <w:br/>
        <w:t>любовь её не гаснет.</w:t>
      </w:r>
    </w:p>
    <w:p>
      <w:pPr>
        <w:pStyle w:val="Normal"/>
        <w:jc w:val="center"/>
        <w:rPr>
          <w:lang w:val="ru-RU"/>
        </w:rPr>
      </w:pPr>
      <w:r>
        <w:rPr>
          <w:lang w:val="ru-RU"/>
        </w:rPr>
        <w:t>Если суждено судьбой —</w:t>
        <w:br/>
        <w:t>придёт время, сбудется.</w:t>
      </w:r>
    </w:p>
    <w:p>
      <w:pPr>
        <w:pStyle w:val="Normal"/>
        <w:jc w:val="center"/>
        <w:rPr>
          <w:lang w:val="ru-RU"/>
        </w:rPr>
      </w:pPr>
      <w:r>
        <w:rPr>
          <w:lang w:val="ru-RU"/>
        </w:rPr>
        <w:t>Но прежде не погаснет</w:t>
        <w:br/>
        <w:t>твой огонёк, красавица.</w:t>
      </w:r>
    </w:p>
    <w:p>
      <w:pPr>
        <w:pStyle w:val="Heading2"/>
        <w:rPr>
          <w:lang w:val="ru-RU"/>
        </w:rPr>
      </w:pPr>
      <w:r>
        <w:rPr>
          <w:lang w:val="ru-RU"/>
        </w:rPr>
        <w:t>Действие второе «СЮЮНЧИ»</w:t>
      </w:r>
    </w:p>
    <w:p>
      <w:pPr>
        <w:pStyle w:val="Normal"/>
        <w:rPr>
          <w:lang w:val="ru-RU"/>
        </w:rPr>
      </w:pPr>
      <w:r>
        <w:rPr>
          <w:i/>
          <w:lang w:val="ru-RU"/>
        </w:rPr>
        <w:t>(На улице женщины собирают сено. Издалека крича «Сююнчи! Сююнчи!», прибегает почтальон. В руках держит треугольное письмо.)</w:t>
      </w:r>
    </w:p>
    <w:p>
      <w:pPr>
        <w:pStyle w:val="Normal"/>
        <w:rPr>
          <w:lang w:val="ru-RU"/>
        </w:rPr>
      </w:pPr>
      <w:r>
        <w:rPr>
          <w:b/>
          <w:lang w:val="ru-RU"/>
        </w:rPr>
        <w:t xml:space="preserve">ПОЧТАЛЬОН. </w:t>
      </w:r>
      <w:r>
        <w:rPr>
          <w:lang w:val="ru-RU"/>
        </w:rPr>
        <w:t>Сююнчи! Сююнчи! Невестки!</w:t>
      </w:r>
    </w:p>
    <w:p>
      <w:pPr>
        <w:pStyle w:val="Normal"/>
        <w:rPr>
          <w:lang w:val="ru-RU"/>
        </w:rPr>
      </w:pPr>
      <w:r>
        <w:rPr>
          <w:b/>
          <w:lang w:val="ru-RU"/>
        </w:rPr>
        <w:t xml:space="preserve">ЖЕНЩИНЫ. </w:t>
      </w:r>
      <w:r>
        <w:rPr>
          <w:lang w:val="ru-RU"/>
        </w:rPr>
        <w:t>Кому? Кто написал? Кто?</w:t>
      </w:r>
    </w:p>
    <w:p>
      <w:pPr>
        <w:pStyle w:val="Normal"/>
        <w:rPr>
          <w:lang w:val="ru-RU"/>
        </w:rPr>
      </w:pPr>
      <w:r>
        <w:rPr>
          <w:i/>
          <w:lang w:val="ru-RU"/>
        </w:rPr>
        <w:t>(Женщины бросили работу, окружили почтальона.)</w:t>
      </w:r>
    </w:p>
    <w:p>
      <w:pPr>
        <w:pStyle w:val="Normal"/>
        <w:rPr>
          <w:lang w:val="ru-RU"/>
        </w:rPr>
      </w:pPr>
      <w:r>
        <w:rPr>
          <w:b/>
          <w:lang w:val="ru-RU"/>
        </w:rPr>
        <w:t xml:space="preserve">ПОЧТАЛЬОН. </w:t>
      </w:r>
      <w:r>
        <w:rPr>
          <w:lang w:val="ru-RU"/>
        </w:rPr>
        <w:t>Санаа, от Адучы! Пой, Санаа, а не то не отдам. Пой ради радостной вести. (Шутит.)</w:t>
      </w:r>
    </w:p>
    <w:p>
      <w:pPr>
        <w:pStyle w:val="Normal"/>
        <w:rPr>
          <w:lang w:val="ru-RU"/>
        </w:rPr>
      </w:pPr>
      <w:r>
        <w:rPr>
          <w:b/>
          <w:lang w:val="ru-RU"/>
        </w:rPr>
        <w:t xml:space="preserve">САНАА. </w:t>
      </w:r>
      <w:r>
        <w:rPr>
          <w:lang w:val="ru-RU"/>
        </w:rPr>
        <w:t xml:space="preserve">Будь здоров, дорогой. Я от радости и спою. </w:t>
      </w:r>
    </w:p>
    <w:p>
      <w:pPr>
        <w:pStyle w:val="Normal"/>
        <w:rPr>
          <w:lang w:val="ru-RU"/>
        </w:rPr>
      </w:pPr>
      <w:r>
        <w:rPr>
          <w:lang w:val="ru-RU"/>
        </w:rPr>
        <w:t xml:space="preserve">Где белый ястреб, когда он придет? </w:t>
      </w:r>
    </w:p>
    <w:p>
      <w:pPr>
        <w:pStyle w:val="Normal"/>
        <w:rPr>
          <w:lang w:val="ru-RU"/>
        </w:rPr>
      </w:pPr>
      <w:r>
        <w:rPr>
          <w:lang w:val="ru-RU"/>
        </w:rPr>
        <w:t>Адрес вот здесь, а его самого не видно? (Почтальон отдал письмо.)</w:t>
      </w:r>
    </w:p>
    <w:p>
      <w:pPr>
        <w:pStyle w:val="Normal"/>
        <w:rPr>
          <w:lang w:val="ru-RU"/>
        </w:rPr>
      </w:pPr>
      <w:r>
        <w:rPr>
          <w:b/>
          <w:lang w:val="ru-RU"/>
        </w:rPr>
        <w:t xml:space="preserve">ЖЕНЩИНЫ. </w:t>
      </w:r>
      <w:r>
        <w:rPr>
          <w:lang w:val="ru-RU"/>
        </w:rPr>
        <w:t>Читай, Санаа. Что Адучы написал. Может, с нашими людьми встречались.</w:t>
      </w:r>
    </w:p>
    <w:p>
      <w:pPr>
        <w:pStyle w:val="Normal"/>
        <w:rPr>
          <w:lang w:val="ru-RU"/>
        </w:rPr>
      </w:pPr>
      <w:r>
        <w:rPr>
          <w:b/>
          <w:lang w:val="ru-RU"/>
        </w:rPr>
        <w:t xml:space="preserve">САНАА. </w:t>
      </w:r>
      <w:r>
        <w:rPr>
          <w:i/>
          <w:lang w:val="ru-RU"/>
        </w:rPr>
        <w:t xml:space="preserve">(Волнуется, не может читать. Руки дрожат, не может открыть письмо.) </w:t>
      </w:r>
      <w:r>
        <w:rPr>
          <w:lang w:val="ru-RU"/>
        </w:rPr>
        <w:t>Сейчас. Сейчас прочитаю, подружки.</w:t>
      </w:r>
    </w:p>
    <w:p>
      <w:pPr>
        <w:pStyle w:val="Normal"/>
        <w:rPr>
          <w:lang w:val="ru-RU"/>
        </w:rPr>
      </w:pPr>
      <w:r>
        <w:rPr>
          <w:b/>
          <w:lang w:val="ru-RU"/>
        </w:rPr>
        <w:t xml:space="preserve">ТАНАБАЙ. </w:t>
      </w:r>
      <w:r>
        <w:rPr>
          <w:i/>
          <w:lang w:val="ru-RU"/>
        </w:rPr>
        <w:t xml:space="preserve">(Открыла письмо, читает.) </w:t>
      </w:r>
      <w:r>
        <w:rPr>
          <w:lang w:val="ru-RU"/>
        </w:rPr>
        <w:t>Давай сюда. Я прочитаю.</w:t>
      </w:r>
    </w:p>
    <w:p>
      <w:pPr>
        <w:pStyle w:val="Normal"/>
        <w:ind w:left="720"/>
        <w:rPr>
          <w:lang w:val="ru-RU"/>
        </w:rPr>
      </w:pPr>
      <w:r>
        <w:rPr>
          <w:lang w:val="ru-RU"/>
        </w:rPr>
        <w:t>«Дорогая жена Санаа, мама, сын мой Паслей, земляки. Мы врага разбили и стоим. Продвигаемся вперёд. Каждый день были бои. Времени писать не хватало. Если длинное письмо не приходит, не волнуйтесь. Тут всякое бывает. Поезд, который везёт письма, может сойти с рельсов, письма дойдут — это точно. Днепр — очень большую реку мы перешли. Не переправились, некоторые воины в реку попали. «Как Катунь, бурная Днепр — большая река» — говорили, и я перешёл. «Пусть переправа будет мелкой» — народное благое слово я только что понял. А сам раньше думал: только мелкие реки перейти желают? Большие реки тоже, значит, мелкую переправу найдём. Паслей уже ходит? Или ещё ползает? Мамино «В красные сумерки надень шапку», когда режут овцу, угощение огню, от сердца — всё это представляется мне. Осенью жирные, как белые грибы, бараньи ребра  вспоминаю. Если война закончится, овцу зарежу, ребёнку вкусные почки зажарю на огне. Зима скоро наступит — ветки заготовливайте. Зима, видимо, ранняя будет. Сено нужно заготовить, телёнка сберечь. Тут я Чоро встретил. Они по левому берегу реки продвигались.</w:t>
        <w:br/>
        <w:br/>
        <w:t>Санаа, держись, жена. Паслея береги. Фашиста растопчем, вернёмся. Землякам — привет, будьте здоровы».</w:t>
        <w:br/>
        <w:br/>
        <w:t>С любовью, ваш Адучы</w:t>
        <w:br/>
        <w:br/>
        <w:t>18.06.1942 г.</w:t>
      </w:r>
    </w:p>
    <w:p>
      <w:pPr>
        <w:pStyle w:val="Normal"/>
        <w:rPr>
          <w:lang w:val="ru-RU"/>
        </w:rPr>
      </w:pPr>
      <w:r>
        <w:rPr>
          <w:i/>
          <w:lang w:val="ru-RU"/>
        </w:rPr>
        <w:t>(Пока Танабай читает письмо, никто не произносит ни слова. Женщины незаметно вытирают слёзы. Радостная Санаа забыла вытереть бегущие по щекам слёзы, вся превратилась в слух, не отрывает глаз от Танабай.)</w:t>
      </w:r>
    </w:p>
    <w:p>
      <w:pPr>
        <w:pStyle w:val="Normal"/>
        <w:rPr>
          <w:lang w:val="ru-RU"/>
        </w:rPr>
      </w:pPr>
      <w:r>
        <w:rPr>
          <w:b/>
          <w:lang w:val="ru-RU"/>
        </w:rPr>
        <w:t xml:space="preserve">ТАНАБАЙ. </w:t>
      </w:r>
      <w:r>
        <w:rPr>
          <w:lang w:val="ru-RU"/>
        </w:rPr>
        <w:t>Подружка моя, Санаа. Сердце забилось, забыла буквы. Нужно сказать Адучы, пусть Санаа снова в школу отправит. Пусть учится. (Остальные радостно смеются. Как бы Санаа ни сдерживалась, радость свою скрыть не может.)</w:t>
      </w:r>
    </w:p>
    <w:p>
      <w:pPr>
        <w:pStyle w:val="Normal"/>
        <w:rPr>
          <w:lang w:val="ru-RU"/>
        </w:rPr>
      </w:pPr>
      <w:r>
        <w:rPr>
          <w:b/>
          <w:lang w:val="ru-RU"/>
        </w:rPr>
        <w:t xml:space="preserve">ДЖИНДЖИ. </w:t>
      </w:r>
      <w:r>
        <w:rPr>
          <w:lang w:val="ru-RU"/>
        </w:rPr>
        <w:t>Ну а теперь — за работу. Один летний день зиму прокормит. (Женщины берут грабли и идут собирать сено, тихо напевая.)</w:t>
      </w:r>
    </w:p>
    <w:p>
      <w:pPr>
        <w:pStyle w:val="Normal"/>
        <w:jc w:val="center"/>
        <w:rPr>
          <w:lang w:val="ru-RU"/>
        </w:rPr>
      </w:pPr>
      <w:r>
        <w:rPr>
          <w:i/>
          <w:lang w:val="ru-RU"/>
        </w:rPr>
        <w:t>На вершине тайги Баран</w:t>
        <w:br/>
        <w:t>хочу видеть снег.</w:t>
        <w:br/>
        <w:t>Фашистам в голову</w:t>
        <w:br/>
        <w:t>хочу, чтобы попала пуля.</w:t>
      </w:r>
    </w:p>
    <w:p>
      <w:pPr>
        <w:pStyle w:val="Normal"/>
        <w:jc w:val="center"/>
        <w:rPr>
          <w:lang w:val="ru-RU"/>
        </w:rPr>
      </w:pPr>
      <w:r>
        <w:rPr>
          <w:i/>
          <w:lang w:val="ru-RU"/>
        </w:rPr>
        <w:t>Музыкальная пауза. Песня «Катюша» на алтайском языке.</w:t>
      </w:r>
    </w:p>
    <w:p>
      <w:pPr>
        <w:pStyle w:val="Heading2"/>
        <w:rPr>
          <w:lang w:val="ru-RU"/>
        </w:rPr>
      </w:pPr>
      <w:r>
        <w:rPr>
          <w:lang w:val="ru-RU"/>
        </w:rPr>
        <w:t>Действие третье «ЗАСАДА»</w:t>
      </w:r>
    </w:p>
    <w:p>
      <w:pPr>
        <w:pStyle w:val="Normal"/>
        <w:rPr>
          <w:lang w:val="ru-RU"/>
        </w:rPr>
      </w:pPr>
      <w:r>
        <w:rPr>
          <w:i/>
          <w:lang w:val="ru-RU"/>
        </w:rPr>
        <w:t>(Вечером у стога сена сидит одинокая Кайынчы. Женщины (Танабай, Санаа, Сынару, Джинджи) подошли к ней.)</w:t>
      </w:r>
    </w:p>
    <w:p>
      <w:pPr>
        <w:pStyle w:val="Normal"/>
        <w:rPr>
          <w:lang w:val="ru-RU"/>
        </w:rPr>
      </w:pPr>
      <w:r>
        <w:rPr>
          <w:b/>
          <w:lang w:val="ru-RU"/>
        </w:rPr>
        <w:t xml:space="preserve">ЖЕНЩИНЫ. </w:t>
      </w:r>
      <w:r>
        <w:rPr>
          <w:lang w:val="ru-RU"/>
        </w:rPr>
        <w:t>Кайынчы, что случилось? Почему ты плачешь?</w:t>
      </w:r>
    </w:p>
    <w:p>
      <w:pPr>
        <w:pStyle w:val="Normal"/>
        <w:rPr>
          <w:lang w:val="ru-RU"/>
        </w:rPr>
      </w:pPr>
      <w:r>
        <w:rPr>
          <w:i/>
          <w:lang w:val="ru-RU"/>
        </w:rPr>
        <w:t>(Кайынчы молчит. О чём-то глубоко думает. Тишина.)</w:t>
      </w:r>
    </w:p>
    <w:p>
      <w:pPr>
        <w:pStyle w:val="Normal"/>
        <w:rPr>
          <w:lang w:val="ru-RU"/>
        </w:rPr>
      </w:pPr>
      <w:r>
        <w:rPr>
          <w:b/>
          <w:lang w:val="ru-RU"/>
        </w:rPr>
        <w:t xml:space="preserve">САНАА. </w:t>
      </w:r>
      <w:r>
        <w:rPr>
          <w:lang w:val="ru-RU"/>
        </w:rPr>
        <w:t>Не плачь, Кайынчы. Если есть силы — не плачь. Терпи.</w:t>
      </w:r>
    </w:p>
    <w:p>
      <w:pPr>
        <w:pStyle w:val="Normal"/>
        <w:rPr>
          <w:lang w:val="ru-RU"/>
        </w:rPr>
      </w:pPr>
      <w:r>
        <w:rPr>
          <w:b/>
          <w:lang w:val="ru-RU"/>
        </w:rPr>
        <w:t xml:space="preserve">КАЙЫНЧИ. </w:t>
      </w:r>
      <w:r>
        <w:rPr>
          <w:lang w:val="ru-RU"/>
        </w:rPr>
        <w:t xml:space="preserve">Если бы дело было в силах, я бы молча работала. </w:t>
      </w:r>
    </w:p>
    <w:p>
      <w:pPr>
        <w:pStyle w:val="Normal"/>
        <w:rPr>
          <w:lang w:val="ru-RU"/>
        </w:rPr>
      </w:pPr>
      <w:r>
        <w:rPr>
          <w:b/>
          <w:lang w:val="ru-RU"/>
        </w:rPr>
        <w:t xml:space="preserve">ТАНАБАЙ. </w:t>
      </w:r>
      <w:r>
        <w:rPr>
          <w:lang w:val="ru-RU"/>
        </w:rPr>
        <w:t>Что ты говоришь? Кто тебя обидел?</w:t>
      </w:r>
    </w:p>
    <w:p>
      <w:pPr>
        <w:pStyle w:val="Normal"/>
        <w:rPr>
          <w:lang w:val="ru-RU"/>
        </w:rPr>
      </w:pPr>
      <w:r>
        <w:rPr>
          <w:b/>
          <w:lang w:val="ru-RU"/>
        </w:rPr>
        <w:t xml:space="preserve">КАЙЫНЧИ. </w:t>
      </w:r>
      <w:r>
        <w:rPr>
          <w:lang w:val="ru-RU"/>
        </w:rPr>
        <w:t>Когда вы ушли, тут произошло одно скверное дело: презренный Бака ко мне приставал. Говорил: « Твой муж Салым до сих пор далеко». Бесстыдник, бессовестный.</w:t>
      </w:r>
    </w:p>
    <w:p>
      <w:pPr>
        <w:pStyle w:val="Normal"/>
        <w:rPr>
          <w:lang w:val="ru-RU"/>
        </w:rPr>
      </w:pPr>
      <w:r>
        <w:rPr>
          <w:b/>
          <w:lang w:val="ru-RU"/>
        </w:rPr>
        <w:t xml:space="preserve">ЖЕНЩИНЫ. </w:t>
      </w:r>
      <w:r>
        <w:rPr>
          <w:lang w:val="ru-RU"/>
        </w:rPr>
        <w:t>Итатай вон. Слышали и раньше. К вдове-сироте приставал. «в голодный год собака жирна, в тихий год Бака жирен» — пословица есть.</w:t>
      </w:r>
    </w:p>
    <w:p>
      <w:pPr>
        <w:pStyle w:val="Normal"/>
        <w:rPr>
          <w:lang w:val="ru-RU"/>
        </w:rPr>
      </w:pPr>
      <w:r>
        <w:rPr>
          <w:b/>
          <w:lang w:val="ru-RU"/>
        </w:rPr>
        <w:t xml:space="preserve">КАЙЫНЧИ. </w:t>
      </w:r>
      <w:r>
        <w:rPr>
          <w:lang w:val="ru-RU"/>
        </w:rPr>
        <w:t>Я плюнула ему в лицо, расцарапала ему живот. Он угрожал, что придёт ещё. Теперь я боюсь. Он может вернуться.</w:t>
      </w:r>
    </w:p>
    <w:p>
      <w:pPr>
        <w:pStyle w:val="Normal"/>
        <w:rPr>
          <w:lang w:val="ru-RU"/>
        </w:rPr>
      </w:pPr>
      <w:r>
        <w:rPr>
          <w:b/>
          <w:lang w:val="ru-RU"/>
        </w:rPr>
        <w:t xml:space="preserve">ЖЕНЩИНЫ. </w:t>
      </w:r>
      <w:r>
        <w:rPr>
          <w:lang w:val="ru-RU"/>
        </w:rPr>
        <w:t>Бесстыдник, прикинулся. Что у него больное сердце — всем известно, что он кому взятку давал, чтобы на войну не идти. Когда вернутся наши мужчины, как он посмотрит в глаза людям. «Длинный хвост на корове, бесстыдный лоб — на нём» — так говорят.</w:t>
      </w:r>
    </w:p>
    <w:p>
      <w:pPr>
        <w:pStyle w:val="Normal"/>
        <w:rPr>
          <w:lang w:val="ru-RU"/>
        </w:rPr>
      </w:pPr>
      <w:r>
        <w:rPr>
          <w:b/>
          <w:lang w:val="ru-RU"/>
        </w:rPr>
        <w:t xml:space="preserve">КАЙЫНЧИ. </w:t>
      </w:r>
      <w:r>
        <w:rPr>
          <w:lang w:val="ru-RU"/>
        </w:rPr>
        <w:t>Если силы хватит, я его вилами потыкаю. Дураку-старику не сдамся.</w:t>
      </w:r>
    </w:p>
    <w:p>
      <w:pPr>
        <w:pStyle w:val="Normal"/>
        <w:rPr>
          <w:lang w:val="ru-RU"/>
        </w:rPr>
      </w:pPr>
      <w:r>
        <w:rPr>
          <w:b/>
          <w:lang w:val="ru-RU"/>
        </w:rPr>
        <w:t xml:space="preserve">ЖЕНЩИНЫ. </w:t>
      </w:r>
      <w:r>
        <w:rPr>
          <w:lang w:val="ru-RU"/>
        </w:rPr>
        <w:t>Правда говоришь, Кайынчы. Мы его проучим. Засядем и проучим, мы ему зададим.</w:t>
      </w:r>
    </w:p>
    <w:p>
      <w:pPr>
        <w:pStyle w:val="Normal"/>
        <w:rPr>
          <w:lang w:val="ru-RU"/>
        </w:rPr>
      </w:pPr>
      <w:r>
        <w:rPr>
          <w:i/>
          <w:lang w:val="ru-RU"/>
        </w:rPr>
        <w:t>(Женщины расставляют грабли-вилы. Спрятались за стогом. Кайынчы издалека видит приближение Баки.)</w:t>
      </w:r>
    </w:p>
    <w:p>
      <w:pPr>
        <w:pStyle w:val="Normal"/>
        <w:rPr>
          <w:lang w:val="ru-RU"/>
        </w:rPr>
      </w:pPr>
      <w:r>
        <w:rPr>
          <w:b/>
          <w:lang w:val="ru-RU"/>
        </w:rPr>
        <w:t xml:space="preserve">КАЙЫНЧИ. </w:t>
      </w:r>
      <w:r>
        <w:rPr>
          <w:i/>
          <w:lang w:val="ru-RU"/>
        </w:rPr>
        <w:t xml:space="preserve">(Девочки спрятались.) </w:t>
      </w:r>
      <w:r>
        <w:rPr>
          <w:lang w:val="ru-RU"/>
        </w:rPr>
        <w:t>Девочки, прячьтесь. Двуногий зверь как хорёк.</w:t>
      </w:r>
    </w:p>
    <w:p>
      <w:pPr>
        <w:pStyle w:val="Normal"/>
        <w:rPr>
          <w:lang w:val="ru-RU"/>
        </w:rPr>
      </w:pPr>
      <w:r>
        <w:rPr>
          <w:b/>
          <w:lang w:val="ru-RU"/>
        </w:rPr>
        <w:t xml:space="preserve">БАКА. </w:t>
      </w:r>
      <w:r>
        <w:rPr>
          <w:lang w:val="ru-RU"/>
        </w:rPr>
        <w:t>Что ты там шепчешь? Не страшно? Я пришёл к тебе, чтобы насытиться, а не твои прелести рассматривать. (Пытается схватить Кайынчы. Кайынчы вырывается, царапает ему лицо. Женщины с палками выбегают из-за сарая и набрасываются на Баку.)</w:t>
      </w:r>
    </w:p>
    <w:p>
      <w:pPr>
        <w:pStyle w:val="Normal"/>
        <w:rPr>
          <w:lang w:val="ru-RU"/>
        </w:rPr>
      </w:pPr>
      <w:r>
        <w:rPr>
          <w:b/>
          <w:lang w:val="ru-RU"/>
        </w:rPr>
        <w:t xml:space="preserve">БАКА. </w:t>
      </w:r>
      <w:r>
        <w:rPr>
          <w:lang w:val="ru-RU"/>
        </w:rPr>
        <w:t>Что, побили? Побили, потому что я не вас выбрал? (Женщины повалили его на землю, смеются. Бьют палками. Пинают. Бака кряхтит, ворочается.)</w:t>
      </w:r>
    </w:p>
    <w:p>
      <w:pPr>
        <w:pStyle w:val="Normal"/>
        <w:rPr>
          <w:lang w:val="ru-RU"/>
        </w:rPr>
      </w:pPr>
      <w:r>
        <w:rPr>
          <w:b/>
          <w:lang w:val="ru-RU"/>
        </w:rPr>
        <w:t xml:space="preserve">БАКА. </w:t>
      </w:r>
      <w:r>
        <w:rPr>
          <w:lang w:val="ru-RU"/>
        </w:rPr>
        <w:t>Я всем расскажу, всем вам отплачу. Кто дал вам право бить советского гражданина! Жалобу напишу! Просто так не оставлю!</w:t>
      </w:r>
    </w:p>
    <w:p>
      <w:pPr>
        <w:pStyle w:val="Normal"/>
        <w:rPr>
          <w:lang w:val="ru-RU"/>
        </w:rPr>
      </w:pPr>
      <w:r>
        <w:rPr>
          <w:b/>
          <w:lang w:val="ru-RU"/>
        </w:rPr>
        <w:t xml:space="preserve">КАЙЫНЧИ. </w:t>
      </w:r>
      <w:r>
        <w:rPr>
          <w:lang w:val="ru-RU"/>
        </w:rPr>
        <w:t>Иди и там говори. Сам себя опозорил. Сам первый полез.</w:t>
      </w:r>
    </w:p>
    <w:p>
      <w:pPr>
        <w:pStyle w:val="Normal"/>
        <w:rPr>
          <w:lang w:val="ru-RU"/>
        </w:rPr>
      </w:pPr>
      <w:r>
        <w:rPr>
          <w:b/>
          <w:lang w:val="ru-RU"/>
        </w:rPr>
        <w:t xml:space="preserve">БАКА. </w:t>
      </w:r>
      <w:r>
        <w:rPr>
          <w:i/>
          <w:lang w:val="ru-RU"/>
        </w:rPr>
        <w:t xml:space="preserve">(тише, думает) </w:t>
      </w:r>
      <w:r>
        <w:rPr>
          <w:lang w:val="ru-RU"/>
        </w:rPr>
        <w:t>Подружки, девушки, я шутил. Что, вы серьёзно думаете? Кайынчы как-нибудь… Ну, хватит. Не рассказывайте никому. Давайте тут и остановимся. «Голова расколется — шапка есть, рука сломается — в рукаве останется». Людям не скажем. Я больше никого не побеспокою. Решайте, девочки. Кончайте, подружки. (Одевается.)</w:t>
      </w:r>
    </w:p>
    <w:p>
      <w:pPr>
        <w:pStyle w:val="Normal"/>
        <w:rPr>
          <w:lang w:val="ru-RU"/>
        </w:rPr>
      </w:pPr>
      <w:r>
        <w:rPr>
          <w:b/>
          <w:lang w:val="ru-RU"/>
        </w:rPr>
        <w:t xml:space="preserve">ЖЕНЩИНЫ. </w:t>
      </w:r>
      <w:r>
        <w:rPr>
          <w:lang w:val="ru-RU"/>
        </w:rPr>
        <w:t>Когда мужчины далеко, не дожидаясь беды, Бака. Мы тебе тоже устроим. Иди своей дорогой, пока цел. Тебе не место среди людей, бессовестная метка. Больше такого чтоб не слышали. (Женщины развязали Баку. Уходя, пнул ногой, Бака снова кричит женщинам.)</w:t>
      </w:r>
    </w:p>
    <w:p>
      <w:pPr>
        <w:pStyle w:val="Normal"/>
        <w:rPr>
          <w:lang w:val="ru-RU"/>
        </w:rPr>
      </w:pPr>
      <w:r>
        <w:rPr>
          <w:b/>
          <w:lang w:val="ru-RU"/>
        </w:rPr>
        <w:t xml:space="preserve">БАКА. </w:t>
      </w:r>
      <w:r>
        <w:rPr>
          <w:lang w:val="ru-RU"/>
        </w:rPr>
        <w:t>Безобразные, некрасивые твари. Ладно, одну обиду я припомню. (Убежал.)</w:t>
      </w:r>
    </w:p>
    <w:p>
      <w:pPr>
        <w:pStyle w:val="Normal"/>
        <w:rPr>
          <w:lang w:val="ru-RU"/>
        </w:rPr>
      </w:pPr>
      <w:r>
        <w:rPr>
          <w:b/>
          <w:lang w:val="ru-RU"/>
        </w:rPr>
        <w:t xml:space="preserve">ЖЕНЩИНЫ. </w:t>
      </w:r>
      <w:r>
        <w:rPr>
          <w:i/>
          <w:lang w:val="ru-RU"/>
        </w:rPr>
        <w:t xml:space="preserve">(смеются) </w:t>
      </w:r>
      <w:r>
        <w:rPr>
          <w:lang w:val="ru-RU"/>
        </w:rPr>
        <w:t>Кулаком через гору не маши, Бака. У щенка мысли большие. «Другому яму не рой, сам в него попадёшь» — пословицу не забывай. (Радостно, что защитили правду, собрав грабли-вилы, идут домой.)</w:t>
      </w:r>
    </w:p>
    <w:p>
      <w:pPr>
        <w:pStyle w:val="Normal"/>
        <w:rPr>
          <w:lang w:val="ru-RU"/>
        </w:rPr>
      </w:pPr>
      <w:r>
        <w:rPr>
          <w:i/>
          <w:lang w:val="ru-RU"/>
        </w:rPr>
        <w:t>Конец действия. Музыкальная пауза. Песня «На безымянной высоте» на алтайском языке.</w:t>
      </w:r>
    </w:p>
    <w:p>
      <w:pPr>
        <w:pStyle w:val="Heading2"/>
        <w:rPr>
          <w:lang w:val="ru-RU"/>
        </w:rPr>
      </w:pPr>
      <w:r>
        <w:rPr>
          <w:lang w:val="ru-RU"/>
        </w:rPr>
        <w:t>Действие четвёртое «ДЕВУШКА-КОМСОМОЛКА»</w:t>
      </w:r>
    </w:p>
    <w:p>
      <w:pPr>
        <w:pStyle w:val="Normal"/>
        <w:rPr>
          <w:lang w:val="ru-RU"/>
        </w:rPr>
      </w:pPr>
      <w:r>
        <w:rPr>
          <w:i/>
          <w:lang w:val="ru-RU"/>
        </w:rPr>
        <w:t>(В аиле Кабай и Öмöчи пьют чай. Входит Сынару.)</w:t>
      </w:r>
    </w:p>
    <w:p>
      <w:pPr>
        <w:pStyle w:val="Normal"/>
        <w:rPr>
          <w:lang w:val="ru-RU"/>
        </w:rPr>
      </w:pPr>
      <w:r>
        <w:rPr>
          <w:b/>
          <w:lang w:val="ru-RU"/>
        </w:rPr>
        <w:t xml:space="preserve">СЫНАРУ. </w:t>
      </w:r>
      <w:r>
        <w:rPr>
          <w:lang w:val="ru-RU"/>
        </w:rPr>
        <w:t>Мать, я хочу вас спросить кое о чём.</w:t>
      </w:r>
    </w:p>
    <w:p>
      <w:pPr>
        <w:pStyle w:val="Normal"/>
        <w:rPr>
          <w:lang w:val="ru-RU"/>
        </w:rPr>
      </w:pPr>
      <w:r>
        <w:rPr>
          <w:b/>
          <w:lang w:val="ru-RU"/>
        </w:rPr>
        <w:t xml:space="preserve">КАБАЙ. </w:t>
      </w:r>
      <w:r>
        <w:rPr>
          <w:lang w:val="ru-RU"/>
        </w:rPr>
        <w:t>Что случилось, дитя? Говори.</w:t>
      </w:r>
    </w:p>
    <w:p>
      <w:pPr>
        <w:pStyle w:val="Normal"/>
        <w:rPr>
          <w:lang w:val="ru-RU"/>
        </w:rPr>
      </w:pPr>
      <w:r>
        <w:rPr>
          <w:b/>
          <w:lang w:val="ru-RU"/>
        </w:rPr>
        <w:t xml:space="preserve">СЫНАРУ. </w:t>
      </w:r>
      <w:r>
        <w:rPr>
          <w:lang w:val="ru-RU"/>
        </w:rPr>
        <w:t>Я ухожу на войну.</w:t>
      </w:r>
    </w:p>
    <w:p>
      <w:pPr>
        <w:pStyle w:val="Normal"/>
        <w:rPr>
          <w:lang w:val="ru-RU"/>
        </w:rPr>
      </w:pPr>
      <w:r>
        <w:rPr>
          <w:b/>
          <w:lang w:val="ru-RU"/>
        </w:rPr>
        <w:t xml:space="preserve">КАБАЙ. </w:t>
      </w:r>
      <w:r>
        <w:rPr>
          <w:i/>
          <w:lang w:val="ru-RU"/>
        </w:rPr>
        <w:t xml:space="preserve">(испугалась) </w:t>
      </w:r>
      <w:r>
        <w:rPr>
          <w:lang w:val="ru-RU"/>
        </w:rPr>
        <w:t>Что ты придумала, Сынару? Мужчин и без тебя хватит, чтобы победу взять. Это не женское дело! Куда тебе с вашим слабым телом.</w:t>
      </w:r>
    </w:p>
    <w:p>
      <w:pPr>
        <w:pStyle w:val="Normal"/>
        <w:rPr>
          <w:lang w:val="ru-RU"/>
        </w:rPr>
      </w:pPr>
      <w:r>
        <w:rPr>
          <w:b/>
          <w:lang w:val="ru-RU"/>
        </w:rPr>
        <w:t xml:space="preserve">СЫНАРУ. </w:t>
      </w:r>
      <w:r>
        <w:rPr>
          <w:lang w:val="ru-RU"/>
        </w:rPr>
        <w:t>Буду санитаркой, раненых выносить. Если даже голодать буду — помогу. Перевязывать тоже умею. Помогу нашим бойцам.</w:t>
      </w:r>
    </w:p>
    <w:p>
      <w:pPr>
        <w:pStyle w:val="Normal"/>
        <w:rPr>
          <w:lang w:val="ru-RU"/>
        </w:rPr>
      </w:pPr>
      <w:r>
        <w:rPr>
          <w:b/>
          <w:lang w:val="ru-RU"/>
        </w:rPr>
        <w:t>Ö</w:t>
      </w:r>
      <w:r>
        <w:rPr>
          <w:b/>
        </w:rPr>
        <w:t>M</w:t>
      </w:r>
      <w:r>
        <w:rPr>
          <w:b/>
          <w:lang w:val="ru-RU"/>
        </w:rPr>
        <w:t xml:space="preserve">ÖЧИ. </w:t>
      </w:r>
      <w:r>
        <w:rPr>
          <w:lang w:val="ru-RU"/>
        </w:rPr>
        <w:t>В тылу твоя помощь тоже нужна. Мать пожалеешь. Невестка с маленьким ребёнком. Как оставить?</w:t>
      </w:r>
    </w:p>
    <w:p>
      <w:pPr>
        <w:pStyle w:val="Normal"/>
        <w:rPr>
          <w:lang w:val="ru-RU"/>
        </w:rPr>
      </w:pPr>
      <w:r>
        <w:rPr>
          <w:b/>
          <w:lang w:val="ru-RU"/>
        </w:rPr>
        <w:t xml:space="preserve">СЫНАРУ. </w:t>
      </w:r>
      <w:r>
        <w:rPr>
          <w:lang w:val="ru-RU"/>
        </w:rPr>
        <w:t>Если все поднимутся, война закончится. Как я буду сидеть в тылу. Когда в комсомол вступала, за Родину кровь свою не щадить — клятву дала.</w:t>
      </w:r>
    </w:p>
    <w:p>
      <w:pPr>
        <w:pStyle w:val="Normal"/>
        <w:rPr>
          <w:lang w:val="ru-RU"/>
        </w:rPr>
      </w:pPr>
      <w:r>
        <w:rPr>
          <w:b/>
          <w:lang w:val="ru-RU"/>
        </w:rPr>
        <w:t xml:space="preserve">КАБАЙ. </w:t>
      </w:r>
      <w:r>
        <w:rPr>
          <w:i/>
          <w:lang w:val="ru-RU"/>
        </w:rPr>
        <w:t xml:space="preserve">(ворчит) </w:t>
      </w:r>
      <w:r>
        <w:rPr>
          <w:lang w:val="ru-RU"/>
        </w:rPr>
        <w:t>Нет. Я разрешения не дам.</w:t>
      </w:r>
    </w:p>
    <w:p>
      <w:pPr>
        <w:pStyle w:val="Normal"/>
        <w:rPr>
          <w:lang w:val="ru-RU"/>
        </w:rPr>
      </w:pPr>
      <w:r>
        <w:rPr>
          <w:b/>
          <w:lang w:val="ru-RU"/>
        </w:rPr>
        <w:t xml:space="preserve">СЫНАРУ. </w:t>
      </w:r>
      <w:r>
        <w:rPr>
          <w:lang w:val="ru-RU"/>
        </w:rPr>
        <w:t>Тогда уйду без спроса. Мне исполнилось восемнадцать этой зимой. Как я буду коров доить. Нужно идти, фашиста уничтожать.</w:t>
      </w:r>
    </w:p>
    <w:p>
      <w:pPr>
        <w:pStyle w:val="Normal"/>
        <w:rPr>
          <w:lang w:val="ru-RU"/>
        </w:rPr>
      </w:pPr>
      <w:r>
        <w:rPr>
          <w:b/>
          <w:lang w:val="ru-RU"/>
        </w:rPr>
        <w:t>Ö</w:t>
      </w:r>
      <w:r>
        <w:rPr>
          <w:b/>
        </w:rPr>
        <w:t>M</w:t>
      </w:r>
      <w:r>
        <w:rPr>
          <w:b/>
          <w:lang w:val="ru-RU"/>
        </w:rPr>
        <w:t xml:space="preserve">ÖЧИ. </w:t>
      </w:r>
      <w:r>
        <w:rPr>
          <w:lang w:val="ru-RU"/>
        </w:rPr>
        <w:t>Правильно говоришь, Сынару. Но ты в тылу не зря сидишь. С раннего утра до позднего вечера работаем — это большой вклад в фронт. Вязаные носки, варежки, полушубки, рукавицы — воинам нужны. Девушка с винтовкой — какое время пришло? Тыл — это поддержка. Даже без винтовки мы здесь караульную службу несём.</w:t>
      </w:r>
    </w:p>
    <w:p>
      <w:pPr>
        <w:pStyle w:val="Normal"/>
        <w:rPr>
          <w:lang w:val="ru-RU"/>
        </w:rPr>
      </w:pPr>
      <w:r>
        <w:rPr>
          <w:b/>
          <w:lang w:val="ru-RU"/>
        </w:rPr>
        <w:t xml:space="preserve">КАБАЙ. </w:t>
      </w:r>
      <w:r>
        <w:rPr>
          <w:lang w:val="ru-RU"/>
        </w:rPr>
        <w:t>Телят сеном не вырастишь, из девушки воина не сделаешь. Победу мужчины возьмут, дитя. Ты здесь, на втором фронте нужна.</w:t>
      </w:r>
    </w:p>
    <w:p>
      <w:pPr>
        <w:pStyle w:val="Normal"/>
        <w:rPr>
          <w:lang w:val="ru-RU"/>
        </w:rPr>
      </w:pPr>
      <w:r>
        <w:rPr>
          <w:i/>
          <w:lang w:val="ru-RU"/>
        </w:rPr>
        <w:t>(Сынару обняла сидящую мать за колени. Кабай гладит голову дочери.)</w:t>
      </w:r>
    </w:p>
    <w:p>
      <w:pPr>
        <w:pStyle w:val="Normal"/>
        <w:rPr>
          <w:lang w:val="ru-RU"/>
        </w:rPr>
      </w:pPr>
      <w:r>
        <w:rPr>
          <w:i/>
          <w:lang w:val="ru-RU"/>
        </w:rPr>
        <w:t>(Тихо напевает.)</w:t>
      </w:r>
    </w:p>
    <w:p>
      <w:pPr>
        <w:pStyle w:val="Normal"/>
        <w:jc w:val="center"/>
        <w:rPr>
          <w:lang w:val="ru-RU"/>
        </w:rPr>
      </w:pPr>
      <w:r>
        <w:rPr>
          <w:i/>
          <w:lang w:val="ru-RU"/>
        </w:rPr>
        <w:t>Кедр и берёза —</w:t>
        <w:br/>
        <w:t>которая сгорит быстрее — кто знает?</w:t>
        <w:br/>
        <w:t>Что будет с нашей жизнью —</w:t>
        <w:br/>
        <w:t>кто знает?</w:t>
      </w:r>
    </w:p>
    <w:p>
      <w:pPr>
        <w:pStyle w:val="Normal"/>
        <w:rPr>
          <w:lang w:val="ru-RU"/>
        </w:rPr>
      </w:pPr>
      <w:r>
        <w:rPr>
          <w:i/>
          <w:lang w:val="ru-RU"/>
        </w:rPr>
        <w:t>Конец действия. Музыкальная пауза. Песня «Смуглянка-молдаванка» на алтайском языке.</w:t>
      </w:r>
    </w:p>
    <w:p>
      <w:pPr>
        <w:pStyle w:val="Heading2"/>
        <w:rPr>
          <w:lang w:val="ru-RU"/>
        </w:rPr>
      </w:pPr>
      <w:r>
        <w:rPr>
          <w:lang w:val="ru-RU"/>
        </w:rPr>
        <w:t>Действие пятое «СОСКА»</w:t>
      </w:r>
    </w:p>
    <w:p>
      <w:pPr>
        <w:pStyle w:val="Normal"/>
        <w:rPr>
          <w:lang w:val="ru-RU"/>
        </w:rPr>
      </w:pPr>
      <w:r>
        <w:rPr>
          <w:i/>
          <w:lang w:val="ru-RU"/>
        </w:rPr>
        <w:t>(В аиле. Поздний вечер. Убавив огонь, Санаа вываривает в воде коровий рог, вырезает его и прикрепляет к нему соску. Ребёнок засыпает.)</w:t>
      </w:r>
    </w:p>
    <w:p>
      <w:pPr>
        <w:pStyle w:val="Normal"/>
        <w:rPr>
          <w:lang w:val="ru-RU"/>
        </w:rPr>
      </w:pPr>
      <w:r>
        <w:rPr>
          <w:b/>
          <w:lang w:val="ru-RU"/>
        </w:rPr>
        <w:t xml:space="preserve">САНАА. </w:t>
      </w:r>
      <w:r>
        <w:rPr>
          <w:lang w:val="ru-RU"/>
        </w:rPr>
        <w:t>Молока не хватает. К овечьей кожи соску из коровьего рога прикрепляю, готовлю ребёнку соску, чтобы кормить. Мы выдержим. Тяжести вынесем. Главное,  пусть победа придёт. Работы у доярки много. Пятнадцать коров подоить, молоко в фляги слить, до двенадцати раз в день на завод доставлять. Привязанный к аркану бык в жару бьётся — не бьётся. Или просто бесцельно бродит. Лишь бы фляги не перевернулись, молоко государства полностью доставить — так подгоняешь себя. Надо работать до пота.</w:t>
      </w:r>
    </w:p>
    <w:p>
      <w:pPr>
        <w:pStyle w:val="Normal"/>
        <w:rPr>
          <w:lang w:val="ru-RU"/>
        </w:rPr>
      </w:pPr>
      <w:r>
        <w:rPr>
          <w:i/>
          <w:lang w:val="ru-RU"/>
        </w:rPr>
        <w:t>(Санаа встала. Соска готова. Ребёнок проснулся. В одной руке ребёнок, в другой — ведро, пошла к сараю. Положила ребёнка под кустом, стала доить корову. Немного надоив, влила в соску. Положив ребёнка набок, дала ему сосать. Ребёнок перестал плакать, взял соску. Санаа стала доить коров, сливать молоко во флягу. Напевает.)</w:t>
      </w:r>
    </w:p>
    <w:p>
      <w:pPr>
        <w:pStyle w:val="Normal"/>
        <w:jc w:val="center"/>
        <w:rPr>
          <w:lang w:val="ru-RU"/>
        </w:rPr>
      </w:pPr>
      <w:r>
        <w:rPr>
          <w:i/>
          <w:lang w:val="ru-RU"/>
        </w:rPr>
        <w:t>Птицы поют-звенят</w:t>
        <w:br/>
        <w:t>вдали прекрасного лета.</w:t>
        <w:br/>
        <w:t>Песню моего мужа,</w:t>
        <w:br/>
        <w:t>ушедшего вдаль.</w:t>
      </w:r>
    </w:p>
    <w:p>
      <w:pPr>
        <w:pStyle w:val="Normal"/>
        <w:rPr>
          <w:lang w:val="ru-RU"/>
        </w:rPr>
      </w:pPr>
      <w:r>
        <w:rPr>
          <w:i/>
          <w:lang w:val="ru-RU"/>
        </w:rPr>
        <w:t>(Подоив коров, снова в одной руке ребёнок, в другой — ведро, Санаа вошла в юрту.)</w:t>
      </w:r>
    </w:p>
    <w:p>
      <w:pPr>
        <w:pStyle w:val="Normal"/>
        <w:rPr>
          <w:lang w:val="ru-RU"/>
        </w:rPr>
      </w:pPr>
      <w:r>
        <w:rPr>
          <w:i/>
          <w:lang w:val="ru-RU"/>
        </w:rPr>
        <w:t>Конец действия. Музыкальная пауза. Песня «С чего начинается Родина» на алтайском языке.</w:t>
      </w:r>
    </w:p>
    <w:p>
      <w:pPr>
        <w:pStyle w:val="Heading2"/>
        <w:rPr>
          <w:lang w:val="ru-RU"/>
        </w:rPr>
      </w:pPr>
      <w:r>
        <w:rPr>
          <w:lang w:val="ru-RU"/>
        </w:rPr>
        <w:t>Действие шестое «ТЯЖЁЛАЯ ВЕСТЬ»</w:t>
      </w:r>
    </w:p>
    <w:p>
      <w:pPr>
        <w:pStyle w:val="Normal"/>
        <w:rPr>
          <w:lang w:val="ru-RU"/>
        </w:rPr>
      </w:pPr>
      <w:r>
        <w:rPr>
          <w:i/>
          <w:lang w:val="ru-RU"/>
        </w:rPr>
        <w:t>(Снаружи аила Танабай, Сынару, Санаа, Öмöчи, Кабай греются на солнце. Трёхлетний Паслей, взяв хворостину за коня, ездит вокруг них «на коне». Приходит почтальон. Тяжёлая тишина. Все смотрят.)</w:t>
      </w:r>
    </w:p>
    <w:p>
      <w:pPr>
        <w:pStyle w:val="Normal"/>
        <w:rPr>
          <w:lang w:val="ru-RU"/>
        </w:rPr>
      </w:pPr>
      <w:r>
        <w:rPr>
          <w:b/>
          <w:lang w:val="ru-RU"/>
        </w:rPr>
        <w:t>Ö</w:t>
      </w:r>
      <w:r>
        <w:rPr>
          <w:b/>
        </w:rPr>
        <w:t>M</w:t>
      </w:r>
      <w:r>
        <w:rPr>
          <w:b/>
          <w:lang w:val="ru-RU"/>
        </w:rPr>
        <w:t xml:space="preserve">ÖЧИ. </w:t>
      </w:r>
      <w:r>
        <w:rPr>
          <w:lang w:val="ru-RU"/>
        </w:rPr>
        <w:t>Что принесла, Карагыс? Не молчи. Если радостная весть — говори.</w:t>
      </w:r>
    </w:p>
    <w:p>
      <w:pPr>
        <w:pStyle w:val="Normal"/>
        <w:rPr>
          <w:lang w:val="ru-RU"/>
        </w:rPr>
      </w:pPr>
      <w:r>
        <w:rPr>
          <w:b/>
          <w:lang w:val="ru-RU"/>
        </w:rPr>
        <w:t xml:space="preserve">ПОЧТАЛЬОН. </w:t>
      </w:r>
      <w:r>
        <w:rPr>
          <w:i/>
          <w:lang w:val="ru-RU"/>
        </w:rPr>
        <w:t>(молча подаёт похоронку)</w:t>
      </w:r>
    </w:p>
    <w:p>
      <w:pPr>
        <w:pStyle w:val="Normal"/>
        <w:rPr>
          <w:lang w:val="ru-RU"/>
        </w:rPr>
      </w:pPr>
      <w:r>
        <w:rPr>
          <w:b/>
          <w:lang w:val="ru-RU"/>
        </w:rPr>
        <w:t xml:space="preserve">УЗЕЗИ. </w:t>
      </w:r>
      <w:r>
        <w:rPr>
          <w:lang w:val="ru-RU"/>
        </w:rPr>
        <w:t>Кому? Что случилось?</w:t>
      </w:r>
    </w:p>
    <w:p>
      <w:pPr>
        <w:pStyle w:val="Normal"/>
        <w:rPr>
          <w:lang w:val="ru-RU"/>
        </w:rPr>
      </w:pPr>
      <w:r>
        <w:rPr>
          <w:b/>
          <w:lang w:val="ru-RU"/>
        </w:rPr>
        <w:t xml:space="preserve">ПОЧТАЛЬОН. </w:t>
      </w:r>
      <w:r>
        <w:rPr>
          <w:lang w:val="ru-RU"/>
        </w:rPr>
        <w:t>Танабай…</w:t>
      </w:r>
    </w:p>
    <w:p>
      <w:pPr>
        <w:pStyle w:val="Normal"/>
        <w:rPr>
          <w:lang w:val="ru-RU"/>
        </w:rPr>
      </w:pPr>
      <w:r>
        <w:rPr>
          <w:i/>
          <w:lang w:val="ru-RU"/>
        </w:rPr>
        <w:t>(Танабай вскрикнула, вскочила. Снова села. Ноги не держат. Санаа и Сынару держат её, чтобы не упала.)</w:t>
      </w:r>
    </w:p>
    <w:p>
      <w:pPr>
        <w:pStyle w:val="Normal"/>
        <w:rPr>
          <w:lang w:val="ru-RU"/>
        </w:rPr>
      </w:pPr>
      <w:r>
        <w:rPr>
          <w:b/>
          <w:lang w:val="ru-RU"/>
        </w:rPr>
        <w:t xml:space="preserve">САНАА. </w:t>
      </w:r>
      <w:r>
        <w:rPr>
          <w:lang w:val="ru-RU"/>
        </w:rPr>
        <w:t>Держись, Танашка. Хуже уже не будет. Между отчаянием и надеждой — может быть, ещё хуже будет.</w:t>
      </w:r>
    </w:p>
    <w:p>
      <w:pPr>
        <w:pStyle w:val="Normal"/>
        <w:rPr>
          <w:lang w:val="ru-RU"/>
        </w:rPr>
      </w:pPr>
      <w:r>
        <w:rPr>
          <w:b/>
          <w:lang w:val="ru-RU"/>
        </w:rPr>
        <w:t xml:space="preserve">ТАНАБАЙ. </w:t>
      </w:r>
      <w:r>
        <w:rPr>
          <w:i/>
          <w:lang w:val="ru-RU"/>
        </w:rPr>
        <w:t>(не может стоять, кричит. Будто вокруг деревья-камни тоже кричат. Изо всех сил сжавшись, упала. Плачет, рвёт на себе волосы. Все вокруг молчат. Только крик Танабай отдаётся в земле-небе.)</w:t>
      </w:r>
    </w:p>
    <w:p>
      <w:pPr>
        <w:pStyle w:val="Normal"/>
        <w:rPr>
          <w:lang w:val="ru-RU"/>
        </w:rPr>
      </w:pPr>
      <w:r>
        <w:rPr>
          <w:b/>
          <w:lang w:val="ru-RU"/>
        </w:rPr>
        <w:t xml:space="preserve">ТАНАБАЙ. </w:t>
      </w:r>
      <w:r>
        <w:rPr>
          <w:lang w:val="ru-RU"/>
        </w:rPr>
        <w:t>Айдыш! Айдыш мой! Айдыш, муж мой! Что мне без тебя! Хотя бы ребёнок остался, при мне остался. Род оборвался… (Плачет.)</w:t>
      </w:r>
    </w:p>
    <w:p>
      <w:pPr>
        <w:pStyle w:val="Normal"/>
        <w:rPr>
          <w:lang w:val="ru-RU"/>
        </w:rPr>
      </w:pPr>
      <w:r>
        <w:rPr>
          <w:i/>
          <w:lang w:val="ru-RU"/>
        </w:rPr>
        <w:t>(Санаа держит Танабай за руку. Танабай, опустив голову, кричит, не глядя, оттолкнула Санаа. Как будто впервые увидев, уставилась.)</w:t>
      </w:r>
    </w:p>
    <w:p>
      <w:pPr>
        <w:pStyle w:val="Normal"/>
        <w:rPr>
          <w:lang w:val="ru-RU"/>
        </w:rPr>
      </w:pPr>
      <w:r>
        <w:rPr>
          <w:b/>
          <w:lang w:val="ru-RU"/>
        </w:rPr>
        <w:t xml:space="preserve">ТАНАБАЙ. </w:t>
      </w:r>
      <w:r>
        <w:rPr>
          <w:lang w:val="ru-RU"/>
        </w:rPr>
        <w:t>Чему ты учишь! Вон. Не хочу тебя видеть! У тебя и ребёнок есть. И муж есть! Не показывайся мне!</w:t>
      </w:r>
    </w:p>
    <w:p>
      <w:pPr>
        <w:pStyle w:val="Normal"/>
        <w:rPr>
          <w:lang w:val="ru-RU"/>
        </w:rPr>
      </w:pPr>
      <w:r>
        <w:rPr>
          <w:b/>
          <w:lang w:val="ru-RU"/>
        </w:rPr>
        <w:t>КАБАЙ И Ö</w:t>
      </w:r>
      <w:r>
        <w:rPr>
          <w:b/>
        </w:rPr>
        <w:t>M</w:t>
      </w:r>
      <w:r>
        <w:rPr>
          <w:b/>
          <w:lang w:val="ru-RU"/>
        </w:rPr>
        <w:t xml:space="preserve">ÖЧИ ВМЕСТЕ. </w:t>
      </w:r>
      <w:r>
        <w:rPr>
          <w:lang w:val="ru-RU"/>
        </w:rPr>
        <w:t>Как ты можешь, Танашка! Санаа тебе что сделала! Полачь, пока обида не пройдёт, бедняга. Это что-то другое. Как её понять. Судьбу не оберешь, гостя не задержишь.</w:t>
      </w:r>
    </w:p>
    <w:p>
      <w:pPr>
        <w:pStyle w:val="Normal"/>
        <w:rPr>
          <w:lang w:val="ru-RU"/>
        </w:rPr>
      </w:pPr>
      <w:r>
        <w:rPr>
          <w:b/>
          <w:lang w:val="ru-RU"/>
        </w:rPr>
        <w:t xml:space="preserve">ТАНАБАЙ. </w:t>
      </w:r>
      <w:r>
        <w:rPr>
          <w:lang w:val="ru-RU"/>
        </w:rPr>
        <w:t>Знала я, предчувствовала! Ещё когда во сне Айдыш сел на коня и уехал, предчувствовала. Не смогла остановить. (Танабай плачет, сидя. Будто пьяная, приближается что-то. Паслей тихо стоит. Подойдя к плачущей Танабай, говорит.)</w:t>
      </w:r>
    </w:p>
    <w:p>
      <w:pPr>
        <w:pStyle w:val="Normal"/>
        <w:rPr>
          <w:lang w:val="ru-RU"/>
        </w:rPr>
      </w:pPr>
      <w:r>
        <w:rPr>
          <w:b/>
          <w:lang w:val="ru-RU"/>
        </w:rPr>
        <w:t xml:space="preserve">ПАСЛЕЙ. </w:t>
      </w:r>
      <w:r>
        <w:rPr>
          <w:lang w:val="ru-RU"/>
        </w:rPr>
        <w:t>Сестрица, Танабай сестрица, не плачьте. Айдыш дядя уже не придёт? Я вам помогу. Сейчас на коне поеду, веток вам наломаю. (Паслей «сел» на хворостину, побежал рысью.)</w:t>
      </w:r>
    </w:p>
    <w:p>
      <w:pPr>
        <w:pStyle w:val="Normal"/>
        <w:rPr>
          <w:lang w:val="ru-RU"/>
        </w:rPr>
      </w:pPr>
      <w:r>
        <w:rPr>
          <w:i/>
          <w:lang w:val="ru-RU"/>
        </w:rPr>
        <w:t>(Чуть успокоившись, когда обида прошла, Танабай обратилась к Санаа.)</w:t>
      </w:r>
    </w:p>
    <w:p>
      <w:pPr>
        <w:pStyle w:val="Normal"/>
        <w:rPr>
          <w:lang w:val="ru-RU"/>
        </w:rPr>
      </w:pPr>
      <w:r>
        <w:rPr>
          <w:b/>
          <w:lang w:val="ru-RU"/>
        </w:rPr>
        <w:t xml:space="preserve">ТАНАБАЙ. </w:t>
      </w:r>
      <w:r>
        <w:rPr>
          <w:lang w:val="ru-RU"/>
        </w:rPr>
        <w:t>Санаа, прости, не сердись на меня. Я сейчас не в себе. Ты тут ни в чём не виновата. Это враг-зверь, фашист как зверь, виноват. (Танабай, повернувшись на запад, подняла кулак, кричит, проклинает.) Знай, враг. Страшная кара тебе придёт. Есть Бог! Есть правда! Проклятие оставшихся сиротами пусть тебя найдёт!</w:t>
      </w:r>
    </w:p>
    <w:p>
      <w:pPr>
        <w:pStyle w:val="Normal"/>
        <w:rPr>
          <w:lang w:val="ru-RU"/>
        </w:rPr>
      </w:pPr>
      <w:r>
        <w:rPr>
          <w:b/>
          <w:lang w:val="ru-RU"/>
        </w:rPr>
        <w:t>Ö</w:t>
      </w:r>
      <w:r>
        <w:rPr>
          <w:b/>
        </w:rPr>
        <w:t>M</w:t>
      </w:r>
      <w:r>
        <w:rPr>
          <w:b/>
          <w:lang w:val="ru-RU"/>
        </w:rPr>
        <w:t xml:space="preserve">ÖЧИ. </w:t>
      </w:r>
      <w:r>
        <w:rPr>
          <w:lang w:val="ru-RU"/>
        </w:rPr>
        <w:t>Народ не забудет сыновей-героев. Пусть годы, которые Айдыш не дожил, другие парни доживут. Пусть вернутся с победой. (Поддерживая Танабай с двух сторон, все идут к аилу.)</w:t>
      </w:r>
    </w:p>
    <w:p>
      <w:pPr>
        <w:pStyle w:val="Normal"/>
        <w:rPr>
          <w:lang w:val="ru-RU"/>
        </w:rPr>
      </w:pPr>
      <w:r>
        <w:rPr>
          <w:i/>
          <w:lang w:val="ru-RU"/>
        </w:rPr>
        <w:t>Конец действия. Музыкальная пауза. Песня «Эх, дороги» на алтайском языке.</w:t>
      </w:r>
    </w:p>
    <w:p>
      <w:pPr>
        <w:pStyle w:val="Heading2"/>
        <w:rPr>
          <w:lang w:val="ru-RU"/>
        </w:rPr>
      </w:pPr>
      <w:r>
        <w:rPr>
          <w:lang w:val="ru-RU"/>
        </w:rPr>
        <w:t>Действие седьмое «ЖУРАВЛИ. ПОБЕДА»</w:t>
      </w:r>
    </w:p>
    <w:p>
      <w:pPr>
        <w:pStyle w:val="Normal"/>
        <w:rPr>
          <w:lang w:val="ru-RU"/>
        </w:rPr>
      </w:pPr>
      <w:r>
        <w:rPr>
          <w:i/>
          <w:lang w:val="ru-RU"/>
        </w:rPr>
        <w:t>(Лето. Сынару, Кабай, Санаа, Танабай в поле сеют зерно. Паслей, расставив руки, бегает. Рядом с Паслеем 3–4 ребёнка.)</w:t>
      </w:r>
    </w:p>
    <w:p>
      <w:pPr>
        <w:pStyle w:val="Normal"/>
        <w:rPr>
          <w:lang w:val="ru-RU"/>
        </w:rPr>
      </w:pPr>
      <w:r>
        <w:rPr>
          <w:b/>
          <w:lang w:val="ru-RU"/>
        </w:rPr>
        <w:t xml:space="preserve">ПАСЛЕЙ. </w:t>
      </w:r>
      <w:r>
        <w:rPr>
          <w:lang w:val="ru-RU"/>
        </w:rPr>
        <w:t>Мать, бабушка! Я стану птицей? Я птица, я лечу!</w:t>
      </w:r>
    </w:p>
    <w:p>
      <w:pPr>
        <w:pStyle w:val="Normal"/>
        <w:rPr>
          <w:lang w:val="ru-RU"/>
        </w:rPr>
      </w:pPr>
      <w:r>
        <w:rPr>
          <w:b/>
          <w:lang w:val="ru-RU"/>
        </w:rPr>
        <w:t xml:space="preserve">КАБАЙ. </w:t>
      </w:r>
      <w:r>
        <w:rPr>
          <w:lang w:val="ru-RU"/>
        </w:rPr>
        <w:t>Пусть мой ребёнок станет птицей. Мой ребёнок — птица. Пусть, не падая на землю, мой сын летит высоко как птица. Пусть будет светлым, с удачной судьбой.</w:t>
      </w:r>
    </w:p>
    <w:p>
      <w:pPr>
        <w:pStyle w:val="Normal"/>
        <w:rPr>
          <w:lang w:val="ru-RU"/>
        </w:rPr>
      </w:pPr>
      <w:r>
        <w:rPr>
          <w:b/>
          <w:lang w:val="ru-RU"/>
        </w:rPr>
        <w:t xml:space="preserve">ПАСЛЕЙ. </w:t>
      </w:r>
      <w:r>
        <w:rPr>
          <w:i/>
          <w:lang w:val="ru-RU"/>
        </w:rPr>
        <w:t>(детям)</w:t>
      </w:r>
      <w:r>
        <w:rPr>
          <w:b/>
          <w:lang w:val="ru-RU"/>
        </w:rPr>
        <w:t xml:space="preserve"> </w:t>
      </w:r>
      <w:r>
        <w:rPr>
          <w:lang w:val="ru-RU"/>
        </w:rPr>
        <w:t>Давайте сыграем в «Хромого журавля». На одной ноге нужно стоять, другую к колену прижать, руки на пояс. На одной ноге стоять, друг друга толкать. Кто первый наступит на вторую ногу — тот проиграл. В конце останется один победитель.</w:t>
      </w:r>
    </w:p>
    <w:p>
      <w:pPr>
        <w:pStyle w:val="Normal"/>
        <w:rPr>
          <w:lang w:val="ru-RU"/>
        </w:rPr>
      </w:pPr>
      <w:r>
        <w:rPr>
          <w:i/>
          <w:lang w:val="ru-RU"/>
        </w:rPr>
        <w:t>(Дети играют в «Хромого журавля», смеются. Высоко в небе летят клины журавлей.)</w:t>
      </w:r>
    </w:p>
    <w:p>
      <w:pPr>
        <w:pStyle w:val="Normal"/>
        <w:rPr>
          <w:lang w:val="ru-RU"/>
        </w:rPr>
      </w:pPr>
      <w:r>
        <w:rPr>
          <w:b/>
          <w:lang w:val="ru-RU"/>
        </w:rPr>
        <w:t xml:space="preserve">САНАА. </w:t>
      </w:r>
      <w:r>
        <w:rPr>
          <w:i/>
          <w:lang w:val="ru-RU"/>
        </w:rPr>
        <w:t xml:space="preserve">(глядя в небо) </w:t>
      </w:r>
      <w:r>
        <w:rPr>
          <w:lang w:val="ru-RU"/>
        </w:rPr>
        <w:t>Мать, посмотри-ка, журавли вернулись.</w:t>
      </w:r>
    </w:p>
    <w:p>
      <w:pPr>
        <w:pStyle w:val="Normal"/>
        <w:rPr>
          <w:lang w:val="ru-RU"/>
        </w:rPr>
      </w:pPr>
      <w:r>
        <w:rPr>
          <w:b/>
          <w:lang w:val="ru-RU"/>
        </w:rPr>
        <w:t xml:space="preserve">КАБАЙ. </w:t>
      </w:r>
      <w:r>
        <w:rPr>
          <w:lang w:val="ru-RU"/>
        </w:rPr>
        <w:t>Правда. Как их много… В мои годы столько журавлей, летящих вместе, не видела. Раньше старики говорили: журавлиные стаи, собравшись в большие группы — это к тому, что много детей родится. Давно не видевшиеся родственники встретятся — тоже к этому. Журавли прилетели рано — значит, год мягким будет. Урожай хорошим будет. (Приложив руку ко лбу, закрывая от солнца, долго смотрела на журавлей. Тишина.) Пусть теперь так же, как орлы, наши воины возвращаются в свою землю целыми-невредимыми. (О чём-то вспомнив, глядя в небо, закрывая солнце рукой, смотрит вверх.)</w:t>
      </w:r>
    </w:p>
    <w:p>
      <w:pPr>
        <w:pStyle w:val="Normal"/>
        <w:rPr>
          <w:lang w:val="ru-RU"/>
        </w:rPr>
      </w:pPr>
      <w:r>
        <w:rPr>
          <w:b/>
          <w:lang w:val="ru-RU"/>
        </w:rPr>
        <w:t xml:space="preserve">СЫНАРУ. </w:t>
      </w:r>
      <w:r>
        <w:rPr>
          <w:lang w:val="ru-RU"/>
        </w:rPr>
        <w:t>Ооой, вон солдат идёт, не так ли?</w:t>
      </w:r>
    </w:p>
    <w:p>
      <w:pPr>
        <w:pStyle w:val="Normal"/>
        <w:rPr>
          <w:lang w:val="ru-RU"/>
        </w:rPr>
      </w:pPr>
      <w:r>
        <w:rPr>
          <w:b/>
          <w:lang w:val="ru-RU"/>
        </w:rPr>
        <w:t xml:space="preserve">УЗЕЗИ. </w:t>
      </w:r>
      <w:r>
        <w:rPr>
          <w:lang w:val="ru-RU"/>
        </w:rPr>
        <w:t>Где? Где? Солдат где?</w:t>
      </w:r>
    </w:p>
    <w:p>
      <w:pPr>
        <w:pStyle w:val="Normal"/>
        <w:rPr>
          <w:lang w:val="ru-RU"/>
        </w:rPr>
      </w:pPr>
      <w:r>
        <w:rPr>
          <w:i/>
          <w:lang w:val="ru-RU"/>
        </w:rPr>
        <w:t>(С вещевым мешком идёт один солдат.)</w:t>
      </w:r>
    </w:p>
    <w:p>
      <w:pPr>
        <w:pStyle w:val="Normal"/>
        <w:rPr>
          <w:lang w:val="ru-RU"/>
        </w:rPr>
      </w:pPr>
      <w:r>
        <w:rPr>
          <w:b/>
          <w:lang w:val="ru-RU"/>
        </w:rPr>
        <w:t xml:space="preserve">СЫНАРУ. </w:t>
      </w:r>
      <w:r>
        <w:rPr>
          <w:i/>
          <w:lang w:val="ru-RU"/>
        </w:rPr>
        <w:t xml:space="preserve">(бросив вилы, побежала к солдату) </w:t>
      </w:r>
      <w:r>
        <w:rPr>
          <w:lang w:val="ru-RU"/>
        </w:rPr>
        <w:t>Брат! Брат Адучы!</w:t>
      </w:r>
    </w:p>
    <w:p>
      <w:pPr>
        <w:pStyle w:val="Normal"/>
        <w:rPr>
          <w:lang w:val="ru-RU"/>
        </w:rPr>
      </w:pPr>
      <w:r>
        <w:rPr>
          <w:i/>
          <w:lang w:val="ru-RU"/>
        </w:rPr>
        <w:t>(За ней побежали все.)</w:t>
      </w:r>
    </w:p>
    <w:p>
      <w:pPr>
        <w:pStyle w:val="Normal"/>
        <w:rPr>
          <w:lang w:val="ru-RU"/>
        </w:rPr>
      </w:pPr>
      <w:r>
        <w:rPr>
          <w:b/>
          <w:lang w:val="ru-RU"/>
        </w:rPr>
        <w:t xml:space="preserve">АДУЧЫ. </w:t>
      </w:r>
      <w:r>
        <w:rPr>
          <w:i/>
          <w:lang w:val="ru-RU"/>
        </w:rPr>
        <w:t xml:space="preserve">(кричит) </w:t>
      </w:r>
      <w:r>
        <w:rPr>
          <w:lang w:val="ru-RU"/>
        </w:rPr>
        <w:t>Победа!!! Победа!!! Урааааа! Здравствуйте!!!</w:t>
      </w:r>
    </w:p>
    <w:p>
      <w:pPr>
        <w:pStyle w:val="Normal"/>
        <w:rPr>
          <w:lang w:val="ru-RU"/>
        </w:rPr>
      </w:pPr>
      <w:r>
        <w:rPr>
          <w:i/>
          <w:lang w:val="ru-RU"/>
        </w:rPr>
        <w:t>(Люди окружили солдата. Сначала обняв мать, поцеловав Санаа в щёку, Адучы подбросил четырёхлетнего сына Паслея в воздух. Сын смеётся. У людей слёзы в глазах, обнимают друг друга. Дети, расставив руки как крылья журавля, бегают вокруг брата.)</w:t>
      </w:r>
    </w:p>
    <w:p>
      <w:pPr>
        <w:pStyle w:val="Normal"/>
        <w:rPr>
          <w:lang w:val="ru-RU"/>
        </w:rPr>
      </w:pPr>
      <w:r>
        <w:rPr>
          <w:b/>
          <w:lang w:val="ru-RU"/>
        </w:rPr>
        <w:t>Ö</w:t>
      </w:r>
      <w:r>
        <w:rPr>
          <w:b/>
        </w:rPr>
        <w:t>M</w:t>
      </w:r>
      <w:r>
        <w:rPr>
          <w:b/>
          <w:lang w:val="ru-RU"/>
        </w:rPr>
        <w:t xml:space="preserve">ÖЧИ. </w:t>
      </w:r>
      <w:r>
        <w:rPr>
          <w:lang w:val="ru-RU"/>
        </w:rPr>
        <w:t>Когда вернутся остальные воины, Адучы?</w:t>
      </w:r>
    </w:p>
    <w:p>
      <w:pPr>
        <w:pStyle w:val="Normal"/>
        <w:rPr>
          <w:lang w:val="ru-RU"/>
        </w:rPr>
      </w:pPr>
      <w:r>
        <w:rPr>
          <w:b/>
          <w:lang w:val="ru-RU"/>
        </w:rPr>
        <w:t xml:space="preserve">АДУЧЫ. </w:t>
      </w:r>
      <w:r>
        <w:rPr>
          <w:lang w:val="ru-RU"/>
        </w:rPr>
        <w:t>Война закончилась. Теперь солдаты будут возвращаться по одному-двое домой. Дорогие матери, женщины, вы были для нас светом!</w:t>
      </w:r>
    </w:p>
    <w:p>
      <w:pPr>
        <w:pStyle w:val="Normal"/>
        <w:rPr>
          <w:lang w:val="ru-RU"/>
        </w:rPr>
      </w:pPr>
      <w:r>
        <w:rPr>
          <w:b/>
          <w:lang w:val="ru-RU"/>
        </w:rPr>
        <w:t xml:space="preserve">ТАНАБАЙ. </w:t>
      </w:r>
      <w:r>
        <w:rPr>
          <w:i/>
          <w:lang w:val="ru-RU"/>
        </w:rPr>
        <w:t xml:space="preserve">(в глубоком раздумье) </w:t>
      </w:r>
      <w:r>
        <w:rPr>
          <w:lang w:val="ru-RU"/>
        </w:rPr>
        <w:t>Воины, не вернувшиеся с войны, может быть, превратившись в журавлей, кружат над нами? Журавли! Журавли! Вы победили! Победа наша! Враг повержен!</w:t>
      </w:r>
    </w:p>
    <w:p>
      <w:pPr>
        <w:pStyle w:val="Normal"/>
        <w:rPr>
          <w:lang w:val="ru-RU"/>
        </w:rPr>
      </w:pPr>
      <w:r>
        <w:rPr>
          <w:b/>
          <w:lang w:val="ru-RU"/>
        </w:rPr>
        <w:t>ВСЕ</w:t>
      </w:r>
      <w:bookmarkStart w:id="0" w:name="_GoBack"/>
      <w:bookmarkEnd w:id="0"/>
      <w:r>
        <w:rPr>
          <w:b/>
          <w:lang w:val="ru-RU"/>
        </w:rPr>
        <w:t xml:space="preserve">. </w:t>
      </w:r>
      <w:r>
        <w:rPr>
          <w:lang w:val="ru-RU"/>
        </w:rPr>
        <w:t>Дорогие наши журавли, снова увидев, радуйтесь. Даже если победа запоздала, не думайте, что забыты!</w:t>
      </w:r>
    </w:p>
    <w:p>
      <w:pPr>
        <w:pStyle w:val="Normal"/>
        <w:rPr>
          <w:lang w:val="ru-RU"/>
        </w:rPr>
      </w:pPr>
      <w:r>
        <w:rPr>
          <w:i/>
          <w:lang w:val="ru-RU"/>
        </w:rPr>
        <w:t>(Все, глядя на журавлей, каждый думает о своём. Потом, перекликаясь, идут к домам.)</w:t>
      </w:r>
    </w:p>
    <w:p>
      <w:pPr>
        <w:pStyle w:val="Normal"/>
        <w:rPr>
          <w:lang w:val="ru-RU"/>
        </w:rPr>
      </w:pPr>
      <w:r>
        <w:rPr>
          <w:i/>
          <w:lang w:val="ru-RU"/>
        </w:rPr>
        <w:t>Пьеса окончена. Музыкальная пауза. Песня «Журавли» на алтайском языке.</w:t>
      </w:r>
    </w:p>
    <w:p>
      <w:pPr>
        <w:pStyle w:val="Normal"/>
        <w:rPr>
          <w:lang w:val="ru-RU"/>
        </w:rPr>
      </w:pPr>
      <w:r>
        <w:rPr>
          <w:lang w:val="ru-RU"/>
        </w:rPr>
      </w:r>
    </w:p>
    <w:p>
      <w:pPr>
        <w:pStyle w:val="Normal"/>
        <w:jc w:val="center"/>
        <w:rPr>
          <w:lang w:val="ru-RU"/>
        </w:rPr>
      </w:pPr>
      <w:r>
        <w:rPr>
          <w:b/>
          <w:lang w:val="ru-RU"/>
        </w:rPr>
        <w:t>ЖУРАВЛИ</w:t>
      </w:r>
    </w:p>
    <w:p>
      <w:pPr>
        <w:pStyle w:val="Normal"/>
        <w:jc w:val="center"/>
        <w:rPr>
          <w:lang w:val="ru-RU"/>
        </w:rPr>
      </w:pPr>
      <w:r>
        <w:rPr>
          <w:i/>
          <w:lang w:val="ru-RU"/>
        </w:rPr>
        <w:t>(по Р. Гамзатову)</w:t>
      </w:r>
    </w:p>
    <w:p>
      <w:pPr>
        <w:pStyle w:val="Normal"/>
        <w:jc w:val="center"/>
        <w:rPr>
          <w:lang w:val="ru-RU"/>
        </w:rPr>
      </w:pPr>
      <w:r>
        <w:rPr>
          <w:lang w:val="ru-RU"/>
        </w:rPr>
        <w:t>Мне кажется порой, что воины,</w:t>
        <w:br/>
        <w:t>с кровавых полей не вернувшиеся,</w:t>
      </w:r>
    </w:p>
    <w:p>
      <w:pPr>
        <w:pStyle w:val="Normal"/>
        <w:jc w:val="center"/>
        <w:rPr>
          <w:lang w:val="ru-RU"/>
        </w:rPr>
      </w:pPr>
      <w:r>
        <w:rPr>
          <w:lang w:val="ru-RU"/>
        </w:rPr>
        <w:t>На земле тогда не остались —</w:t>
        <w:br/>
        <w:t>в белых журавлей превратившись.</w:t>
      </w:r>
    </w:p>
    <w:p>
      <w:pPr>
        <w:pStyle w:val="Normal"/>
        <w:rPr>
          <w:lang w:val="ru-RU"/>
        </w:rPr>
      </w:pPr>
      <w:r>
        <w:rPr>
          <w:lang w:val="ru-RU"/>
        </w:rPr>
      </w:r>
    </w:p>
    <w:p>
      <w:pPr>
        <w:pStyle w:val="Normal"/>
        <w:jc w:val="center"/>
        <w:rPr>
          <w:lang w:val="ru-RU"/>
        </w:rPr>
      </w:pPr>
      <w:r>
        <w:rPr>
          <w:lang w:val="ru-RU"/>
        </w:rPr>
        <w:t>Они с того военного времени</w:t>
        <w:br/>
        <w:t>летят, голос свой до нас донося.</w:t>
      </w:r>
    </w:p>
    <w:p>
      <w:pPr>
        <w:pStyle w:val="Normal"/>
        <w:jc w:val="center"/>
        <w:rPr>
          <w:lang w:val="ru-RU"/>
        </w:rPr>
      </w:pPr>
      <w:r>
        <w:rPr>
          <w:lang w:val="ru-RU"/>
        </w:rPr>
        <w:t>Потому-то, наверное, задумчиво</w:t>
        <w:br/>
        <w:t>мы стоим, глядя в небо.</w:t>
      </w:r>
    </w:p>
    <w:p>
      <w:pPr>
        <w:pStyle w:val="Normal"/>
        <w:rPr>
          <w:lang w:val="ru-RU"/>
        </w:rPr>
      </w:pPr>
      <w:r>
        <w:rPr>
          <w:lang w:val="ru-RU"/>
        </w:rPr>
      </w:r>
    </w:p>
    <w:p>
      <w:pPr>
        <w:pStyle w:val="Normal"/>
        <w:jc w:val="center"/>
        <w:rPr>
          <w:lang w:val="ru-RU"/>
        </w:rPr>
      </w:pPr>
      <w:r>
        <w:rPr>
          <w:lang w:val="ru-RU"/>
        </w:rPr>
        <w:t>И сегодня, когда вечер наступает,</w:t>
        <w:br/>
        <w:t>вижу я в тумане журавлей.</w:t>
      </w:r>
    </w:p>
    <w:p>
      <w:pPr>
        <w:pStyle w:val="Normal"/>
        <w:jc w:val="center"/>
        <w:rPr>
          <w:lang w:val="ru-RU"/>
        </w:rPr>
      </w:pPr>
      <w:r>
        <w:rPr>
          <w:lang w:val="ru-RU"/>
        </w:rPr>
        <w:t>Их полёт, по их пути —</w:t>
        <w:br/>
        <w:t>как тогда шли люди.</w:t>
      </w:r>
    </w:p>
    <w:p>
      <w:pPr>
        <w:pStyle w:val="Normal"/>
        <w:rPr>
          <w:lang w:val="ru-RU"/>
        </w:rPr>
      </w:pPr>
      <w:r>
        <w:rPr>
          <w:lang w:val="ru-RU"/>
        </w:rPr>
      </w:r>
    </w:p>
    <w:p>
      <w:pPr>
        <w:pStyle w:val="Normal"/>
        <w:jc w:val="center"/>
        <w:rPr>
          <w:lang w:val="ru-RU"/>
        </w:rPr>
      </w:pPr>
      <w:r>
        <w:rPr>
          <w:lang w:val="ru-RU"/>
        </w:rPr>
        <w:t>Они летят, завершая долгий путь,</w:t>
        <w:br/>
        <w:t>окликая чьи-то имена.</w:t>
      </w:r>
    </w:p>
    <w:p>
      <w:pPr>
        <w:pStyle w:val="Normal"/>
        <w:jc w:val="center"/>
        <w:rPr>
          <w:lang w:val="ru-RU"/>
        </w:rPr>
      </w:pPr>
      <w:r>
        <w:rPr>
          <w:lang w:val="ru-RU"/>
        </w:rPr>
        <w:t>Потому-то, наверное, голос журавлей</w:t>
        <w:br/>
        <w:t>слышен нам на нашем языке.</w:t>
      </w:r>
    </w:p>
    <w:p>
      <w:pPr>
        <w:pStyle w:val="Normal"/>
        <w:rPr>
          <w:lang w:val="ru-RU"/>
        </w:rPr>
      </w:pPr>
      <w:r>
        <w:rPr>
          <w:lang w:val="ru-RU"/>
        </w:rPr>
      </w:r>
    </w:p>
    <w:p>
      <w:pPr>
        <w:pStyle w:val="Normal"/>
        <w:jc w:val="center"/>
        <w:rPr>
          <w:lang w:val="ru-RU"/>
        </w:rPr>
      </w:pPr>
      <w:r>
        <w:rPr>
          <w:lang w:val="ru-RU"/>
        </w:rPr>
        <w:t>Летят, летят, в поднебесье —</w:t>
        <w:br/>
        <w:t>кое-кто из товарищей, сородичей моих.</w:t>
      </w:r>
    </w:p>
    <w:p>
      <w:pPr>
        <w:pStyle w:val="Normal"/>
        <w:jc w:val="center"/>
        <w:rPr>
          <w:lang w:val="ru-RU"/>
        </w:rPr>
      </w:pPr>
      <w:r>
        <w:rPr>
          <w:lang w:val="ru-RU"/>
        </w:rPr>
        <w:t>В том клине, в середине —</w:t>
        <w:br/>
        <w:t>может быть, место для меня осталось.</w:t>
      </w:r>
    </w:p>
    <w:p>
      <w:pPr>
        <w:pStyle w:val="Normal"/>
        <w:rPr>
          <w:lang w:val="ru-RU"/>
        </w:rPr>
      </w:pPr>
      <w:r>
        <w:rPr>
          <w:lang w:val="ru-RU"/>
        </w:rPr>
      </w:r>
    </w:p>
    <w:p>
      <w:pPr>
        <w:pStyle w:val="Normal"/>
        <w:jc w:val="center"/>
        <w:rPr>
          <w:lang w:val="ru-RU"/>
        </w:rPr>
      </w:pPr>
      <w:r>
        <w:rPr>
          <w:lang w:val="ru-RU"/>
        </w:rPr>
        <w:t>Время придёт — с журавлиной стаей</w:t>
        <w:br/>
        <w:t>я полечу, в такой же вечер.</w:t>
      </w:r>
    </w:p>
    <w:p>
      <w:pPr>
        <w:pStyle w:val="Normal"/>
        <w:spacing w:before="0" w:after="200"/>
        <w:jc w:val="center"/>
        <w:rPr>
          <w:lang w:val="ru-RU"/>
        </w:rPr>
      </w:pPr>
      <w:r>
        <w:rPr>
          <w:lang w:val="ru-RU"/>
        </w:rPr>
        <w:t>Голосом птицы из неба окликну</w:t>
        <w:br/>
        <w:t>вас, кого на земле оставил.</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default"/>
  </w:font>
  <w:font w:name="Times New Roman">
    <w:charset w:val="01"/>
    <w:family w:val="roman"/>
    <w:pitch w:val="default"/>
  </w:font>
  <w:font w:name="Calibri">
    <w:charset w:val="01"/>
    <w:family w:val="roman"/>
    <w:pitch w:val="default"/>
  </w:font>
  <w:font w:name="Courier">
    <w:altName w:val="Courier New"/>
    <w:charset w:val="01"/>
    <w:family w:val="roman"/>
    <w:pitch w:val="default"/>
  </w:font>
  <w:font w:name="PT Astra Serif">
    <w:charset w:val="01"/>
    <w:family w:val="roman"/>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8"/>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Times New Roman" w:hAnsi="Times New Roman" w:eastAsia="ＭＳ 明朝" w:cs="" w:cstheme="minorBidi" w:eastAsiaTheme="minorEastAsia"/>
      <w:color w:val="auto"/>
      <w:kern w:val="0"/>
      <w:sz w:val="24"/>
      <w:szCs w:val="22"/>
      <w:lang w:val="en-US" w:eastAsia="en-US" w:bidi="ar-SA"/>
    </w:rPr>
  </w:style>
  <w:style w:type="paragraph" w:styleId="Heading1">
    <w:name w:val="heading 1"/>
    <w:basedOn w:val="Normal"/>
    <w:next w:val="Normal"/>
    <w:link w:val="1"/>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2"/>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3"/>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4"/>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5"/>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6"/>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7"/>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8"/>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9"/>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Style5" w:customStyle="1">
    <w:name w:val="Верхний колонтитул Знак"/>
    <w:basedOn w:val="DefaultParagraphFont"/>
    <w:uiPriority w:val="99"/>
    <w:qFormat/>
    <w:rsid w:val="00e618bf"/>
    <w:rPr/>
  </w:style>
  <w:style w:type="character" w:styleId="Style6" w:customStyle="1">
    <w:name w:val="Нижний колонтитул Знак"/>
    <w:basedOn w:val="DefaultParagraphFont"/>
    <w:uiPriority w:val="99"/>
    <w:qFormat/>
    <w:rsid w:val="00e618bf"/>
    <w:rPr/>
  </w:style>
  <w:style w:type="character" w:styleId="1" w:customStyle="1">
    <w:name w:val="Заголовок 1 Знак"/>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2" w:customStyle="1">
    <w:name w:val="Заголовок 2 Знак"/>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3" w:customStyle="1">
    <w:name w:val="Заголовок 3 Знак"/>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Style7" w:customStyle="1">
    <w:name w:val="Название Знак"/>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tyle8" w:customStyle="1">
    <w:name w:val="Подзаголовок Знак"/>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Style9" w:customStyle="1">
    <w:name w:val="Основной текст Знак"/>
    <w:basedOn w:val="DefaultParagraphFont"/>
    <w:uiPriority w:val="99"/>
    <w:qFormat/>
    <w:rsid w:val="00aa1d8d"/>
    <w:rPr/>
  </w:style>
  <w:style w:type="character" w:styleId="21" w:customStyle="1">
    <w:name w:val="Основной текст 2 Знак"/>
    <w:basedOn w:val="DefaultParagraphFont"/>
    <w:link w:val="BodyText2"/>
    <w:uiPriority w:val="99"/>
    <w:qFormat/>
    <w:rsid w:val="00aa1d8d"/>
    <w:rPr/>
  </w:style>
  <w:style w:type="character" w:styleId="31" w:customStyle="1">
    <w:name w:val="Основной текст 3 Знак"/>
    <w:basedOn w:val="DefaultParagraphFont"/>
    <w:link w:val="BodyText3"/>
    <w:uiPriority w:val="99"/>
    <w:qFormat/>
    <w:rsid w:val="00aa1d8d"/>
    <w:rPr>
      <w:sz w:val="16"/>
      <w:szCs w:val="16"/>
    </w:rPr>
  </w:style>
  <w:style w:type="character" w:styleId="Style10" w:customStyle="1">
    <w:name w:val="Текст макроса Знак"/>
    <w:basedOn w:val="DefaultParagraphFont"/>
    <w:link w:val="MacroText"/>
    <w:uiPriority w:val="99"/>
    <w:qFormat/>
    <w:rsid w:val="0029639d"/>
    <w:rPr>
      <w:rFonts w:ascii="Courier" w:hAnsi="Courier"/>
      <w:sz w:val="20"/>
      <w:szCs w:val="20"/>
    </w:rPr>
  </w:style>
  <w:style w:type="character" w:styleId="22" w:customStyle="1">
    <w:name w:val="Цитата 2 Знак"/>
    <w:basedOn w:val="DefaultParagraphFont"/>
    <w:link w:val="Quote"/>
    <w:uiPriority w:val="29"/>
    <w:qFormat/>
    <w:rsid w:val="00fc693f"/>
    <w:rPr>
      <w:i/>
      <w:iCs/>
      <w:color w:themeColor="text1" w:val="000000"/>
    </w:rPr>
  </w:style>
  <w:style w:type="character" w:styleId="4" w:customStyle="1">
    <w:name w:val="Заголовок 4 Знак"/>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5" w:customStyle="1">
    <w:name w:val="Заголовок 5 Знак"/>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6" w:customStyle="1">
    <w:name w:val="Заголовок 6 Знак"/>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7" w:customStyle="1">
    <w:name w:val="Заголовок 7 Знак"/>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8" w:customStyle="1">
    <w:name w:val="Заголовок 8 Знак"/>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9" w:customStyle="1">
    <w:name w:val="Заголовок 9 Знак"/>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tyle11" w:customStyle="1">
    <w:name w:val="Выделенная цитата Знак"/>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Style12">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link w:val="Style9"/>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Style13">
    <w:name w:val="Указатель"/>
    <w:basedOn w:val="Normal"/>
    <w:qFormat/>
    <w:pPr>
      <w:suppressLineNumbers/>
    </w:pPr>
    <w:rPr>
      <w:rFonts w:ascii="PT Astra Serif" w:hAnsi="PT Astra Serif" w:cs="FreeSans"/>
    </w:rPr>
  </w:style>
  <w:style w:type="paragraph" w:styleId="HeaderandFooter">
    <w:name w:val="Header and Footer"/>
    <w:basedOn w:val="Normal"/>
    <w:qFormat/>
    <w:pPr/>
    <w:rPr/>
  </w:style>
  <w:style w:type="paragraph" w:styleId="Header">
    <w:name w:val="header"/>
    <w:basedOn w:val="Normal"/>
    <w:link w:val="Style5"/>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Style6"/>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Style7"/>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tyle8"/>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21"/>
    <w:uiPriority w:val="99"/>
    <w:unhideWhenUsed/>
    <w:qFormat/>
    <w:rsid w:val="00aa1d8d"/>
    <w:pPr>
      <w:spacing w:lineRule="auto" w:line="480" w:before="0" w:after="120"/>
    </w:pPr>
    <w:rPr/>
  </w:style>
  <w:style w:type="paragraph" w:styleId="BodyText3">
    <w:name w:val="Body Text 3"/>
    <w:basedOn w:val="Normal"/>
    <w:link w:val="31"/>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Style10"/>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22"/>
    <w:uiPriority w:val="29"/>
    <w:qFormat/>
    <w:rsid w:val="00fc693f"/>
    <w:pPr/>
    <w:rPr>
      <w:i/>
      <w:iCs/>
      <w:color w:themeColor="text1" w:val="000000"/>
    </w:rPr>
  </w:style>
  <w:style w:type="paragraph" w:styleId="IntenseQuote">
    <w:name w:val="Intense Quote"/>
    <w:basedOn w:val="Normal"/>
    <w:next w:val="Normal"/>
    <w:link w:val="Style11"/>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Style12"/>
    <w:pPr/>
    <w:rPr/>
  </w:style>
  <w:style w:type="paragraph" w:styleId="TOCHeading">
    <w:name w:val="TOC Heading"/>
    <w:basedOn w:val="Heading1"/>
    <w:next w:val="Normal"/>
    <w:uiPriority w:val="39"/>
    <w:semiHidden/>
    <w:unhideWhenUsed/>
    <w:qFormat/>
    <w:rsid w:val="00fc693f"/>
    <w:pPr>
      <w:outlineLvl w:val="9"/>
    </w:pPr>
    <w:rPr/>
  </w:style>
  <w:style w:type="numbering" w:styleId="Style14" w:default="1">
    <w:name w:val="Без списка"/>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0">
    <w:name w:val="Table Grid"/>
    <w:basedOn w:val="a3"/>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12">
    <w:name w:val="Medium List 1"/>
    <w:basedOn w:val="a3"/>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aff4">
    <w:name w:val="Dark List"/>
    <w:basedOn w:val="a3"/>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13">
    <w:name w:val="Colorful Shading Accent 1"/>
    <w:basedOn w:val="a3"/>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23">
    <w:name w:val="Colorful Shading Accent 2"/>
    <w:basedOn w:val="a3"/>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33">
    <w:name w:val="Colorful Shading Accent 3"/>
    <w:basedOn w:val="a3"/>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53">
    <w:name w:val="Colorful Shading Accent 5"/>
    <w:basedOn w:val="a3"/>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63">
    <w:name w:val="Colorful Shading Accent 6"/>
    <w:basedOn w:val="a3"/>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aff6">
    <w:name w:val="Colorful List"/>
    <w:basedOn w:val="a3"/>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A85B8-CF50-4525-906D-B2922A35E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Application>LibreOffice/25.2.3.2$Linux_X86_64 LibreOffice_project/520$Build-2</Application>
  <AppVersion>15.0000</AppVersion>
  <Pages>12</Pages>
  <Words>2564</Words>
  <Characters>14690</Characters>
  <CharactersWithSpaces>17154</CharactersWithSpaces>
  <Paragraphs>165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2026-09-25T07:44:00Z</dcterms:created>
  <dc:creator>python-docx</dc:creator>
  <dc:description>generated by python-docx</dc:description>
  <dc:language>ru-RU</dc:language>
  <cp:lastModifiedBy/>
  <dcterms:modified xsi:type="dcterms:W3CDTF">2026-10-17T10:46:53Z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