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2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Байсула Некошева</w:t>
      </w:r>
    </w:p>
    <w:p>
      <w:pPr>
        <w:pStyle w:val="Normal"/>
        <w:spacing w:lineRule="auto" w:line="240" w:before="0" w:after="12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</w:t>
      </w:r>
    </w:p>
    <w:p>
      <w:pPr>
        <w:pStyle w:val="Normal"/>
        <w:spacing w:lineRule="auto" w:line="24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Пьеса историческая драма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280" w:after="16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Действующие лица: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</w:t>
      </w:r>
      <w:r>
        <w:rPr>
          <w:rFonts w:cs="Times New Roman"/>
          <w:sz w:val="28"/>
          <w:szCs w:val="28"/>
          <w:lang w:val="ru-RU"/>
        </w:rPr>
        <w:t xml:space="preserve"> — молодая женщина, 20 лет.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Шоҥкор</w:t>
      </w:r>
      <w:r>
        <w:rPr>
          <w:rFonts w:cs="Times New Roman"/>
          <w:sz w:val="28"/>
          <w:szCs w:val="28"/>
          <w:lang w:val="ru-RU"/>
        </w:rPr>
        <w:t xml:space="preserve"> — мужчина, 25 лет, муж Карлагаш.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Малыш</w:t>
      </w:r>
      <w:r>
        <w:rPr>
          <w:rFonts w:cs="Times New Roman"/>
          <w:sz w:val="28"/>
          <w:szCs w:val="28"/>
          <w:lang w:val="ru-RU"/>
        </w:rPr>
        <w:t xml:space="preserve"> — их маленький сын.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Помощница</w:t>
      </w:r>
      <w:r>
        <w:rPr>
          <w:rFonts w:cs="Times New Roman"/>
          <w:sz w:val="28"/>
          <w:szCs w:val="28"/>
          <w:lang w:val="ru-RU"/>
        </w:rPr>
        <w:t xml:space="preserve"> — девушка, 18 лет.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</w:t>
      </w:r>
      <w:r>
        <w:rPr>
          <w:rFonts w:cs="Times New Roman"/>
          <w:sz w:val="28"/>
          <w:szCs w:val="28"/>
          <w:lang w:val="ru-RU"/>
        </w:rPr>
        <w:t xml:space="preserve"> — женщина-рабыня, пленница  35 лет, но выглядит лет на шестьдесят.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Бий-Кыргын</w:t>
      </w:r>
      <w:r>
        <w:rPr>
          <w:rFonts w:cs="Times New Roman"/>
          <w:sz w:val="28"/>
          <w:szCs w:val="28"/>
          <w:lang w:val="ru-RU"/>
        </w:rPr>
        <w:t xml:space="preserve"> — старейшина, 50 лет.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Тегин кыргындар</w:t>
      </w:r>
      <w:r>
        <w:rPr>
          <w:rFonts w:cs="Times New Roman"/>
          <w:sz w:val="28"/>
          <w:szCs w:val="28"/>
          <w:lang w:val="ru-RU"/>
        </w:rPr>
        <w:t xml:space="preserve"> —  простые 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вражеские воины.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</w:t>
      </w:r>
      <w:r>
        <w:rPr>
          <w:rFonts w:cs="Times New Roman"/>
          <w:sz w:val="28"/>
          <w:szCs w:val="28"/>
          <w:lang w:val="ru-RU"/>
        </w:rPr>
        <w:t>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280" w:after="16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                      </w:t>
      </w:r>
      <w:r>
        <w:rPr>
          <w:rFonts w:cs="Times New Roman"/>
          <w:b/>
          <w:sz w:val="28"/>
          <w:szCs w:val="28"/>
          <w:lang w:val="ru-RU"/>
        </w:rPr>
        <w:t>Сцена первая. «Прощальный вечер»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(Аил. Очаг. Карлагаш укачивает ребёнка. Шоҥкор рядом, седлает коня.)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(поёт)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На алтайской земле — алтайский аил,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Живёт он в мире и покое.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Стада свои бережёт,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Охотой и промыслом живёт.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(тихо, ребёнку)</w:t>
      </w:r>
      <w:r>
        <w:rPr>
          <w:rFonts w:cs="Times New Roman"/>
          <w:sz w:val="28"/>
          <w:szCs w:val="28"/>
          <w:lang w:val="ru-RU"/>
        </w:rPr>
        <w:t xml:space="preserve"> Спи, сынок. Отец ушёл на охоту.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Через полмесяца вернётся.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Принесёт тебе мясо косули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Дымком окурит и на огне пожарит, чтобы вкуснее стало.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Шоҥкор:</w:t>
      </w:r>
      <w:r>
        <w:rPr>
          <w:rFonts w:cs="Times New Roman"/>
          <w:sz w:val="28"/>
          <w:szCs w:val="28"/>
          <w:lang w:val="ru-RU"/>
        </w:rPr>
        <w:t xml:space="preserve"> Как поймаю соболя, матери сделаем шапку и платок.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Пусть мать носит платок, брови у нее соболиные — пусть одевается в соболиные меха.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(Отец берёт сына на руки, нежно ласкает.)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sz w:val="28"/>
          <w:szCs w:val="28"/>
          <w:lang w:val="ru-RU"/>
        </w:rPr>
        <w:t xml:space="preserve"> Шоҥкор?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Шоҥкор:</w:t>
      </w:r>
      <w:r>
        <w:rPr>
          <w:rFonts w:cs="Times New Roman"/>
          <w:sz w:val="28"/>
          <w:szCs w:val="28"/>
          <w:lang w:val="ru-RU"/>
        </w:rPr>
        <w:t xml:space="preserve"> Что?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sz w:val="28"/>
          <w:szCs w:val="28"/>
          <w:lang w:val="ru-RU"/>
        </w:rPr>
        <w:t xml:space="preserve"> Мне приснился странный сон.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Шоҥкор:</w:t>
      </w:r>
      <w:r>
        <w:rPr>
          <w:rFonts w:cs="Times New Roman"/>
          <w:sz w:val="28"/>
          <w:szCs w:val="28"/>
          <w:lang w:val="ru-RU"/>
        </w:rPr>
        <w:t xml:space="preserve"> Расскажи, я послушаю.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sz w:val="28"/>
          <w:szCs w:val="28"/>
          <w:lang w:val="ru-RU"/>
        </w:rPr>
        <w:t xml:space="preserve"> Я стояла одна, совсем одна, на открытой равнине.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Ледяной ветер пронизывал меня до костей,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Сжимал, ломал — а потом вихрем закружил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унёс меня неведомо куда.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вот — я в самой середине бушующей красной пустыни.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Надо мной вспыхнула Алтын-Казык, Полярная звезда,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 внизу как снег легла тонкая-тонкая тропа — и рассыпалась на осколки.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Я попыталась найти эту тропу — и проснулась.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Что бы это могло значить?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Шоҥкор:</w:t>
      </w:r>
      <w:r>
        <w:rPr>
          <w:rFonts w:cs="Times New Roman"/>
          <w:sz w:val="28"/>
          <w:szCs w:val="28"/>
          <w:lang w:val="ru-RU"/>
        </w:rPr>
        <w:t xml:space="preserve"> Не придавай значения, не думай, послушай меня.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Если перед сном много разговоров, много смеха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Такие сны и снятся. Это ничего не значит. Не бойся.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Ладно, а мне пора.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 xml:space="preserve">(Шоҥкор уходит. В очаге слабо мерцает огонёк.) </w:t>
      </w:r>
    </w:p>
    <w:p>
      <w:pPr>
        <w:pStyle w:val="Normal"/>
        <w:spacing w:lineRule="auto" w:line="240" w:before="280" w:after="16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                              </w:t>
      </w:r>
      <w:r>
        <w:rPr>
          <w:rFonts w:cs="Times New Roman"/>
          <w:b/>
          <w:sz w:val="28"/>
          <w:szCs w:val="28"/>
          <w:lang w:val="ru-RU"/>
        </w:rPr>
        <w:t>Сцена вторая. «Набег»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(Темнота. Крики, топот копыт, рёв, мужские голоса, плач детей, вой женщин. Звон мечей сталкивается с бубном.)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(тревожно, нарастая)</w:t>
      </w:r>
      <w:r>
        <w:rPr>
          <w:rFonts w:cs="Times New Roman"/>
          <w:sz w:val="28"/>
          <w:szCs w:val="28"/>
          <w:lang w:val="ru-RU"/>
        </w:rPr>
        <w:t xml:space="preserve"> Захватчики пришли! Бегите! Спасайтесь!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(Карлагаш прижимает ребёнка к груди. В аил врывается враг. Схватил  за косы Карлагаш, рвётся на ней одежда и силой вытаскивает наружу.)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(кричит в голос)</w:t>
      </w:r>
      <w:r>
        <w:rPr>
          <w:rFonts w:cs="Times New Roman"/>
          <w:sz w:val="28"/>
          <w:szCs w:val="28"/>
          <w:lang w:val="ru-RU"/>
        </w:rPr>
        <w:t xml:space="preserve"> Шоҥкор!!! Шоҥкор, мой муж!!!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Аил мой, свет мой, Алтай мой — на помощь!!!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(Людей хватают, каждого вырывают из рук друг друга, связывают. Карлагаш сажают в абару — четырёхугольную крытую повозку — и закрывают со всех сторон. Рядом сажают её помощницу. Внутри темно. Остальных угоняют пешком. Их ведут в рабство. Рёв коров, скрип повозок, плач людей.)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(говорит ребёнку, тихо и очень чётко, как заклинание)</w:t>
      </w:r>
      <w:r>
        <w:rPr>
          <w:rFonts w:cs="Times New Roman"/>
          <w:sz w:val="28"/>
          <w:szCs w:val="28"/>
          <w:lang w:val="ru-RU"/>
        </w:rPr>
        <w:t xml:space="preserve"> Запомни дорогу, слышишь, сынок.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Мы не останемся в рабстве.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Мой сын не будет рабом.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Смотри, сынок: вон там, на той стороне,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тёмная скала, а на ней растёт одинокая сосна.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Не забудь, слышишь, сынок.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Под скалой бьёт аржан — родник со святой водой.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Запомни, сынок.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Это будет твоя Родина. Запомни, сынок.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Помощница:</w:t>
      </w:r>
      <w:r>
        <w:rPr>
          <w:rFonts w:cs="Times New Roman"/>
          <w:i/>
          <w:sz w:val="28"/>
          <w:szCs w:val="28"/>
          <w:lang w:val="ru-RU"/>
        </w:rPr>
        <w:t xml:space="preserve"> (хватает её за руку, в отчаянии)</w:t>
      </w:r>
      <w:r>
        <w:rPr>
          <w:rFonts w:cs="Times New Roman"/>
          <w:sz w:val="28"/>
          <w:szCs w:val="28"/>
          <w:lang w:val="ru-RU"/>
        </w:rPr>
        <w:t xml:space="preserve"> Что ты делаешь, Карлагаш?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Маленький ребёнок не сумеет пройти этим путём.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Из тех, кого угнали в набег, ещё никто не возвращался назад.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наши кости высохнут там, истлеют в чужой земле.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(спокойно, но с несокрушимой уверенностью)</w:t>
      </w:r>
      <w:r>
        <w:rPr>
          <w:rFonts w:cs="Times New Roman"/>
          <w:sz w:val="28"/>
          <w:szCs w:val="28"/>
          <w:lang w:val="ru-RU"/>
        </w:rPr>
        <w:t xml:space="preserve"> Если я хотя бы буду знать обратную дорогу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я там не останусь.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Как бы то ни было — я верну сына на Алтай.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(Заводит причитание-плач; помощница подхватывает.)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Синий цветок, распустившийся из-подо льда,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Почему растет в тени?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Мы, выросшие вместе,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зачем идём в край, где не увидимся?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Как сирота остались коновязь и  родное селенье,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Скучают, тоскуют у опустевшего аила.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280" w:after="16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                                   </w:t>
      </w:r>
      <w:r>
        <w:rPr>
          <w:rFonts w:cs="Times New Roman"/>
          <w:b/>
          <w:sz w:val="28"/>
          <w:szCs w:val="28"/>
          <w:lang w:val="ru-RU"/>
        </w:rPr>
        <w:t>Сцена третья. «В степи»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(У костра Карлагаш. Ребёнок спит у неё на руках. Из темноты медленно выходит Кул эмеген.)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эмеген:</w:t>
      </w:r>
      <w:r>
        <w:rPr>
          <w:rFonts w:cs="Times New Roman"/>
          <w:sz w:val="28"/>
          <w:szCs w:val="28"/>
          <w:lang w:val="ru-RU"/>
        </w:rPr>
        <w:t xml:space="preserve"> Что с твоим сердцем, сестра?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sz w:val="28"/>
          <w:szCs w:val="28"/>
          <w:lang w:val="ru-RU"/>
        </w:rPr>
        <w:t xml:space="preserve"> Горе. Кто вы такая, почтенная?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эмеген:</w:t>
      </w:r>
      <w:r>
        <w:rPr>
          <w:rFonts w:cs="Times New Roman"/>
          <w:sz w:val="28"/>
          <w:szCs w:val="28"/>
          <w:lang w:val="ru-RU"/>
        </w:rPr>
        <w:t xml:space="preserve"> Меня зовут рабыня Мухабат.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Но иногда, во сне, я живу счастливая — и там меня зовут Буланат.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Как обидно, что своё имя я забыла ещё в молодости.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 во сне моём высоко в небе парит беркут.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(Задумывается, глядя вдаль, говорит с улыбкой. Карлагаш вся превращается в слух, слушает эмеген; глаза её наполняются слезами. Она порывисто вскакивает — снова садится — без сил, плачет.)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Всё думаю: быть бы опорой роду своему.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Взгляните на меня: за двадцать лет жизни в плену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Я стала старше, чем старуха за семьдесят.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Глаза мои ослепли от рабской доли.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Теперь мне ничего не нужно, есть не хочется — душа не принимает.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Меня привезли сюда, говорят, ещё совсем девчонкой.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О, жизнь моя согнутая…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 юности я видела и счастье.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(Плачет.)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Попав в добычу к захватчикам, не стала я ни хозяйкой, ни матерью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Ребёнка не вынянчила.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в этом есть, признаюсь, своя радость.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Здесь детей делают рабами, а малолеток гонят на непосильную работу.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Не найдут сучьев для огня, сухого хвороста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Принесут помалу — надсмотрщик изо всей силы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Пинает их, бьёт по лёгким и печени.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Смотря на это, радуюсь тому, что я бездетна: слава Богу, я бездетна.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sz w:val="28"/>
          <w:szCs w:val="28"/>
          <w:lang w:val="ru-RU"/>
        </w:rPr>
        <w:t xml:space="preserve"> Почему вы до сих пор не бежали?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эмеген:</w:t>
      </w:r>
      <w:r>
        <w:rPr>
          <w:rFonts w:cs="Times New Roman"/>
          <w:sz w:val="28"/>
          <w:szCs w:val="28"/>
          <w:lang w:val="ru-RU"/>
        </w:rPr>
        <w:t xml:space="preserve"> Трижды бежала — трижды меня ловили.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ещё пороли. Теперь сдалась.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Живу, как надломленная тростинка, ожидая беды.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Как уснуть мне под звуки этих сытых насильников,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Что радуются своей добыче?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Голова болит. И сердце болит.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i/>
          <w:sz w:val="28"/>
          <w:szCs w:val="28"/>
          <w:lang w:val="ru-RU"/>
        </w:rPr>
        <w:t>(Сказав это, эмеген-старуха оседает, без сил.)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i/>
          <w:sz w:val="28"/>
          <w:szCs w:val="28"/>
          <w:lang w:val="ru-RU"/>
        </w:rPr>
        <w:t>(Отходит, задумывается.)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Ты, дочка, тоже не сможешь убежать.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Здесь кругом — голая открытая степь. Воды нет.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Собаки возьмут чутьё — выгонят.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 спрятаться негде.</w:t>
      </w:r>
    </w:p>
    <w:p>
      <w:pPr>
        <w:pStyle w:val="Normal"/>
        <w:spacing w:lineRule="auto" w:line="24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(внезапно вскакивает, в одной руке ребёнок, вторую изо всех сил вытягивает вверх)</w:t>
      </w:r>
      <w:r>
        <w:rPr>
          <w:rFonts w:cs="Times New Roman"/>
          <w:sz w:val="28"/>
          <w:szCs w:val="28"/>
          <w:lang w:val="ru-RU"/>
        </w:rPr>
        <w:t xml:space="preserve"> Алтын-Казык! Полярная звезда! Не покидай меня!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Не оставляй свою дочь в степи!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эмеген:</w:t>
      </w:r>
      <w:r>
        <w:rPr>
          <w:rFonts w:cs="Times New Roman"/>
          <w:sz w:val="28"/>
          <w:szCs w:val="28"/>
          <w:lang w:val="ru-RU"/>
        </w:rPr>
        <w:t xml:space="preserve"> Смотри сама. Спросят у меня — я ничего не знаю и не скажу.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(Эмеген уходит.)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Карлагаш:</w:t>
      </w:r>
      <w:r>
        <w:rPr>
          <w:rFonts w:cs="Times New Roman"/>
          <w:i/>
          <w:sz w:val="28"/>
          <w:szCs w:val="28"/>
          <w:lang w:val="ru-RU"/>
        </w:rPr>
        <w:t xml:space="preserve"> (тихо, пошатываясь, с трудом передвигаясь; говорит ребёнку)</w:t>
      </w:r>
      <w:r>
        <w:rPr>
          <w:rFonts w:cs="Times New Roman"/>
          <w:sz w:val="28"/>
          <w:szCs w:val="28"/>
          <w:lang w:val="ru-RU"/>
        </w:rPr>
        <w:t xml:space="preserve"> Сынок, мы не будем рабами.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Ты — вольный сын вольного отца.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Только не поддавайся. Да будет власть у Творца!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(Вдали видны костры. Слышны хриплые, пьяные голоса, лают собаки. Карлагаш делает рывок — останавливается, прислушивается — и делает второй рывок. Так, чередуя броски и остановки, она добирается до края сцены.)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(голос-рассказчик, ровно, как в былине)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Рывок. Второй рывок. Ещё один рывок.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Вокруг — степь без конца и без края.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Справа — огромная река, и её противоположного берега не видно.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 там, далеко-далеко, на востоке,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Между гор, тающих в синей дымке,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 широкой ложбине, у подножия скалы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Костры догорали, гасли один за другим.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Дрожащий огонь вспыхнул в последний раз — и скрылся. И стало темно.</w:t>
      </w:r>
    </w:p>
    <w:p>
      <w:pPr>
        <w:pStyle w:val="Normal"/>
        <w:spacing w:lineRule="auto" w:line="240" w:before="0" w:after="120"/>
        <w:rPr>
          <w:rFonts w:cs="Times New Roman"/>
          <w:i/>
          <w:i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(От Полярной звезды вниз спускается тонкая светящаяся тропа. Словно фонарик — показать на сцене. Карлагаш, не сходя с этого пути, держась вдали от врагов, уходит в темноту.)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(голос-рассказчик, ровно, как в былине)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tabs>
          <w:tab w:val="clear" w:pos="720"/>
          <w:tab w:val="left" w:pos="1335" w:leader="none"/>
        </w:tabs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  <w:t xml:space="preserve">Спряталась Карлагаш в реке, под обрывом. Стоит по пояс в воде,                                                            з                  знает, что ее сверху не видно. Ребенка прижимает к сердцу и </w:t>
      </w:r>
    </w:p>
    <w:p>
      <w:pPr>
        <w:pStyle w:val="Normal"/>
        <w:tabs>
          <w:tab w:val="clear" w:pos="720"/>
          <w:tab w:val="left" w:pos="1335" w:leader="none"/>
        </w:tabs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</w:t>
      </w:r>
      <w:r>
        <w:rPr>
          <w:rFonts w:cs="Times New Roman"/>
          <w:sz w:val="28"/>
          <w:szCs w:val="28"/>
          <w:lang w:val="ru-RU"/>
        </w:rPr>
        <w:t>шепчет, просит благословения у Кудая. Увидел ее старый рыбак,     с                  сжалился, никому не сказал, где она спряталась.</w:t>
      </w:r>
    </w:p>
    <w:p>
      <w:pPr>
        <w:pStyle w:val="Normal"/>
        <w:spacing w:lineRule="auto" w:line="240" w:before="280" w:after="16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                           </w:t>
      </w:r>
      <w:r>
        <w:rPr>
          <w:rFonts w:cs="Times New Roman"/>
          <w:b/>
          <w:sz w:val="28"/>
          <w:szCs w:val="28"/>
          <w:lang w:val="ru-RU"/>
        </w:rPr>
        <w:t>Сцена четвёртая. «Конец»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(Восходит солнце. Светает. Захватчики суетятся.)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Бий-Кыргын:</w:t>
      </w:r>
      <w:r>
        <w:rPr>
          <w:rFonts w:cs="Times New Roman"/>
          <w:i/>
          <w:sz w:val="28"/>
          <w:szCs w:val="28"/>
          <w:lang w:val="ru-RU"/>
        </w:rPr>
        <w:t xml:space="preserve"> (в ярости, командным голосом)</w:t>
      </w:r>
      <w:r>
        <w:rPr>
          <w:rFonts w:cs="Times New Roman"/>
          <w:sz w:val="28"/>
          <w:szCs w:val="28"/>
          <w:lang w:val="ru-RU"/>
        </w:rPr>
        <w:t xml:space="preserve"> Двое беглые!!!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Мать убежала, к ребёнку на грудь прижимая!!!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Садитесь на коней!!!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Сейчас же найдите и привезите их!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Я их плетью изорву — по рёбрам, по всей спине!!!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Такую позорную работу им устрою —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Заставлю имя своё забыть, до конца сгублю!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(Кыргыны в панике мечутся по сцене. Хватают луки, наспех нахлобучивают тёплые одежды — и так, снаряжаясь на скаку, выбегают вон.)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(медленно, задумчиво, на контрасте с суматохой)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Пусть и кыргын — он человек, сердце в нём живо: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Старый рыбак их пожалел.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Когда снова тьма на него сошла,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Он перевез на тот берег Карлагаш с сыном.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(Кыргыны возвращаются на сцену с пустыми руками, с поникшими головами. Предводитель хлещет их плетью.)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Бий-Кыргын:</w:t>
      </w:r>
      <w:r>
        <w:rPr>
          <w:rFonts w:cs="Times New Roman"/>
          <w:i/>
          <w:sz w:val="28"/>
          <w:szCs w:val="28"/>
          <w:lang w:val="ru-RU"/>
        </w:rPr>
        <w:t xml:space="preserve"> (сдержанная ярость, приказной тон)</w:t>
      </w:r>
      <w:r>
        <w:rPr>
          <w:rFonts w:cs="Times New Roman"/>
          <w:sz w:val="28"/>
          <w:szCs w:val="28"/>
          <w:lang w:val="ru-RU"/>
        </w:rPr>
        <w:t xml:space="preserve"> А теперь рабов — ночью связать по рукам и ногам,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 их юрт выставить сторожей.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Эта разлучённая с родом женщина не убежит.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 побежит — бросится в воду, утонет.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Так пусть не пытается. Пусть оставит свои затеи.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Кул эмеген:</w:t>
      </w:r>
      <w:r>
        <w:rPr>
          <w:rFonts w:cs="Times New Roman"/>
          <w:i/>
          <w:sz w:val="28"/>
          <w:szCs w:val="28"/>
          <w:lang w:val="ru-RU"/>
        </w:rPr>
        <w:t xml:space="preserve"> (со скрытой усмешкой, издевательски спокойно)</w:t>
      </w:r>
      <w:r>
        <w:rPr>
          <w:rFonts w:cs="Times New Roman"/>
          <w:sz w:val="28"/>
          <w:szCs w:val="28"/>
          <w:lang w:val="ru-RU"/>
        </w:rPr>
        <w:t xml:space="preserve"> Разгневанный коршун землю клюет.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 Карлагаш — вольная птица.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Тебе её не запереть.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Если суждено — Карлагаш дойдёт до своей земли, до своего Алтая.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Чистый ребёнок…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Пусть под большой защитой будет.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Пусть будет во главе… во главе.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Алтай Кудай… Аллах… бисмилля…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sz w:val="28"/>
          <w:szCs w:val="28"/>
          <w:lang w:val="ru-RU"/>
        </w:rPr>
        <w:t>(Двумя ладонями проводит по лицу сверху вниз — так молятся мусульмане. Обычай этот она переняла в ранней молодости.)</w:t>
      </w:r>
    </w:p>
    <w:p>
      <w:pPr>
        <w:pStyle w:val="Normal"/>
        <w:spacing w:lineRule="auto" w:line="240" w:before="0" w:after="120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Хор:</w:t>
      </w:r>
      <w:r>
        <w:rPr>
          <w:rFonts w:cs="Times New Roman"/>
          <w:i/>
          <w:sz w:val="28"/>
          <w:szCs w:val="28"/>
          <w:lang w:val="ru-RU"/>
        </w:rPr>
        <w:t xml:space="preserve"> (поёт спокойно, свет становится мягче)</w:t>
      </w:r>
      <w:r>
        <w:rPr>
          <w:rFonts w:cs="Times New Roman"/>
          <w:sz w:val="28"/>
          <w:szCs w:val="28"/>
          <w:lang w:val="ru-RU"/>
        </w:rPr>
        <w:t xml:space="preserve"> 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Радуется душа в родном селении,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Распустилась ива у аила.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Маленькая ласточка этой весной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Свила гнездо у родного дома.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Говорят  — жена пришла в дом мужа,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Говорят  — сын будет жить на Алтае,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Говорят  — на высокой тёмной скале</w:t>
      </w:r>
    </w:p>
    <w:p>
      <w:pPr>
        <w:pStyle w:val="Normal"/>
        <w:spacing w:lineRule="auto" w:line="240" w:before="0" w:after="0"/>
        <w:ind w:left="8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Стоит сосна, как великий страж.</w:t>
      </w:r>
    </w:p>
    <w:p>
      <w:pPr>
        <w:pStyle w:val="Normal"/>
        <w:spacing w:lineRule="auto" w:line="240" w:before="0" w:after="200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  <w:lang w:val="ru-RU"/>
        </w:rPr>
        <w:t xml:space="preserve">                                           </w:t>
      </w:r>
      <w:r>
        <w:rPr>
          <w:rFonts w:cs="Times New Roman"/>
          <w:b/>
          <w:sz w:val="28"/>
          <w:szCs w:val="28"/>
        </w:rPr>
        <w:t>Конец пьесы.</w:t>
      </w:r>
    </w:p>
    <w:sectPr>
      <w:type w:val="nextPage"/>
      <w:pgSz w:w="12240" w:h="15840"/>
      <w:pgMar w:left="1134" w:right="1800" w:gutter="0" w:header="0" w:top="567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">
    <w:altName w:val="Courier New"/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uiPriority w:val="99"/>
    <w:qFormat/>
    <w:rsid w:val="00e618bf"/>
    <w:rPr/>
  </w:style>
  <w:style w:type="character" w:styleId="1" w:customStyle="1">
    <w:name w:val="Заголовок 1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Style7" w:customStyle="1">
    <w:name w:val="Название Знак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uiPriority w:val="99"/>
    <w:qFormat/>
    <w:rsid w:val="00aa1d8d"/>
    <w:rPr/>
  </w:style>
  <w:style w:type="character" w:styleId="21" w:customStyle="1">
    <w:name w:val="Основной текст 2 Знак"/>
    <w:basedOn w:val="DefaultParagraphFont"/>
    <w:link w:val="BodyText2"/>
    <w:uiPriority w:val="99"/>
    <w:qFormat/>
    <w:rsid w:val="00aa1d8d"/>
    <w:rPr/>
  </w:style>
  <w:style w:type="character" w:styleId="31" w:customStyle="1">
    <w:name w:val="Основной текст 3 Знак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22" w:customStyle="1">
    <w:name w:val="Цитата 2 Знак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link w:val="Style9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Style7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21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1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Style10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2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14" w:default="1">
    <w:name w:val="Без списка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9E1460-C739-44DE-B8BA-721B6402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LibreOffice/25.2.3.2$Linux_X86_64 LibreOffice_project/520$Build-2</Application>
  <AppVersion>15.0000</AppVersion>
  <Pages>6</Pages>
  <Words>1297</Words>
  <Characters>7107</Characters>
  <CharactersWithSpaces>8574</CharactersWithSpaces>
  <Paragraphs>176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2026-10-17T10:48:40Z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