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800" w:line="40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Оля Морозова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80" w:line="88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z w:val="66"/>
          <w:szCs w:val="6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66"/>
          <w:szCs w:val="66"/>
          <w:rtl w:val="0"/>
        </w:rPr>
        <w:t xml:space="preserve">Кстати, мама!</w:t>
      </w:r>
    </w:p>
    <w:p w:rsidR="00000000" w:rsidDel="00000000" w:rsidP="00000000" w:rsidRDefault="00000000" w:rsidRPr="00000000" w14:paraId="00000003">
      <w:pPr>
        <w:spacing w:after="0" w:before="280" w:line="88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Пьеса в одном действии</w:t>
      </w:r>
    </w:p>
    <w:p w:rsidR="00000000" w:rsidDel="00000000" w:rsidP="00000000" w:rsidRDefault="00000000" w:rsidRPr="00000000" w14:paraId="00000004">
      <w:pPr>
        <w:spacing w:after="0" w:before="280" w:line="88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3000" w:line="28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Славе,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8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тюке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8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и всем драконам.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Действующие лица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Мама</w:t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Дочка, сначала восьмимесячный младенец, потом — дошкольница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Пролог</w:t>
      </w:r>
    </w:p>
    <w:p w:rsidR="00000000" w:rsidDel="00000000" w:rsidP="00000000" w:rsidRDefault="00000000" w:rsidRPr="00000000" w14:paraId="0000003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Дочке восемь месяцев.</w:t>
      </w:r>
    </w:p>
    <w:p w:rsidR="00000000" w:rsidDel="00000000" w:rsidP="00000000" w:rsidRDefault="00000000" w:rsidRPr="00000000" w14:paraId="0000003A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Та-а-ак, готовим суп! Берём разделочную доску, это вот такая деревянная штука. Берём нож, ножи острые, с ними надо осторожно. И, конечно, берём морковку. Морковка — это вот такой симпатичный овощ оранжевого цвета, сладкий и растёт в земле. Морковку любят кролики и лошадки. И вот теперь я кладу морковку на доску и ножом режу её вот так на вот такие кружочки. Видишь? Получился кружочек! И мы этот кружочек сейчас бросим в суп. У меня тут в кастрюле на плите — вот это кастрюля, а вот это плита — кипит вода. Я туда морковку брошу, она сварится и будет очень вкусно! Ты мой щекастый кабачок! Ты пока не умеешь говорить, потому что тебе всего восемь месяцев, но скоро ты научишься и мы наболтаемся вдоволь!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320" w:lineRule="auto"/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Несколько лет спустя. Дочка — дошкольница. Раннее утро.</w:t>
      </w:r>
    </w:p>
    <w:p w:rsidR="00000000" w:rsidDel="00000000" w:rsidP="00000000" w:rsidRDefault="00000000" w:rsidRPr="00000000" w14:paraId="00000046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Ма-ма! Ты проснулась, мам? Мам? У меня СРОЧНЫЙ вопрос!! А откуда язык? Он, вообще, как растёт? Как он, ну-у-у, то есть откуда он? Просто он такой бе-бе, сам такой, будто как живой, но он же не живой! Я не понимаю, откуда язык. Он просто там в горле, и-и-и-и там дальше, ну-у-у как бы-ы-ы… Я просто не понимаю… Ма-ма, кстати, а тебе не кажется, что нами кто-то управляет?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Доброе, солнышко. Не понимаю тебя. Объясни.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Ну-у-у, вот представь, что вся — вся! — наша Земля — это игрушечная железная дорога, такая, как у нас дома. И какой-то великан играет с этой дорогой, ходит человечками, двигает машинками, а когда мы спим, то он не спит! Ему просто надоедает играть с нами, он укладывает нас спать и играет с кем-то другим. Тебе так не кажется?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Иногда очень даже кажется, зайка. Иногда мне кажется, что ты мной управляешь. Мне бы ещё поспать.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Но уже утро! Не спи, пожалуйста! Это будет худший день в моей жизни, если ты сейчас не проснёшься! Ну сколько можно спать? Кстати, ма-ма, а ты вчера утром неправильно сказала. Ну, когда ты попросила подвинуть сушилку, потому что солнце передвинулось, но Солнце не двигается. Нам просто так кажется. Всё наоборот. Земля крутится вокруг Солнца.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Всё правильно… А откуда ты это знаешь?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Это же ты мне рассказывала!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А, ну да…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Ой, кстати, ма-ма! Мам? Ты меня слышишь? Мама, не спи!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Угу.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хочу тебе что-то сказать! Просто-о-о-о я хотела тебе сказать, что-о-о… Просто, чтобы ты понимала, да? Вот смотри, например, когда ты меня утром в садик разбужаешь и я хочу ещё поспать, и я не хочу умываться — вот представь, что ты спишь такая, тебе так хорошо, уютно так, а потом я вдруг разбужаю тебя и говорю: «Пора вставать! Пора в бассейн!» или «Пора зубы чистить! Пора в садик!» А ты ещё спать хочешь. Понимаешь, да? Тебе бы понравилось так?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Ха-ха, вряд ли, хотя именно это сейчас со мной и происходит. Мне кажется, я обычно бужу тебя историей про сладкий пирожок, заинька моя.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да, да! Но мне всё равно не хочется просыпаться… Я так сладко сплю. Может, мне маскироваться? Ма-ма, а знаешь, кстати, есть такие мухи, которые маскируются под пчёл. И мне кажется, что их секрет раскрывается только тогда, когда они по привычке садятся на какашку.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Да-а-а, действительно, есть такие мухи: с виду как пчела или оса, но всё равно садится на какашку. Иронично.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я знала это, потому что я люблю всех животных! И знаю, как их готовить! Ма-а-м, смотри, я сейчас проведу тебе урок по приготовлению подводного тигра.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прям с самого утра? Ну давай. Только я с закрытыми глазами послушаю, хорошо? Ещё такая рань.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ма-ма! Не спи! Всё, я рассказываю. Сначала надо тигра отбить, чтобы получилась отбивная. Подводный ти-и-игр должен быть свежий. Его хвост надо вытянуть вот та-а-ак, потому что хво-о-ост надо заморозить, а туловище запе-е-ечь. Хво-о-ост замораживается специальным прибором, и это нужно для того-о-о, чтобы тигра было удобнее есть. Это же тигр на палочке!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 себе, вот это неожиданный рецепт…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сейча-а-ас я попрошу тебя вы-ы-йти, потому что мне надо достать перча-а-атки и-и-и-и...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Можно я просто глаза прикрою вот так…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хорошо. Но я лучше не буду ничего говорить, чтобы тебя не пугать.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Я не такая уж пугливая.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Ну-у-у, ладно! Мне просто надо достать о-о-органы, а потом полить тигра со-о-оусом. Во-о-от та-а-ак. Заворачиваем тигра в ро-о-олл и аккуратно переносим в духо-о-овку. Только гла-а-а-авное, чтобы хвост был не в духо-о-о-овке... Ма-ма, игра на паузе! Мне так нравится, как я придумала, что можно мы сейчас, когда тигр доготовится, ещё раз в это поиграем! Хорошо? Хорошо, мам? Всё! Игра без паузы!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Хорошо, приготовь для меня ещё раз подводного тигра, а потом я дойду до кухни и сделаю тебе завтрак, а себе кофе.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На самом деле, ма-ма, я уже давно голодная.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Тогда, может, прямо сейчас омлетик с овощами?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дава-а-ай ты будешь делать омлетик, а я продолжу запекать тигра, и так получится, будто мы вместе на кухне в каком-нибудь замке работаем! Прислуживаем злому рыцарю, например!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Оукей, всё тогда: я встаю. К моему сожалению.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И ЗАВТРАК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это был лучший завтрак в моей жизни, но я уже наелась, и я хочу конфетку, и у меня появилась новая идея. Давай теперь так поиграем, будто уже прошёл апокалип, но мы выжили, потому что мы, лисы, построили нору внутри пещеры! В пещере — нора! Поэтому мы живые! Но мы не киборги, а обычные лисы. И вот мы будто бы выходим из пещеры к развалинам Сан-Франциско... Будто уже Сан-Франциско тут, и я такая: «А где Эйфелева башня? Я не вижу её! Наверное, она разрушилась во время апокалипа!» Хорошо, мама? Хорошо? Играем?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АпокалипСИС. Эйфелевая башня находится в Париже, во Франции. В Сан-Франциско — мост Золотые Ворота. И трамвайчики.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А-а-а, точно! В Пари-и-иже! Тогда так: «Я не вижу мост Золотые Ворота! Где он?!» Хорошо? Начинаем?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Что ж, давай. Я только кофе допью и на кухне порядок наведу. А ты пока нарисуй этих лис, хорошо?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АПОКАЛИПСИС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Так, доча, стоп игра! Всё это очень интересно, но посмотри, какая погода по-тря-са-ю-ща-я. Пора собираться на улицу.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я не очень хочу, но ла-а-адно…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Нам ещё в магазин нужно зайти, поэтому одеваемся и выходим на прогулку.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Тогда я в твоих носках пойду! Ой, ма-ма, смотри-и-и: мне твои носки как раз! И если мне твои носки как раз, то это же значит, что мне подходят твои туфли! Ура! И если я их поме-е-е-ерю, то-о-о-о… Я могу их носить! Можно я в них на улицу сегодня пойду? Можно ты мне их отдашь?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М-м-м… Во-первых, зайчик, они тебе большие. Во-вторых, это мои любимые туфли, поэтому нет, доча, я не могу тебе их отдать.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Жа-а-а-алко… Тогда на свадьбу дашь мне их поносить, хорошо? Дашь поносить на свадьбу, да, мама?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На свадьбу, конечно, одолжу. А пока обувай сандалии и выходим. Самокат берём?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М-м-м, да! Я на него вот этого миленького пушистика повешу. Кстати, мама, а давай пока мы будем идти, мы поговорим о том, почему люди думают, что драконы кровожадные и питаются только принцессами. Я буду драконом, хорошо? А ты принцессой, которая не боится драконов, хорошо? Да, мама? Поговорим?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На самом деле я всегда была уверена, что драконы питаются исключительно принцессами.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Нет, ты что! Я, например, вегатэрьянец. Да, конечно, я похищал принцесс, но только для того, чтобы они научили меня готовить вегетарьянские блюда. Я просто раньше не умел даже обычные салаты готовить. И более того, я всегда привозил потом принцесс обратно во дворец и мы дружили.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ВЫХОД НА УЛИЦУ И ПРОГУЛКА ДО МАГАЗИНА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Ой, ма-ма, стоп игра! Это же тот журнал! Это же тот герой! Это же следующая часть! У-у-у! У него такие крылья!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Берём журнал?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Ура! Спаси-и-ибо! Ма-ма, ну-у-у, я хочу у тебя попросить прощения за мои мысли... Просто иногда у меня бывают такие мысли, ну-у-у-у, что вы… Ну-у-у… Плохие родители, понимаешь? Иногда, когда я плачу или злюсь на вас, то думаю, что вы... Ну-у-у, ты понимаешь, да? Но вы не плохие родители! Вы самые лучшие родители! Просто иногда такие мысли бывают, понимаешь?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Конечно, солнышко. Спасибо, что поделилась. Такое бывает.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очень рада, что ты разрешила мне этот журнал. Я его сама понесу!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Я тоже рада, что нам попался следующий номер. Давай теперь возьмём ещё масла, сыра, морковки, фарша и макарошек на супчик.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Су-у-упчик! А можно такие тонкие макароны, а не такие, как трубы? Я люблю тонкие.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Хорошо, тогда возьмём вермишель. И укроп! Если был бы корень сельдерея, мы бы и его взяли для бульона, но у нас он редко продаётся. В следующий раз будем в большом магазине, нужно будет захватить. Удобно сидишь в тележке, зайчик? Я переключаюсь на большую скорость — вжжжжжжу-у-ух!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ПОКУПКИ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М-м-м, смотри, возле магазина траву скосили! Кстати, мне так нравится, как пахнет скошенная трава! Так приятно! Хотя у меня вопрос! КАК скошенная трава может пахнуть, если… Если… Если… Если нескошенная не пахнет! КАК, мама?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Потому что пахнет не сама трава, а пахучие вещества, которые выделяются из кле-е-еток травы, когда её косят…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Ой, ма-ма! Подожди! У меня сейчас был такой момент, когда я ни о чём не думала!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прям только что, когда я тебе про траву объясняла?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да!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как тебе это чувство?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Приятно! Такой релакс! Я просто постоянно о чём-то думаю или что-то додумываю. Например, я иду и думаю о том, что я иду, а додумываю, что из-за куста выглядывает дракон. Или мы заходим в кафе, а я додумываю, что за столиком сидит единорог... Но иногда я ни о чём не думаю. И мне нравится это чувство… Кстати, ма-ма, я поняла: не бывает лучших и худших дней. Вот я сегодня утром думала, что у меня будет худший день в моей жизни, а сейчас я думаю, что это лучший день. А раньше я помню, у меня был день, когда я думала, что он лучший, но на самом деле сегодня день лучше. Не бывает лучших и худших дней!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когда тебе кажется, что у тебя худший день, можно попробовать сделать его чу-у-уточку лучше. Например, съесть мороженое или погладить собаку.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Или просто полежать!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Отличная идея!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Знаешь, на самом деле, у меня сегодня всё-таки не очень день, потому что ножка болит... Наверное, не надо завтра идти в сад, потому что а вдруг мне станет плохо и я не смогу обедать? Я тогда очень расстроюсь.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Хм, а вдруг сможешь?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Но, ма-ма! Это же эксперимент над ребёнком! Нельзя проводить эксперименты над детьми! В этом проблема сада, понимаешь? Там нет вы-бо-ра! Если мне станет плохо, я не смогу просто взять и пойти домой!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 этим я абсолютно согласна, и это даже хорошо, потому что такие малыши одни по улицам ходить не должны.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Вот именно! Хотя я знаю, как можно сбежать из детского сада! Прийти в сад, дождаться, когда наступит обеденный сон, встать с кровати, положить под одеяло куклу, выйти тихонечко из сада и прийти домой! А воспитательница даже не заметит! Мам? Ма-ма! Ты меня слышишь?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…Ой, прости, я что-то выпала. Задумалась о своём.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А-а-а. На самом деле я тоже почти ВСЕГДА о чём-то думаю. Например, только что мне пришла мысль, что когда я вырасту и сделаю эту машину, которая сможет превращать любого человека в любое животное, то, наверное, не буду делать экран с такими кнопками, как в планшете, а сделаю так, что можно будет сказать, например, «крокодил», и там картинки появятся разных крокодилов.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Голосовое управление?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Ну-у-у, да! А тебе бы хотелось превратиться в птицу?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 да. Полетать было бы приятно.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мне тоже! Птицам не нужны билеты в парк аттракционов или зоопарк! Просто берёшь и летишь! Через любой забор можно перелететь и посмотреть, что там!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ещё птицам не нужны визы.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можно в любую страну попасть и не надо ждать, когда тебе визу дадут! Почему я не птица?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какой птицей ты бы хотела быть?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хищной. Или вороной! А ты?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я… Курицей. Мне нравятся курицы.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Но курицы же не летают, мама!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Ой, точно. Тогда тоже вороной вместе с тобой.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хочешь посмотреть танец и послушать птичью песню, которую я сочинила?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свободна как птица, я свободно летаю где хочу, высоко в облаках, я никогда не полечу туда, где меня могут словить, никогда не полечу туда, где меня могут словить, и буду свобо-о-о-одн-о-о-ой!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Супер! Ты как настоящая птица кружишься! Я даже в какой-то момент подумала: где моя дочка?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Я просто это умею — превращаться! О! Вот! Мне уже другая мысль пришла! Я же говорила, что всегда о чём-то думаю!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какая мысль?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 сгущё-о-о-онке!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мне о сочном апельсине!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ПЕРЕКУС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зайка.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Планшет или компьютер — это классная штука… Всё знает. Всё, что хочешь, можно спросить. Особенно гугл! Ма-ма, а можешь потом погуглить? Первое: почему у козлов такие зрачки? Ну, такие, не такие, как у змеи вот такие, а такие другие — почему? Второе: почему ленивцев так назвали? Потому что они ленивые? Ну, не может же быть, что они ленивые! Их бы тогда всех давно хищники поймали! Или потому что они линяют? Ха-ха! У-у-у! Так си-и-ильно линяют! Третье! Зачем пеликанам такой мешок? Чтобы делиться рыбой с самкой или птенцами? Или чтобы можно было выбросить плохую рыбу из мешка удобно?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 себе, сколько вопросов и все отличные.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думаю, пеликану нужен мешок, чтобы делиться рыбой. Да, точно тебе говорю.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Пожалуй, я соглашусь с тобой.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Кста-а-ати, недавно на занятии мы посадили абрикосовые косточки: брали землю, ложили туда косточку и поливали водой. Не знаю, когда вырастет дерево, но, наверное, скоро. И поэтому у меня есть ещё такие два вопроса: КА-А-А-АК из такой ма-а-а-аленькой косточки может вырасти такое большо-о-о-ое дерево? Как? А второй вопрос: откуда произошло САМОЕ ПЕРВОЕ дерево? Деревья же из косточек появляются, а косточки в абрикосах внутри на ДЕ-РЕ-ВЕ! Как такое возможно? Что ли, инопланетяне прилетели, поели абрикос с инопланетянской планеты, бросили косточку и улетели? Я не понимаю. Ладно, ты потом мне дома расскажешь, хорошо? Всё. Играем? Играем, да? Я буду рыба такая большая с зубами, которую мы в магазине видели. Как она называлась? Лосось? Я — лосось! Вот я плыву, плыву... А нет! Я тигр! Вот всё! Лосось выплыл и превратился в тигра! Вот! Я тигр! А ты-ы-ы-ы… А ты будешь… Ты будешь… Ма-ма! Всё! Я буду звездой! Я буду звёздочкой с глазками, а мои руки будут лучики! Всё! Играем? Играем, мам?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ЗВËЗДОЧКУ С ГЛАЗКАМИ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Эх, ма-ма, я сейчас лежу звездой и думаю, почему я — не ты... Почему я… Почему я не могу видеть твоими глазами... Ну, твоими глазами… Я даже не понимаю, почему... Ну-у-у, почему… Мне даже сложно объяснить, ну, почему... Я не понимаю... Я не понимаю того, что, ну, я очень много чего не понимаю... Я много не понимаю… Ну, я не понимаю… Я не понимаю, почему я родилась... Ну, почему я... Я не понимаю даже, как это сказать словами!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Иди обниму, моя сладкая.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Мам, я только понимаю, что я, конечно, ещё маленькая, но мне уже нужно определиться, кем я хочу стать. Меня просто мучает это! Я не знаю, кем я хочу стать! Давай поговорим про работу?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Конечно, давай.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сразу говорю, что не хочу быть вот этим врачом, который человека разрезает и смотрит, что там и как, прямо там внутри. Бе, я такое не смогу, сразу говорю. Кровь там, мышцы, печень и всё такое… Я вообще не хочу быть врачом.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Но разные врачи бывают, и большинство из них не делают никаких разрезательных операций.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да, я понимаю, но я всё равно не хочу быть врачом. Ещё я подумала, что не хочу никакую работу военскую и охотником не хочу быть. Я не хочу идти на войну, потому что война — это крово-пролитие. Если бы я любила кровопролитие, то я была бы сумасшедшей!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Согласна.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я не хочу убивать животных тоже, а работа охотника как раз про такое. Но зачем? Зачем убивать животных? Они же ничего никому не делают. Они же животные. Даже вот пауки, например. Я их боюсь, но никогда не хочу, чтобы ты их пылесосом засасывала… Но самое плохое — это браконьеры! Они убивают животных ради... ради там... Вот, например, слона убивают ради его клыков, чтобы сделать из них, ну, там... разное! А льва убивают ради его гривы, чтобы на маскарад её надеть! Разве нельзя сходить в магазин и купить ненастоящие птичьи перья и сделать из них гриву для маскарада? Или ненастоящий мех! Вот у меня игрушка из ненастоящего меха!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 слову, замечательная игрушка из красивого искусственного меха.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Зачем убивать? А ещё я точно не стану рыцарем! Потому что у них тоже работа про убийства! Убийства драконов! Другой, что ли, работы найти не могут?! Зачем убивать животных, людей, драконов? Я не понимаю. И название у них ещё такое некрасивое: ры-ца-ри! Ещё «цари» в конце! Они что, думают, что они цари?! Может, из-за них драконов сейчас и не существует... Хотя я думаю, что они существуют, просто прячутся. Может быть, когда-нибудь я встречу дракона…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Было бы супер, зайка. Я бы тоже хотела увидеть дракона!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возьму тебя с собой! А пока, мам, смотри, такая игра: я — дракон, за мной постоянно гоняются разные рыцари и хотят убить, хотя я им ничего не сделал. И вот так представь: первый день рыцарь гонится за мной, второй день рыцарь гонится за мной, третий день рыцарь гонится за мной, и дальше дни так быстро перелистываются, как в мультиках бывает, и все эти дни за мной рыцари гоняются по-разному…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Ага, монтаж.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а потом дни вот так листаются, листаются и стоп — день сто! И я вот такая стою просто тут посередине, я — дракон, вот так стою на день сто, и начинаю петь ту песню, будто бы мне надоели эти рыцари. Хорошо?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Окей, понятно. Я готова смотреть представление! ПЕРЕРЫВ НА ИГРУ В ДРАКОНА И РЫЦАРЕЙ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Доча, так а что с профессией? По-моему, ты так и не определилась.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да, я знаю, кем НЕ хочу быть, а вот кем хочу — не знаю… Надо подумать… Мне нравится готовить еду, но поваром быть тяжело: можно порезаться или обжечься. А продавцы, например? Всегда работают, даже в выходные, даже на Новый год! Что это за работа такая? Только вечером домой можно! А вот стоматологи? Они, наверное, даже пописать сходить не могут, потому что постоянно зубы лечат!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Заинька моя, у стоматологов есть перерывы. У продавцов есть выходные. Вообще, у каждой профессии есть свои плюсы и минусы. Главное, чтобы человеку его работа нравилась.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вот есть такие люди, которые никогда не работают?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Ну, да, есть и такие, но обычно у всех людей есть какая-то работа.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вот няня, например, это же человек, который никогда не работает.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Как же! Её работа — это присматривать за детьми.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я понимаю, но настоящей работы у неё, что ли, нет?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и есть её работа, зайка. Присматривать за малышами — это тяжёлый труд.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Выглядит как самая лёгкая работа в мире — просто смотреть на детей. Может, я эту работу выберу! Кстати, мам, а есть такое, что кто родители, такие и дети? Например, есть такие воры — карманники. Они всё из карманов воруют: кошельки, деньги, телефоны, камни, шишки. Они даже игрушки из карманов воруют, чтобы их детям-карманникам было с чем играть. Потому что я так думаю, что у карманников дети тоже карманники.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То есть если у тебя папа — программист, то и ты будешь программистом?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Э-э-э, ну-у-у, наве-е-ерное, дети карманников могут выбрать другие профессии, если они, конечно, хотят... Да, мама! Я поняла! Дети карманников не всегда карманники, просто-о-о они могут стать карманниками, потому что их родители их могут научить, как и я могу стать программистом, если меня папа научит, но-о-о я не хочу, чтобы он меня учил.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Я поняла тебя, крошечка моя.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точно не программистом. Кстати, ма-ма, я вот ещё думала, а почему, ну, почему девочки не могут быть учёными?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Почему же? Могут.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То есть мне не надо превращаться в мальчика, чтобы стать учёным? Потому что я иногда учёным хочу стать.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Конечно, не нужно, доченька. Учёным может стать любой человек, неважно девочка или мальчик.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Ура! Тогда, может быть, я буду учёным! Изобрету специальный механизм, который сделает так, что в мире появятся настоящие драконы! А ещё я изобрету лекарство от смерти. Я буду первым защитником животных, и когда они будут умирать, я им в бутылочку буду добавлять это лекарство, они будут его лизать и не будут умирать. Это будет лекарство и для людей и для зверей.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 себе! Замечательные планы!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Всё! Я придумала! Я буду учёным и-и-и… Художником! Ну, как мы в музеи вот ходим… Хочу рисовать картины, потому что я хочу, чтобы после меня что-то осталось, потому что… Потому что я не хочу умереть и ничего не оставить… Понимаешь?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Конечно, моя хорошая.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Ма-ма... Люби-и-имая. Вот никогда уже этот момент не повторится... Вот этот момент, что мы так сидим, и что я такая, в такой майке, и что вот там проехал велосипед, и что вот так у меня в руке этот листик... Никогда уже этот момент не повторится.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каждый момент нашей жизни уникальный. У меня тоже бывает такая ностальгия по настоящему моменту.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каждый момент уникальный! И то, что ты только что сказала, что каждый момент нашей жизни уникальный, тоже уже не повторится, потому что, даже если ты это повторишь, всё уже будет по-другому! Это будет уже другой момент! Очень жаль, что нельзя повторить момент, потому что мне очень нравится, как мы сидим…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Тогда ещё чуточку посидим?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Ага, а потом пойдём дальше.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Договорились, солнышко.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ма-ма, а как понять, что крыса чумная? Не все же крысы чумные! Наверное, если перегладить всех крыс и потом облизать руки, то заболеешь чумой. Но я не буду этого делать! Это было бы очень, очень, очень глупо.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Фу, бе, перегладить крыс, а потом облизывать руки! Соглашусь. Поступок не из умных.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ещё интересно, а у крыс бывают глисты? Чума и глисты! О! А у глистов бывают глисты?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Хм, даже не знаю, но могу предположить, что это возможно.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думаю, что бывают! Кста-а-ати, мама, про происхождение человека! Есть люди, которые думают, что человек произошёл от обезьяны, есть — что от инопланетян. Кто-то думает, что человека сделал бог, а кто-то — что человека родило Солнце и мы все солнечные люди! Солнце опустило свои лучи на землю и произвело огненного человека, и он остыл. И вскоре пошёл. Нашёл палку и всё такое, а потом построил города, и вот теперь мы в них живём. Но вообще, я думаю, что человек произошёл от динозавров. Ну, от динозавров и драконов. Они вот так сошлись и появился человек. Я думаю, что было два метеорита: первый убил драконов, а второй — динозавров. Просто я не сомневаюсь, что драконы существовали. Я очень сильно верю, что драконы существовали. И я не боюсь драконов.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 себе у тебя теория — вполне могло быть и такое. Должна сказать, что ты очень смелая девочка! Мне кажется, я с тобой уже тоже перестала бояться драконов.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Мамочка… Сейчас выходные...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класс! Можно отдыхать, гулять!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мама, но выходные — это плохо...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Почему?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Потому что за выходные я снова в тебя врастаю и уже опять не хочу идти в сад.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Зайчик мой. Я тоже, знаешь ли, в тебя моментально врастаю!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Ма-а-амочка! Знаешь, на самом деле, что я чувствую сейчас? У меня игровое ощущение болит, которое про игры с девочками. Оно у меня здесь, и я чувствую, что мне надо с тобой поиграть. Игровое ощущение с мальчиками не болит, потому что я недавно долго со Стёпой играла, поэтому с папой сейчас играть мне не хочется, но с тобой я будто давно не играла, поэтому у меня игровое ощущение с девочками сейчас очень маленькое.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Солнышко моё, мне кажется, мы полчаса назад играли.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но полчаса — это много! Давай поиграем? Начнём с болтливых игр, когда мы просто идём и болтаем.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 хорошо, как раз до дома дотопаем. О чём поболтаем?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Дава-а-ай… Я — дракон, ты — принцесса, и мы дружим! Начинаем!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БОЛТЛИВУЮ ИГРУ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Доча-а-а, по-моему, у нас дома энтропия нарастает. Собери, пожалуйста, разбросанные игрушки и сложи свои носочки в ящик. Если найдёшь что-то грязное, неси мне. Я хочу стирку забросить.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ма-ма, игрушки так должны лежать — у них же с утра была прогулка! И не развязывай мне пупок! Аха-ха, это я смешно придумала, будто ты мне пупок развязываешь своими убираниями!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это забавно вышло! Ты мой маленький комик, хах.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Кста-ти, ма-ма, хорошо это придумали врачи — перерезать детям пуповины, а то это, конечно, было бы очень неудобно. Например, хочет ребёнок на качели, а маме надо за ним идти. Или хочет он на горку, и маме приходится на горку. А иногда маме может не хотеться туда, куда ребёнку хочется, или наоборот. Все бы такие привязанные ходили. Да-а-а, но я вот не понимаю, если сразу два ребёнка рождаются, то как им пуповину обрезают? Там что, две пуповины, потому что одна же не может двоих прокормить? Но у мамы ведь одна пуповина? Или две? И вот тоже не понимаю, как именно её обрезают? Как ИМЕННО? И почему пупок такой получается? И он что, может развязаться по-настоящему? У меня столько вопросов… Я устала.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Понимаю, доча. Давай достанем нашу книжку о том, как дети у мам в животиках растут, и посмотрим, что там про пупок написано? Как раз поваляемся и отдохнём, давай? И съедим большое сладкое яблоко, 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ЧТЕНИЕ О ПУПКЕ И ЯБЛОКО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мам, не знаю почему, но сегодня утром в моей пальчиковой игре получался только грустный сюжет... Не могла ничего другого придумать.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Совсем грустный?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да... Муж с женой не могут перейти через пропасть и муж жертвует собой, чтобы спасти свою жену.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Жертвует собой?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он делает из себя мост, по которому она переходит, а сам падает в пропасть. Ну, только такой сюжет у меня получался.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Что ж, иногда бывает, что герои истории поступают только так, как должны поступить, и автор не может повлиять на развитие событий. Не расстраивайся. Муж, наверное, очень любил свою жену.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Иди обниму.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ещё я утром думала, что же всё-таки будет, если скрестить голубя и попугая? Какая птица получится? Я очень хотела бы их скрестить, чтобы получился такой голубь, который умеет разговаривать. Тогда бы он мог спрашивать дорогу, если заблудится.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Извините, я заблудился. Вы не подскажите, как пройти к французской пекарне? Да, конечно. Прямо один квартал, а потом налево. Спасибо, спасибо! А у вас случайно не найдётся одной или хотя бы двух крошек хлеба? А может быть, у вас есть зёрнышки, семечки, сухарики, овсяные хлопья?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Ха-ха, ну, ма-ма! О, кстати! Давай поиграем! Давай?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 говорящего голубя?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Нет, в другую игру, которую я очень хотела! Как в той книжке! Магазин мумификации открыт! Магазин мумификации открыт! Приходите все!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Ого! Я первый клиент! Здравствуйте!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Здравствуйте! У нас тут новый магазин мумификации. Что вам надо?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Э-э-э... Раз я уже здесь, видимо, мне надо что-то для мумификации...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Хорошо! Вам понадобятся масло, специи и бинты. И инструкция!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Супер, спасибо! Но дело в том, что я обычный египетский крестьянин и не умею читать. Не могли бы вы объяснить, что надо делать?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Конечно, я же Анубис — бог мумификации! Сначала намазываетесь маслом, потом обсыпаетесь специями и заворачиваетесь в бинты. Масло надо, чтобы специи прилипли, а бинты, чтобы всё так плотно было. Вот вам ещё игрушка. Она может пригодиться в загробном мире для ваших маленьких мумий. Потом ложитесь в лодку, я вас толкну, чтобы вы плыли по реке, и встречу у дверей в загробный мир. Ну что, начинаем мумификацию?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Ещё бы! Всегда мечтала мумифицироваться!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МУМИФИКАЦИЮ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подожди! Мне звонят!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Звонят?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Всё, мозг! Я кладу трубку, мозг! Всё! Прости, мама, это мне мой мозг звонил.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А-а-а, мозг... О чём болтали?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он мне пытался доказать, что он умнее меня, а я ему говорила, что мы вместе, поэтому я умная и он умный.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Понятно… И часто вы созваниваетесь?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Часто! Вообще, он всегда болтает, как Яго из «Алладина»! Но иногда ему именно позвонить мне надо. Но я люблю свой мозг. Хороший мозг, хороший. Думает всегда. Например, мама, ты когда-нибудь думала, что в одно время животным надоело ходить по земле и они — хоп! — прыгнули в воду, и леопард превратился в морского леопарда, котики там разные в морских котиков, кони — в морских коньков.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Хм, интересно! Я о таком не думала.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я думала. Мой мозг всегда о чём-то думает.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Поразительно!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мама, смотри, у слов «жёлтый» и «живот» есть одинаковое — это ж-ж-ж. Но живот же не жёлтый, а жёлтый не живот! Но почему у них одинаковое тогда? И, кстати, я знаю, почему телевизор так назвали. Потому что есть слово «телевизионные системы»! А вот почему пуговица называется пуговицей? Просто есть слова, которые понятно, почему так назвали. Например, «прихожая», потому что туда приходят. А пуговица почему? Потому что её пристёгивают? Ну, не потому что она пугает, конечно! Что страшного в пуговицах? Даже если это пуговица в виде черепа с костями! Хотя это немножко страшно! Кстати, ма-ма, отгадай загадку: не лает, не кусает, а в дом не пускает!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М-м-м, замок?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Правильно! А теперь ты мне её загадай! Только подожди, я сейчас отгадку забуду. Всё, забыла. Загадывай!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Доча, отгадай загадку: не лает, не кусает, а в дом не пускает.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М-м-м. Не лает, не кусает, а в дом не пускает... Замок!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Правильно!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Ура! Ма-ма! Ты не представляешь! У меня это слово «замок» в голове когда появилось, оно так засветилось, даже будто из глубины выплыло! Я его когда в голове увидела, так обрадовалась! И от него лучики такие жёлтые пошли! Так я сразу поняла, что это отгадка!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как интересно у тебя мозг работает.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же говорю! Хотя мне кажется, что когда мне будет 10 лет, я буду совсем по-другому думать и разговаривать...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как? На другом языке? Или как-то по-странному говорить? Бе-бе-бе! Ке-ке-ке!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Не-е-ет! Ну, вот я объясню: когда дети маленькие, они ничего не умеют говорить. Когда два годика, они уже умеют «мама» и «папа», когда три — больше, четыре — ещё больше, а когда шесть, они уже могут говорить, например, «это здание, скорее, похоже на жилой дом». И они понимают, что «скорее» — это не только «быстрее», но ещё и другое значит. Раньше я думала, что «скорее» — это только «быстрее», но теперь я уже знаю, что это не так. Ма-ма, а какое слово я в 10 лет буду знать, которое не знаю сейчас?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М-м-м, например, «перпендикулярный».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ПерпеРдЕкулярный?! Ахахаха! Пер-пер-пер! Нет такого слова, ма-ма! Ты шутишь, наверное! Ахаха! ПеНпеРдЕкулярный! Ахаха! Ты выдумала это слово, да? Потому что новые слова, даже целый новый язык придумать очень легко. Я знаю игрушечный язык, например! Хочешь, покажу?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Давай.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Ма-фа, я раздикстерь.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Оке-е-ей, руки только не забудь помыть.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Тута фита бабуфа.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позвоним бабушке, но уже завтра.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Ляка мака а 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Хорошо, скоро придумаем что-нибудь на обед.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Тюка люля па-а-ата.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я тебя люблю, солнышко.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Хм, мама, ты так хорошо знаешь игрушечный язык! Откуда? Я никогда не видела, чтобы ты его учила… У тебя же нет другого ребёнка?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Нет, доченька. Просто все мамы знают игрушечный язык.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Ого! ВСЕ?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 да, и папы часто тоже!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этого не знала! Это очень хорошо и очень удобно для их детей! Но теперь пора играть, мам! Ты же знаешь, чтобы выжить, надо играть! И это мои любимые правила игры! Заклей мне один глаз!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Эмм, хорошо. Во что ты собираешься играть?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играю в одноглазого волка, который живёт на помойке. Он потерял глаз в битве с пандой, но битва была давно, и волк привык, что у него один глаз. Теперь он живёт на помойке и ему очень нравится! Глупые люди столько всего выбрасывают! Столько еды, игрушек, подушек, одеял, кастрюль! Ты со мной? Играем?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ПОМОЙНОГО ВОЛКА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Фух! Волк из тебя очень весёлый и умный! О, смотри, какая миленькая белка на этой картинке! Я даже не замечала.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Да-а-а... Ма-ма, я буду этой белкой, хорошо? Значит так: я сейчас будто найду шишку, дам её тебе, потом отбегу, сяду под какой-нибудь кустик, например, за диван и буду жалобно смотреть. А ты заметишь меня и скажешь «да это же белка!», ну и всё такое, ты сама знаешь. А потом дашь мне эту шишку, потому что я буду голодная. Хорошо? Ладно? Хорошо, мам? Всё? Играем?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Может, отдохнём, а? Взрослые не могут столько играть, доча. Да и супчик сам себя не сварит.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давай отдохнём, но после маленькой игры, пожа-а-а-алуйста! ПЕРЕРЫВ НА ИГРУ В ГОЛОДНУЮ БЕЛКУ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Всё, доча. Перерыв.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ладно… Фух, кстати, мама, ты говорила, что завтра мне нужно с вами в этот салон связи. Но я не хочу. И вот почему я должна идти, если не хочу?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Потому что, пока ты маленькая, тебе придётся ходить хвостиком за своими родителями. Мы совершенно не можем оставить тебя дома одну. Наши дела в салоне связи не займут много времени.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Получается, когда дети маленькие, они ходят везде за своими родителями, потому что они маленькие, а родители за кем тогда ходят? Я знаю! А родители ходят за ветром! Бегают! Кстати, мама, я слышала кое-что и забыла спросить: а что такое изменчивость бытия?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значит, что всё вокруг непостоянно и меняется.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Это правда! Но не всегда. Просто вот смотри, мама: глобус в нашем саду не меняется. Он даже с места не двигается. Он стоит на верхней полке, а воспитательницы никогда его не достают и не показывают нам. Он просто там стоит, и я иногда смотрю на него. Но зачем они его туда поставили? Почему они нам его не показывают? Глобус же можно крутить. Смотреть там разные страны, Африку… Я не понимаю. И вообще, ма-ма, иногда в саду у меня такое чувство, что мне хочется всё разрушить и всех убить.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Нда-а-а, понимаю, у меня тоже иногда такое настроение бывает.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у меня вот и сейчас такое!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Ты отложи это своё чувство разрушительное, потому что я занята супом, но чуть позже можем устроить бой подушками, идёт? А пока давай обниму!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Ма-а-амочка. Знаешь, ты когда меня целуешь, ты меня всю успокаиваешь.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Солнышко моё любимое.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Давай вот так ещё раз обнимемся сильно. У меня к тебе столько любви! Как если представить самого большого в мире слона — вот столько у меня к тебе любви! Я очарована тобой, мама!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Ты моё солнышко! Мой неогранённый алмаз!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Как Аладдин! Ма-а-амочка! Я тебя люблю так сильно! До границы космоса! Я тут подумала, кстати, что когда я полечу в космос, то обязательно возьму паспорт, потому что вдруг его на границе будут проверять.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Хорошая мысль. На границах всегда паспорта проверяют.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сейчас мне надо тебе кое-что сказать, но я стесняюсь... Это может показаться странным, но сейчас я лиловый кот с белыми крыльями, клыками, как у саблезубых тигров, и рогами. Крылья мои так встраиваются в спину и могут там появляться плавники и жабры, то есть я не боюсь воды. И ещё я умею говорить. И ещё я бездомный, а мои родители умерли. М-м-м, да, умерли. Их убили охотники. Начнём так: ты увидела, как я сижу на камне, и очень удивилась, потому что никогда не видела котов с такими большими и нежными крыльями. Запомнила? Белые крылья такие у меня! Большие! Начинаем игру? Начинаем?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Что ж... Начинаем!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ЛИЛОВОГО КОТА С БЕЛЫМИ КРЫЛЬЯМИ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всё! Я опять я, потому что у меня вопрос: а как ты думаешь, у воспитательницы на самом деле есть глаза на затылке, как она говорит?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Нет, солнышко, у воспитательницы точно нет глаз на затылке.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так и думала, но как она тогда всё равно всё видит? И всё, просто ВСË слышит! Даже вот такой тихий, тихий, о-о-очень тихий шёпот. Например, недавно меня одолела лень и я совсем не хотела спать. Я сначала тихо лежала с одним закрытым глазом, а потом открыла его и стала незаметно играть в разные игры: в пальцев-человечков, Аладдина, дейнониха… И воспитательница это услышала! Я тогда подумала, что лучше было бы, если бы у неё вообще не было ушей!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Аха-ха! Но тогда бы она не слышала, как дети просят у неё добавки за обедом!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я бы просто ей руками так ам, ам, ам, ням, ням! И на тарелку показывала! Мне просто в садике не нравится. Маша не хочет играть с Софией, но хочет играть со мной, а я говорю Маше, можно София с нами поиграет тоже, но Маша не хочет и София не хочет, потому что София хочет играть только со мной, а больше ни с кем, но я не хочу играть только с Машей или только с Софией, но София начинает ругать меня, если я играю с другими девочками, и говорить, что я сосиска, но я не сосиска. Мне кажется, Маше и Софии надо повзрослеть в своей голове.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как?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это так, что вести себя нормально. А ещё я помню, как София и Стеша пошли на пикник, и я сказала «а можно с вами?», но София сказала, что это пикник только для двоих, хотя София же хочет дружить со мной. И это неправильно, когда двое идут на пикник, а один сидит на стульчике и грустит. Надо было Софии придумать пикник на троих, но она не захотела, и у них был пикник на двоих, а я сидела одна и даже чуть не расплакалась.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Наверное, тебе было очень обидно.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Да... А ещё я до сих пор помню, как Аня сказала мне, что я колбаса, а она принцесса…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это вообще неприятно.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да. Но потом воспитательница сказала ей: «Кто обзывается, тот сам так называется». И уже она превратилась в колбасу! Ха-ха-ха! Кста-ти, мама, я тебе говорила, про нового мальчика?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Неа.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Помнишь, наш старый Костя? Он не только дерётся, но и плюётся на всех, и на нашего нового мальчика, которого тоже зовут Костя. Новый Костя сначала реагировал плачем, а теперь уже плюётся на него в ответ! Но у него не получается. Он просто собирает на губах большой комок слюней и они всегда падают на пол. А вот старый Костя умеет плеваться: у него слюни вылетают так резко, как пушечные ядра.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Боже, ничего себе.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Кстати, мама, а как понять, когда говорят, что тошнит от человека?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Так иногда говорят, если кто-то кому-то сильно надоел.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Меня тошнит от старого Кости. Он сказал, что я не могу быть Человеком-пауком, потому что он — Человек-паук!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Понятно. Скажи ему, что есть мультивселенные, в которых есть другие Человеки-пауки.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Ого, хорошо! МультиКвселенные! Мне бы там понра-а-авилось! Кста-а-ати, мама, а ты знала, что я с помощью специального электрического тока могу превращаться в хищников, динозавров, змей, Аладдина, Человека-Паука? Ты знала?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Я знала, что ты умеешь превращаться, но не знала, что с помощью тока...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Смотри! Я сейчас превращусь в крокодила! Вот ток идёт, видишь?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А-а-а-а! Помогите! ПОМОГИТЕ! Где моя дочка? У нас в квартире крокодил!! Как это могло произойти?! Как мне теперь доварить суп, елси у меня крокодил в квартире?!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БЕГОТНЮ В КРОКОДИЛА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Доча? Это снова ты? Фух, вот это превращения. Дай-ка я пока супчик помешаю. Я забыла спросить: Татьяна Николаевна рассказывала, что ты умудрилась протащить хомяка на сон.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Ну... Да-а-а… Она ВСË видит! Она пошла куда-то, а я быстренько подбежала к полке, схватила хомяка и спрятала его под одеялом. Так крепко прижала. Потому что ему хотелось со мной поспать.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У вас получилось поспать?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Нет, тогда тоже не получилось. Но я буду стараться перебороть свою лень!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 смысле?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постараюсь поспать в садике.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А-а-а, понятно.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надо бороться с ленью.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как ты будешь с ней бороться?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просто буду делать то дело, которое надо делать, и всё.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Разумно.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мой мозг разумный. Вот, например, я недавно придумала способ, как избавиться от горя.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Хм, очень любопытно. Расскажи!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Чтобы избавиться от горя, надо смеяться и не отвлекаться от смеяния, кушать и не отвлекаться от кушанья, спать и не отвлекаться от спанья, а ещё обязательно гулять на свежем воздухе и не отвлекаться от гулянья — и так можно избавиться от горя!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Вау, зайчик мой, прекрасный рецепт! Я буду пользоваться!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О! Ма-ма! А давай поиграем в «Короля Льва»? Я буду Симбой, а ты Муфасой, только мы будем жить уже тогда, когда Шрам погиб, а Муфаса, наоборот, остался жив, то есть Муфаса не попал под ноги буйволов, а успел спасти меня и спрятаться в пещере, а потом незаметно лапу просунул и столкнул Шрама в стадо буйволов, и Шрам умер, и его потом ещё гиены съели.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Дай-ка поду-у-умать… Хм. У меня есть выбор?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ма-ма! И ещё в этой игре, в которую мы будем играть, если для кого-то приходит его час, то он всё равно не приходит.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как?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то есть даже когда я, Симба, вырасту, ты всё равно не умрёшь. Я люблю, когда родители не умирают.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СИМБУ И МУФАСУ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эта игра мне нравится. Завтра ещё поиграем, а сейчас мне надо тебе кое-что сказать! Я поняла, что не хочу тебя терять, как Симба в мультике потерял Муфасу.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Я с тобой, доченька. Я тебя очень люблю. Ты — моё сокровище.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ты, мама, моё сокровище сокровищ. Я тебя люблю как небоскрёб, у которого бесконечность этажей, как у космоса. Обещай мне, что когда я буду в садике, ты будешь делать зарядку, заниматься спортом, есть больше фруктов и овощей и меньше сладкого, а ещё пей чай — так ты будешь долго молодой. Я просто не хочу, чтобы ты старела.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Обещаю, солнышко.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я скоро постарею?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Нет, солнышко, ты совсем ещё малышка.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не хочу стареть. Я очень не хочу стареть.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Маленькая моя…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 Кстати, мама, я думаю, если бы мы рождались старыми, а умирали, наоборот, маленькими, тогда бы в школах дети учили бабушек, и это было бы очень смешно! Представляешь, дети — бабушек! Хотя, наверное, если бы так было, то для нас это было бы нормально и мы бы не смеялись, а ненормально было бы то, что кто-то рождается маленьким, а умирает старым! Мы бы думали: «О! Что?! Рождается маленьким?! Это ненормально!» Да, мама? Получается, что у всех то нормально, как они привыкли?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как-то так это и работает.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Но, ма-ма, я просто ТАК сильно тебя люблю, что я вообще не хочу, чтобы ты умирала. Обещаешь, что когда будешь готова к смерти, ты вспомнишь, как я говорила, что люблю тебя и не хочу, чтобы ты умирала?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Обещаю, моя хорошая.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мама, а когда мёртвого человека в землю закапывают, то что там с ним происходит?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Тело постепенно разлагается, и, в конце концов, остаётся только скелет.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кожа разлагается?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кожа.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у меня мягкая кожа, вот потрогай. А сердце тоже разлагается?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язык?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глаза?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глаза.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печень?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печень.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 щёки? И уши? И лёгкие? И… аппендикс?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аппе-е-ендикс улетает в космос!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Что?!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Шучу. Аппендикс тоже разлагается.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не хочу, чтобы ты умирала, мама. Я даже не хочу, чтобы ты старела. И я не хочу, чтобы бабушка старела, поэтому я не хочу сама так быстро вырастать. Каждый год я не хочу, чтобы мне исполнялась следующая цифра! Я не хочу! Я не хочу тебя покида-а-ать!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Зайчик мой любимый, ты не покидаешь меня! Мы вместе! Мама всегда рядом.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Всё равно лучше быть маленькой. Раньше я хотела убольшаться, когда видела разные майки такие красивые взрослые в магазинах, но теперь я хочу уменьшиться, чтобы маленькую одежду носить и быть маленькой. Хотя иногда, конечно, хорошо быть взрослой, как я! Жаль только те маленькие норки, в которые трёхлетки могут пролезть, а я уже нет! Но по крайней мере, у меня набор слов побольше! А то маленькие знают только, например, огурец! Огурец! Огурец! Огурец! Повторяют и всё! А я вон сколько слов уже знаю! Мне это нравится!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Ой, а что это у тебя коленка красненькая? Я даже не видела. Ты упала?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Нет, я подралась.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Подралась? Когда? С кем?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С ковром. Пока ты суп делала, я играла так, что он хотел, чтобы я склонилась над ним, но я Человек-паук и я не склоняюсь ни перед какими злодеями, потому что злодеи — это злодеи, а Человек-паук — это Человек-паук.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Понятно. По-моему, очень правильная мысль.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а давай я буду принцессой? Давай?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Эм-м-м…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буду принцессой и у меня будет друг, хорошо? Давай? Пожа-а-а-алуйста!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 давай. И скоро обед! Окей, я друг принцессы, получается. Я принц?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Нет! Принц будет женихом, а друг будет — Лох-несское чудовище!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ПРИНЦЕССУ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всё! Принцессой быть немного скучно! И я думаю про обед. И вот, насчёт обеда. Мой щенок сегодня обедает со мной, и он вегатэрьянец, потому что ему не нравится, что животных выращивают ради мяса.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Поняла. Ты тоже с ним?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да-а-а.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Окей, тогда я не буду вам фрикадельки в суп класть.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я фрикадельки в супе попробую, но вообще, это неправильно, когда животных ради мяса выращивают…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Согласна, доченька.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знаешь, мама, я раньше думала, что все-все-все вегатэрьянцы мира живут в одной стране! Ну, я думала, что это жители такой страны, где только вегатэрьянцы, но сейчас я сообразила, что везде есть вегатэрьянцы! Я поняла, что любой человек может стать вегатэрьянцем, если он, например, очень любит животных или если у него, например, аллергия на мясо. В общем, щенку фрикадельки не надо, а мне можно две или три.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Окей, поняла.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мама, знаешь, какой мой любимый салат? У меня два любимых салата! Первый — это из капусты, такой с морковкой тоже. А второй — это я сама придумала салат — из варёной свеклы, огурцов и козьего сыра! М-м-м, обожаю! У меня раньше был ещё один любимый салат — винегрет, но я его уже отлюбила.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Хорошо, тогда никакого винегрета этой девочке. Чувствую, кто-то очень проголодался. Значит, супчик, салатик из свеклы и, может, что-нибудь на второе сейчас придумаю!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ОБЕД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Всё. Я всё. Уже я объелась, всё. Спасибо, было очень вкусно! Кстати, мама, я хотела сказать, что если я плачу, то это не значит, что я тебя не люблю, это значит, что я что-то хочу.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Поняла тебя, доченька. Ты сейчас не плачешь, то есть ты ничего не хочешь?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Ну-у-у, немножко хочу.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чего же?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Конфетку! Или что-то другое сладкое… И поговорить про наши дела в Тартаре.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Когда ты Цербер, как у тебя получается их не пропускать?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Кого?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Богов с Олимпа, которые хотят пробраться к Аиду через ворота, которые ты охраняешь.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А-а-а… Ну, они особо не суются к нам. Там темно, сыро, страшно... Помню, только однажды Аполлон приходил с мечом.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С мечом?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Ну, да, с мячом. Футбольным. Я же собака, он знает, что я люблю за мячами бегать. Вот он к воротам подошёл и мяч бросил в сторону, а я не удержался и за ним. Так Аполлон и смог через ворота пройти…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Ты совсем ещё щенок, Цербер. Не беспокойся, я научу тебя, как сдерживать игровство. Сейчас проведём специальный урок: я тебе буду бросать мяч, а ты не должен на него смотреть и вообще никак реагировать! Никогда! Понял?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ЦЕРБЕРА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а что такое любознательный? Мне бабушка сказала, что я любознательная и что это хорошо, но мне кажется, скоро я такой не буду.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Почему?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потому что любознательность нельзя вырастить, её можно только убирать.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как?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если ребёнку что-то интересно, он спрашивает, ему отвечают — и всё! Например, я спрошу, как комодские вараны убивают свою жертву? И мне ответят — у них есть яд! Вот так мою любознательность и уберут!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А-а-а, понятно. Любознательность — это не про один какой-то случай, а вообще в целом по жизни, потому что знаний очень много и всё знать невозможно, но можно быть любознательным и всегда хотеть узнавать про мир больше. Ты знаешь, что комодский варан ядовитый, но знаешь ли ты, откуда у него этот яд? У него есть какие-то железы или яд просто всегда в слюне? Насколько сильный этот яд? Сколько его у варана — по капельке в день выделяется или прям большие запасы? Как именно действует этот яд? Как быстро он может убить крупное животное? Насколько для варана опасен его собственный яд? Как…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Ого! Ма-ма, скажи!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Что сказать?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Скажи ответы на все эти вопросы! Ты знаешь их? Ну, пожа-а-алуйста! Я очень хочу знать!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Эммм, честно говоря, я не знаю ответов на эти вопросы.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Тогда надо погуглить! Ты можешь сейчас погуглить? Давай погуглим!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КОМОДСКОГО ВАРАНА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бы хотела быть вараном. Он такой величественный и выглядит не как какой-то маленький ребёнок. Кстати, мама, можно я буду ходить на улицу только в платье? Просто в платье я большая, а когда надеваю куртку, сразу кажусь какая-то маленькая. Я в куртке — маленькая! Хотя когда дует такой слишком холодный ветер, то я не совсем маленькая в куртке… Ну такая. Нормальная.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Согласна. Совершенно нормальная девочка в куртке. Не маленькая!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О! Смотри какой-то жучок по полу ползёт! Кстати, мама, а насекомых же тоже нельзя убивать, да?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Конечно, доченька. Давай этого жучка выпустим.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Ага. Только овощи заслуживают смерти, потому что в них много витаминов.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Хм, тем не менее сегодня за обедом ты съела всё, кроме спаржи.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я просто не люблю спаржу.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Почему?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Потому что меня так устроила природа! Природа ещё меня так устроила, что если однажды ты увидишь, что я лежу без движения, это значит, что я долго не играла и умерла. Я не могу без игр, я всегда хочу играть, даже ночью, когда сплю, я на самом деле не сплю, а жду утра, чтобы поиграть с тобой. Давай опять в Аида поиграем? Только по-другому! Мы будем ходить по лабиринту Минотавра, посчитаем все мёртвые души, чтобы проверить, что никто не сбежал. Ты будешь Аид, а я твой верный Тифон. И обязательно поговорим про Сизифа, который хотел тебя обмануть, но поплатился за это.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АИДА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Ой, ма-ма! Я забыла тебе рассказать: я же в саду упала с паутинки!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не ушиблась?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Нет, было не больно, потому что я успела приземлиться на ноги, хотя летела вниз головой.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 себе… Я рада, что всё обошлось.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Кста-ти, мама! Знаешь, что я подумала? Вот для Дашиной мамы Даша — самая любимая девочка на свете, для Кирилла мамы Кирюша — самый любимый мальчик на свете, для Илюшиной — Илюша, для Лизы — Василиса, а для тебя я — самая любимая, весёлая и лучшая на свете девочка! Для каждой мамы её ребёнок самый лучший, получается!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Совершенно верно, зайчик. Ты для меня — лучшая девочка!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Ма-а-ма-а… Я тебя люблю больше моих друзей, больше моих игрушек, больше Маргариты, больше мороженого, больше еды, которую ты готовишь. Я тебя люблю больше всего на свете. Я тебя люблю двенадцать и один раз. Это очень много. Вот так я тебя люблю.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я тебя люблю до Юпитера и обратно!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я тебя до той девятой планеты, которую ещё не открыли, но которую, может быть, откроют, там, где пояс астероидов ещё один может быть… Наверное, это большая планета и она очень далеко, вот я тебя люблю до неё и обратно! Всё! Я больше!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 ничего себе! Больше этого уже я точно ничего не придумаю!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ма-ма, я тут мыслила, что я же у вас единственная дочка... И не получится больше у вас такой девочки с такими длинными волосами и которая так любит драконов. Может, если вы захотите, будет мальчик, который любит трансформеров, например, или девочка, которая любит куклы, но такая, как я, уже не получится… И ещё я помыслила, что если бы я выбирала между тобой и всеми игрушками мира, то все игрушки мира быстро улетели бы окно! Потому что ты для меня — самое главное!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Котёночек мой любимый!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Мамочка, люблю! Я подумала, вот было бы хорошо, если бы люди старели, а потом не умирали, а как звёзды, превращались в новых людей, например, в таких маленьких, как я… Вот было бы хорошо — никто бы не умирал… Лучше не думать о смерти! Просто грустно…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Понимаю. Весёлого мало.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Потому что когда я умру, все наши города изменятся, в нашей квартире никого не будет, всё опустеет… Но, наверное, скоро изобретут такое лекарство и его выпьют все, и не будут умирать, и смогут увидеть те чудеса, которые будут происходить, когда всё изменится. Я вот пока даже думать про смерть не хочу, а то сидеть так думать «мои папа и мама скоро умрут, и останутся одни только фотографии»... Нет! Всё! Я решила: я больше никогда не буду говорить, что не хочу, чтобы ты умирала — ты и так это знаешь. Я просто попробую изобрести лекарство от смерти, и всё.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Отличный план, доченька. Чудесный! Люблю тебя.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мама, а вот я ещё вспомнила, что был в Египте ещё Амт — лев с головой крокодила, который работал пожирателем грешников в Подземном мире. И вот я хотела спросить, кто такие грешники?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люди, которые совершают грехи.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что такое грехи?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Это плохие поступки.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Всё, мама! Всё! Есть идея: я буду Амтом, львом с головой крокодила, а ты соверши какой-то грех и убегай от меня. Поняла? Согласна? Играем? Раз, два, три, начать!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АМТА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Стоп игра, доча! Мама уже без сил!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тоже устала! Я уже даже испугалась немного, пока за тобой гонялась! Мой мозг постоянно придумывает разные страшилки… И вот я, кстати, не понимаю, зачем он это делает? Что ли, чтобы научить меня не бояться? Он придумывает разные листики, которые хотят цапнуть меня за ногу и утащить, разные шарфы, которые хотят так сильно меня обхватить, чтобы мне не хватило кислорода, ножи, которые хотят меня разрезать, велосипеды, которые хотят на меня наехать, лужи, которые хотят, чтобы я в них наступила и вся промокла до последней нитки! Зачем мой мозг это придумывает? Я не понимаю. Наверное, чтобы научить меня не бояться, да? Хотя иногда он придумывает и не страшилки тоже. Недавно он придумал дракона, и я видела, как этот дракон летал по небу. Такой величественный…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настоящий дракон?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Конечно, настоящий! Не выдуманный же! Кстати, мама, а ты купишь мне часы специальные, чтобы я могла одна на улицу ходить? Просто я хочу скорее стать взрослой, проснуться рано-рано, раньше, чем мы в сад ходим, выйти на улицу со своим драконом и полежать на траве. Я бы так полежала, а потом насобирала бы цветов, чтобы вас порадовать.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Как классно. А ты это планируешь, когда совсем взрослой станешь?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да. Когда я в первый класс пойду. О! А ты можешь уйти?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Уйти?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уйти с этого подоконника, где мы с тобой сидим. Я просто хочу подышать ветром свободы.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Ветром свободы? Ну, конечно. Разумеется.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ВЕТЕР СВОБОДЫ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Хорошо так сидеть и смотреть далеко, что я даже ни о чём не думаю. У меня как будто отпуск! Ну, не у меня, а у мозга. Мой мозг ушёл в отпуск! На самом деле у меня сейчас в голове одни вермишели и крекеры!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Ты снова голодная?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не сильно. Я просто хочу рыбатэрианский ужин.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Ты имеешь в виду без мяса, но с рыбой?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Но вообще, ма-ма, у тебя бывает такое, что тебе хочется сразу всё на свете?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У меня бывает наоборот, но продолжай.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Наоборот? А у меня наоборот: вот сейчас у меня как раз так — хочется всё на свете, и я места себе не нахожу.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чего тебе хочется?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Например, купаться, желательно в просторном озере, хочу лежать на диване и смотреть мультики, хочу построить домики для своих игрушек, хочу поесть мёда, сделать сюрприз для мамы, хочу того большого котёнка с блестящими глазами и красным сердечком, хочу павлина и посмотреть на водопад, хочу пить водичку и играть с драконом!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сколько всего ты хочешь!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ещё посчитать хочу!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Кого посчитать?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просто! Посчитать! Я сегодня утром досчитала до 70, пока ты спала. И дальше 71, 72, 73, 74, 75, 76, 77, 78, 79… А дальше, мам?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Восемьдесят...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81, 82, 83, 84, 85, 86, 87, 88, 89…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Девяно-о-осто...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91, 92, 93, 94, 95, 96, 97, 98, 99?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Сто!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Точно! Сто! Последняя цифра! Ура!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Нет, это не последнее число. Дальше 101, 102, 103...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Что? Бесконечность этих чисел, что ли?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Ну, 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я хотела все посчитать!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За-а-аинька моя.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 нет, зачем я всё это тогда считала…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Зато ты уже до ста считать можешь, доченька, это большое достижение!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Это было глупо, всё равно я всё посчитать не смогла… Ну ла-а-адно. О! Кстати, мама! Я долго думала о том, как нужно ухаживать за львом: чем кормить — антилопами, конечно; надо ли его мыть — с мылом каждый день, конечно; во сколько укладывать спать — в семь тридцать он уже должен идти чистить зубы; и как расчёсывать гриву, чтобы он не откусил тебе руку. Но самое главное, мама, я поняла ответ на вопрос, можно ли всё-таки сделать льва домашним. Льва можно сделать домашним, но рано или поздно он тебя всё равно съест!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Ахах, да, доча, дикий зверь — есть дикий зверь.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О! Давай поиграем! Я — лев! А ты мой друг антилопа, которую я не хочу есть. И мне нужно победить титана, и ты мне говоришь: «Но ты не понимаешь, он огромный! Ты не можешь его так просто победить!» А я отвечаю: «И кто, ты думаешь, я тогда по сравнению с ним? Что ли бессильная лернейская гидра?» Поняла, да? Ты скажешь так! Хорошо? Играем!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Из последних сил, зайка. Мне кажется, я скоро рекорд установлю по играм!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ВО ЛЬВА И АНТИЛОПУ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стоп игра! А давай Кирилла в гости когда-нибудь пригласим? Он только говорил, что далеко живёт. Может быть, ему на самолёте придётся лететь. О! Может быть, он на море живёт? Тогда давай лучше не он к нам в гости, а мы к нему!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Хах, отличный план!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Кстати, мам! А как, вообще, человек получает номер телефона? Кто ему его даёт? Почему именно такой номер дают? И куда надо идти, чтобы его дали? Вот у тебя сейчас такой большой номер, и это получается, что у взрослых большой, а у детей маленький? Мне просто интересно для тех времён, когда у меня будет телефон.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что ты будешь с ним делать?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звонить бабушке и Кириллу, читать что-нибудь, смотреть, играть, гуглить, запукивать места в отеле смогу…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Запукивать места?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да, как вы с папой запукивали, когда мы на море ездили!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да, было дело.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я знаю, что телефон у меня будет не скоро, потому что ни у кого, из тех, кого я знаю, телефона ещё нет. Ну, может быть, мне он пока и не нужен, потому что сейчас я всегда хочу играть и читать. Это сейчас мои любимые занятия. Мне иногда кажется, что читать мне даже нравится больше, чем играть, но вообще нет! Мне нравится читать И играть!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Да, я тоже обожаю читать, и если бы могла, то целый день лежала бы на диване и читала! А давай поиграем в тихую библиотеку? Ляжем вместе уютно в спальне и почитаем каждый своё?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О! Давай!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ТИХУЮ БИБЛИОТЕКУ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Мам? Ма-ма? Ма-а-ам! Ты что, спишь? Я ещё хочу сказать тебе что-то, что не говорила.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На самом деле, когда я читаю книжки, то я вижу перед своими глазами всё живое! Вот на картинке собачка, а у меня перед глазами она идёт! Я тебе раньше такого не говорила, потому что это был мой поразительный секрет!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это у тебя воображение так хорошо работает. Кажется, я действительно уснула на пару минут.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Надеюсь, ты хорошо поспала. Знаешь что? Когда я вырасту, я приеду к тебе в город, несмотря на то, где вы будете с папой жить, и буду убирать, готовить, покупать продукты, чтобы ты могла целый день читать!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У-у-у, как мило! Звучит прекрасно, доченька!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теперь давай поиграем?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Прости, доча, придётся подождать. Мне кажется, мне нужно попить кофе.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хорошо! Это игра простая: кто что хочет, тот то и делает. Я сейчас с разбегу прыгну на диван, включу лампу, укроюсь покрывалом и буду читать другую книжку про мифы Древней Греции. А ты будешь рядом на кухне пить кофе!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Договорились, заинька. Звучит как план.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Ма-а-ам! Ма-ма! Скорей сюда! Я проходила мимо зеркала, потом вернулась и посмотрела на себя: я такой не была-а-а-а! Я ТАК изменилась! На самом деле, мне хочется поскорее посмотреть, какой я стану! Мне кажется, у меня изменится форма лица! И вообще, я смотрю на себя и не понимаю, что со мной! Почему я радостная такая? Я не могу это выключить! Вот я просто стою, ни о чём даже не думаю сейчас, и радостная! Почему? Будто мне новую игрушку купили, но мне же её не купили! Я не могу остановиться!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 себе сколько радости! Наверное, очень приятное чувство! Люблю тебя, моя хорошая!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Ма-а-ама! А я люблю тебя очень сильно и всегда. Я люблю тебя, когда ты злая, я люблю тебя, когда ты грустная, я люблю тебя, даже когда тебя нет рядом. Я так тебя люблю, что даже оторваться не могу. Я люблю тебя до смерти. До смерти люблю тебя. До смерти — это так говорят, когда кто-то кому-то очень, очень, очень, очень, очень, очень, очень, очень, очень, очень, очень, очень, очень, очень, очень, очень, очень, очень, очень, очень нравится.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Ты настоящий комочек любви для мамы. Обожаю тебя, радость моя.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Ма-а-а-а-ама! Всё! Ты попила кофе? Пора! Я всё придумала: ты лесная принцесса, я — твоя помощница, которая ездит верхом на тигре. Мы гуляем по лесу и проверяем, чтобы везде всё было хорошо, чтобы-ы-ы-ы… Ну-у-у…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Чтобы все животные были готовы к зиме, а то в прошлом году так получилось, что во время бури упало дерево, в котором было дупло белки, а в нём все её запасы на зиму. Белка осталась без дома, пряталась и мёрзла под пеньком. Хорошо, что зайцы её увидели и нам рассказали. Тогда все животные помогли белке с запасами, а дятел даже сделал ей новое дупло, помнишь?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Да-а-а, помню! Да, ма-ма, мы будем следить, чтобы все были готовы к зиме, а пото-о-ом, когда подойдём к нашему дому, то увидим, что кто-то-о-о вырубил вот такой кусок леса, и ты скажешь мне узнать, кто это, и я поеду на тигре и узнаю, что это был рыцарь, который не ест ничего, кроме пирожных! Понятно? Играем? Играем, да?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Кажется, кофе подействовал! Да, пора отправляться на проверку нашего леса!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ЛЕСНУЮ ПРИНЦЕССУ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я не понимаю, как люди стали думать, что ёжики едят яблоки и грибы? Ведь они же хищники и любят разных жуков и червяков! А из них сделали каких-то миленьких травоядных! Может быть, однажды яблоко лежало на земле и из него выглядывал червяк, а ёжик это увидел и стал выгрызать червяка из яблока, а мимо проходил человек и такой: «О! Посмотрите! Этот ёжик грызёт яблоко! Значит, ёжики едят яблоки!» И все так начали думать!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Мне кажется, что что-то такое могло случиться.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ещё знаешь, очень мало в книжках написано про растения. Вот когда два растения из одной семьи встречаются друг с другом, они же... У них же есть какие-то говорительно-запоминательные механизмы, потому что как же они тогда-а-а... Ну-у-у-у... Я точно не знаю, но, может быть, они разговаривают между собой? А мы просто не слышим их, как мы не слышим те звуки, которые издают летучие мыши? Может быть, учёные ещё не узнали об этом? Ну-у-у, я не знаю... Но я так думаю, что, мо-о-ожет быть, у растений есть мозг?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Ты совершенно права, доча. Есть учёные, которые этим занимаются, и которые открыли, что растения умеют общаться.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Ого! Я же говорила! Мой мозг думает разное! Кстати, мама, а волки — это санитары леса, да?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давай я буду волком, и ты увидишь, будто какой-то волк заметил жирненькую больную мышку?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ВОЛКА И БОЛЬНУЮ МЫШКУ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Мне так жарко! Всё! Я хочу на море! Включи мне звуки волн, а я пока включу лампу — она будет солнцем! Та-а-а-ак! Всё! Ура-а-а! Мы приехали на море! Я так мечтала об этом! Мам, где мои шорты? Мне нужна летняя майка! Ура! Я на пляже!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Можно с тобой? Я тоже хочу на пляж.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Конечно! Ложись тут рядом! На пляже места хватит всем!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ЛЕЖАНИЕ НА ПЛЯЖЕ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Кста-ти, мам, я смотрю на небо, ну, как будто тут не потолок, а небо, хорошо? И я смотрю на небо и думаю, как такой тяжёлый самолёт может летать так высоко и не падать? Я не понимаю. Или вот, например, дракон. Они тоже летают и не падают, но они же огромные и тяжёлые! А единороги? Это же лошади! Это же не птицы, у которых перья и тонкие косточки! Как они могут летать?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Я думаю, что единороги просто волшебные, а самолёты летают за счёт мощных двигателей. Может, на улицу ещё разок сходим перед ужином?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Может, но потом. Я хочу поиграть.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Ох, деточка моя. У меня уже заканчиваются силы на игры… Во что ты хочешь поиграть?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Вот смотри: это президент Тигр, это министр… М-м-м…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Иностранных дел?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Министр иностранных дел Ёжик, а это ещё один министр… М-м-м…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Экономики?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Экономики Осьминог. А ты? Ты кто будешь?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Давай я буду министром образования.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Хорошо, ты министр образования, а 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А ты премьер-министр!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О! Хорошо!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что мы будем делать?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Сейчас я кое-что принесу! Вот! Мы будем обсуждать сказки Пушкина! Начнём со сказки о царе Салтане. О! Министр Ёжик поднял лапку! Это сказка о том, как царя обманули и сказали, что у него родился не обычный ребёнок, не мышонок, а неведомая зверушка. А потом ткачиха, повариха и третья подменили записки, и злые люди, эти… Бояре! Бросили царицу с сыном в море в бочке, но они не утонули, потому что сын пел милую песенку для волн и волны выбросили их на берег. О, президент Тигр поднял лапу! А я ещё думаю, что бочки в море бросать нельзя, потому что в море ничего бросать нельзя. Зачем в море бочка? Ну, если только какая-то рыба захочет в ней поселиться…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Или губка… Или морская звезда…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Да! Кста-ти, мама, а если бросить бумажку от чупа-чупса на траву, то дикое животное может выйти из леса и начать подкрадываться к этой бумажке, а потом оно лизнёт её и подумает, м-м-м, сладенькое что-то, и станет лизать ещё, а потом съест эту бумажку, и у него разболится животик и оно умрёт... . Мам, нельзя бросать бумажки на траве.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Полностью согласна с тобой, доченька.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Всё! Никаких бочек в море и никаких бумажек на траву! Продолжаем играть в министров, да?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МИНИСТРОВ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а помнишь, мы когда-то разговаривали о мумификации, помнишь?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помнишь, мы когда-то разговаривали о грешниках и что такое грехи?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Помню.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А теперь давай поговорим о Черепашках-ниндзя, давай? А то мне не всё понятно пока в этом мультике, но я уже, мне кажется, до него точно доросла, но всё равно некоторые моменты мне непонятны.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Хорошо, давай.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И, ма-а-ам, может, закажем сегодня на ужин пиццу?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По-моему, ты хотела во время ужина побыть рыбатэрианцем, разве нет?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Ой, ну да, но теперь я уже пиццу хочу. И потом ещё конфету ту шоколадную.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Хах, а ты не лопнешь, пупсик мой?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мама! Ты когда-нибудь видела детей, которые надуваются и лопаются? Докажи, что ребёнок может надуться и лопнуть от конфет! Видишь? И я такого не видела! Не бывает такого!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Ладно, согласна. Я действительно не видела ни надутых, ни тем более лопнутых детей. Пицца так пицца — закажем доставку.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О, кстати, я недавно придумала таких зверей — вездеходок. Они везде ходят и всё приносят, и воды могут принести, и игрушку, и пиццу!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Ого, как удобно!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жалко только, что таких животных нет в нашей жизни. Как было бы хорошо, если бы они так хоп! и пицца уже была бы тут на нашем столе!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Ничего, мы и без них справимся! Скоро курьер привезёт нашу пиццу!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давай пока он едет, мы поиграем! Играем так: я толстенький леопардик, который живёт в пещере, и там есть доставка. Курьерами работают две кобры, которые возят продукты в... бамбуковой тележке! Вот так! А когда они ничего не доставляют, то просто охраняют бамбуковую тележку, чтобы... Чтобы её не съели панды! Она же бамбуковая! Ха-ха! Ещё есть лиановая тележка, но она не очень удобная. Всё понятно? Играем? Да? Я толстенький леопардик!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ИГРУ В ДОСТАВКУ И ПИЦЦУ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Мне кажется, я теперь ещё лучше понимаю черепашек-ниндзя. Я бы тоже пиццу каждый день ела!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И я тоже!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Поиграем, мам?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Заюшка, уже вечер, пора потихоньку порядки наводить и готовится ко сну. У нас был очень насыщенный день.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Но, мама! Немножко поиграть же можно! Одну ма-а-а-аленькую игру? Хотя бы болтливую игру?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О чём ты хочешь поговорить?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Ну, хотя бы про кедровые шишки.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Ла-а-адно, давай про кедровые шишки.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РАЗГОВОР ПРО КЕДРОВЫЕ ШИШКИ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Всё, моя хорошая, теперь уже точно пора идти чистить зубы.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У меня нога болит что-то… Я даже ходить не могу. Можно я сегодня не буду зубы чистить?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Заюшка моя, только что, у тебя всё было чудесно и ничего не болело, но как только тебе нужно идти чистить зубы, твоя ножка резко заболела. Как такое возможно? Не понимаю просто.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Ну так бывает, мама! Просто я как собака: если собаки хотят подписить какой-то столб или там куст, где другая собака писила, то они берут и подписывают, а если не хотят, то нет.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Хм, ничего непонятно, но очень интересно! Пошли чистить зубки.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ВЕЧЕРНЕЕ УМЫВАНИЕ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Ну вот, моя девочка укладывается и сейчас будет сладко, сладко спать.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Ма-ма, а можно, ну, я завтра с самого утра буду-у-у... львом! Которого будут звать Яго, но это не из «Аладдина» Яго, а просто имя такое. А ты будешь... его хозяйкой! Э-э-э... Леопатрией!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Договорились. Яго и Леопатрия. Всё засыпай, моя хорошая.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Ма-ма!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Да?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Я только буду не простым львом, а у него будет такая гри-и-и-ива... такая ромбиками! И перьями разноцветными! Перья будут, ладно?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Конечно. Очень необычно. Завтра нарисуем этого льва.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Да, льва такого и дракона ещё другого.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Принято, зайка. Засыпай. Спокойной ночи, любимая.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Мам, подожди! Мама, я буду не совсем львом, а мантикорой, хорошо? Ну, то есть грифономантикорой. Хвост у меня будет скорпиона, а голова, ну, верхняя часть туловища, как у грифона.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Конечно, доча. Завтра мы этого крутыша обязательно нарисуем, а сейчас нам пора отдыхать. Спокойной ночи, моя хорошая!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after="0" w:before="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Дочка: Спокойной ночи, мамочка! Я так люблю тебя! Я не могу ни о чём даже думать — только о том, что скорей было бы завтра и мы играли.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ПЕРЕРЫВ НА НОЧНОЙ СОН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 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0" w:before="280" w:line="32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ТИШИНА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0" w:before="280" w:line="320" w:lineRule="auto"/>
        <w:ind w:firstLine="26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Мама: «Интересно, бывают ли всё-таки у глистов глисты? И почему у коз такие зрачки? Пойду погуглю».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0" w:before="280" w:line="32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0" w:before="600" w:lin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ЭПИЛОГ</w:t>
      </w:r>
    </w:p>
    <w:p w:rsidR="00000000" w:rsidDel="00000000" w:rsidP="00000000" w:rsidRDefault="00000000" w:rsidRPr="00000000" w14:paraId="00000280">
      <w:pPr>
        <w:spacing w:after="0" w:before="24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опять не выспалась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заправляла постель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готовила завтрак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разгружала и загружала посудомойку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несколько раз собиралась накрасить ресницы, но передумала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причёсывала, заплетала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гладила джинсы, майку и сарафан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думала о работе, которую нужно будет сделать вечером после отбоя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выбирала продукты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несла продукты и самокат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качала дочку на качелях и играла с ней в песочнице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вытирала дочке слёзы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целовала дочкину царапинку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пылесосила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стирала и развешивала стирку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варила суп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чистила апельсин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искала носки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заказывала пиццу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складывала игрушки и фломастеры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соглашалась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 на игру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соглашалась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 на игру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соглашалась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 на игру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читала дочке перед сном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пела дочке перед сном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сидела в темноте и ждала, когда дочка уснёт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гуглила про глистов и козлиные зрачки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spacing w:after="0" w:before="240" w:line="240" w:lineRule="auto"/>
        <w:ind w:firstLine="0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z w:val="24"/>
          <w:szCs w:val="24"/>
          <w:rtl w:val="0"/>
        </w:rPr>
        <w:t xml:space="preserve">мама работала допоздна</w:t>
      </w:r>
    </w:p>
    <w:p w:rsidR="00000000" w:rsidDel="00000000" w:rsidP="00000000" w:rsidRDefault="00000000" w:rsidRPr="00000000" w14:paraId="0000029C">
      <w:pPr>
        <w:spacing w:after="0" w:before="240" w:lin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КОНЕЦ</w:t>
      </w:r>
    </w:p>
    <w:sectPr>
      <w:headerReference r:id="rId7" w:type="default"/>
      <w:footerReference r:id="rId8" w:type="default"/>
      <w:footerReference r:id="rId9" w:type="even"/>
      <w:pgSz w:h="11906" w:w="8391" w:orient="portrait"/>
      <w:pgMar w:bottom="1191" w:top="935" w:left="1219" w:right="9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EB Garamond" w:cs="EB Garamond" w:eastAsia="EB Garamond" w:hAnsi="EB Garamond"/>
        <w:b w:val="0"/>
        <w:bCs w:val="0"/>
        <w:i w:val="0"/>
        <w:iCs w:val="0"/>
        <w:smallCaps w:val="0"/>
        <w:strike w:val="0"/>
        <w:color w:val="000000"/>
        <w:sz w:val="25"/>
        <w:szCs w:val="25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EB Garamond" w:cs="EB Garamond" w:eastAsia="EB Garamond" w:hAnsi="EB Garamond"/>
        <w:b w:val="0"/>
        <w:bCs w:val="0"/>
        <w:i w:val="0"/>
        <w:iCs w:val="0"/>
        <w:smallCaps w:val="0"/>
        <w:strike w:val="0"/>
        <w:color w:val="000000"/>
        <w:sz w:val="25"/>
        <w:szCs w:val="25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EB Garamond" w:cs="EB Garamond" w:eastAsia="EB Garamond" w:hAnsi="EB Garamond"/>
        <w:sz w:val="25"/>
        <w:szCs w:val="25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OG1YlHeWtIRoP5Vx67hPqYqCpw==">CgMxLjA4AHIhMVdlN2xJSDRpek54Z1F6YUJqNGIyYUh4aDdxOWVhVnJz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