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</w:rPr>
        <w:t>С ЧЕГО БЫ НАЧАТЬ...</w:t>
      </w:r>
    </w:p>
    <w:p>
      <w:pPr>
        <w:spacing w:after="120"/>
        <w:jc w:val="center"/>
      </w:pPr>
      <w:r>
        <w:rPr>
          <w:b/>
        </w:rPr>
        <w:t>Михайличенко Максим</w:t>
      </w:r>
    </w:p>
    <w:p>
      <w:pPr>
        <w:spacing w:after="120"/>
        <w:jc w:val="center"/>
      </w:pPr>
      <w:r>
        <w:rPr>
          <w:b/>
        </w:rPr>
        <w:t>№1</w:t>
      </w:r>
    </w:p>
    <w:p>
      <w:pPr>
        <w:spacing w:after="120"/>
        <w:jc w:val="center"/>
      </w:pPr>
      <w:r>
        <w:rPr>
          <w:b/>
        </w:rPr>
        <w:t>№2</w:t>
      </w:r>
    </w:p>
    <w:p>
      <w:pPr>
        <w:spacing w:after="120"/>
        <w:jc w:val="center"/>
      </w:pPr>
      <w:r>
        <w:rPr>
          <w:b/>
        </w:rPr>
        <w:t>№3</w:t>
      </w:r>
    </w:p>
    <w:p>
      <w:pPr>
        <w:spacing w:after="120"/>
        <w:jc w:val="center"/>
      </w:pPr>
      <w:r>
        <w:rPr>
          <w:b/>
        </w:rPr>
        <w:t>Репортёр</w:t>
      </w:r>
    </w:p>
    <w:p>
      <w:pPr>
        <w:spacing w:after="120"/>
        <w:jc w:val="center"/>
      </w:pPr>
      <w:r>
        <w:rPr>
          <w:b w:val="0"/>
          <w:i/>
        </w:rPr>
        <w:t>В начале было слово, но у каждого своё.</w:t>
      </w:r>
    </w:p>
    <w:p>
      <w:pPr>
        <w:spacing w:after="120"/>
        <w:jc w:val="center"/>
      </w:pPr>
      <w:r>
        <w:rPr>
          <w:b/>
        </w:rPr>
        <w:t>Сцена 1 Интервью</w:t>
      </w:r>
    </w:p>
    <w:p>
      <w:pPr>
        <w:spacing w:after="120"/>
        <w:jc w:val="center"/>
      </w:pPr>
      <w:r>
        <w:rPr>
          <w:b/>
        </w:rPr>
        <w:t>Подготовка к интервью. Общий план. Респондент готовится к опросу.</w:t>
      </w:r>
    </w:p>
    <w:p>
      <w:pPr>
        <w:spacing w:after="120"/>
      </w:pPr>
      <w:r>
        <w:t>Он немного скован, но уверен в себе.</w:t>
      </w:r>
    </w:p>
    <w:p>
      <w:pPr>
        <w:spacing w:after="120"/>
      </w:pPr>
      <w:r>
        <w:rPr>
          <w:b/>
        </w:rPr>
        <w:t xml:space="preserve">Репортёр: </w:t>
      </w:r>
      <w:r>
        <w:t>Вы главное не волнуйтесь, просто рассказывайте, как всё было, мы потом просмотрим и выберем лучшее. Можете начинать, как будете готовы.</w:t>
      </w:r>
    </w:p>
    <w:p>
      <w:pPr>
        <w:spacing w:after="120"/>
      </w:pPr>
      <w:r>
        <w:rPr>
          <w:b/>
        </w:rPr>
        <w:t xml:space="preserve">№1: </w:t>
      </w:r>
      <w:r>
        <w:t>Хорошо... но, я Даже не знаю с чего начать.</w:t>
      </w:r>
    </w:p>
    <w:p>
      <w:pPr>
        <w:spacing w:after="120"/>
      </w:pPr>
      <w:r>
        <w:rPr>
          <w:b/>
        </w:rPr>
        <w:t xml:space="preserve">Репортёр: </w:t>
      </w:r>
      <w:r>
        <w:t>Если не знаете с чего начать, начинайте с начала.</w:t>
      </w:r>
    </w:p>
    <w:p>
      <w:pPr>
        <w:spacing w:after="120"/>
      </w:pPr>
      <w:r>
        <w:rPr>
          <w:b/>
        </w:rPr>
        <w:t xml:space="preserve">№1: </w:t>
      </w:r>
      <w:r>
        <w:t>В начале… в начале не было ничего…</w:t>
      </w:r>
    </w:p>
    <w:p>
      <w:pPr>
        <w:spacing w:after="120"/>
      </w:pPr>
      <w:r>
        <w:rPr>
          <w:b/>
        </w:rPr>
        <w:t xml:space="preserve">Репортёр: </w:t>
      </w:r>
      <w:r>
        <w:t>Как это, ничего не было? Вы не беспокойтесь, просто начинайте говорить, а там пойдёт само собой.</w:t>
      </w:r>
    </w:p>
    <w:p>
      <w:pPr>
        <w:spacing w:after="120"/>
      </w:pPr>
      <w:r>
        <w:rPr>
          <w:b/>
        </w:rPr>
        <w:t xml:space="preserve">№1: </w:t>
      </w:r>
      <w:r>
        <w:t>Хорошо. Я и не беспокоюсь, я начинаю с самого начала. В начале, не было ничего. Это уже потом столько версий появилось! (Смеётся) А от куда они-то знают!</w:t>
      </w:r>
    </w:p>
    <w:p>
      <w:pPr>
        <w:spacing w:after="120"/>
      </w:pPr>
      <w:r>
        <w:rPr>
          <w:b/>
        </w:rPr>
        <w:t xml:space="preserve">Репортёр: </w:t>
      </w:r>
      <w:r>
        <w:t>Для этого мы и встретились. Чтобы устранить</w:t>
      </w:r>
    </w:p>
    <w:p>
      <w:pPr>
        <w:spacing w:after="120"/>
      </w:pPr>
      <w:r>
        <w:t>все недопонимания..</w:t>
      </w:r>
    </w:p>
    <w:p>
      <w:pPr>
        <w:spacing w:after="120"/>
      </w:pPr>
      <w:r>
        <w:rPr>
          <w:b/>
        </w:rPr>
        <w:t xml:space="preserve">№1: </w:t>
      </w:r>
      <w:r>
        <w:t>Это вы хорошо! Это вы правильно.. ну… тогда буду говорить всё как было. Начинал я, один. Молод был, хотелось сразу поражать, что-то новое каждый хочет привнести. Тем более, начинать с нуля всегда сложно. Сейчас, оглядываясь назад, понимаешь, что всё так банально было! Но зато люди-то помнят, люди вспоминают!Со светом играл, эффектами баловался. Пробовал так сказать. Сразу хотел идеал сотворить, есть во мне</w:t>
      </w:r>
    </w:p>
    <w:p>
      <w:pPr>
        <w:spacing w:after="120"/>
      </w:pPr>
      <w:r>
        <w:t>доля перфекциониста. Ну, у каждого свои слабости. Заказчики первые, семейная пара. Всё что умел, всё что знал, к тому времени, всё использовал. Место хорошее выбрал, деревья, цветы, погода выдалась сказочная. Связи свои поднял, с зоопарком договорился, с дрессировщиками, животных нагнали, птички там. Создал все условия, просто рай на земле. Заказчики хотели индивидуальную, тихую церемонию, без гостей, без людей, даже, без колец. Только для себя. Чтобы память была. Ну, я и решил церемонию змеёй провести. Ну типа, змея разговаривает! Смешно, да?Место красивое, прямо под деревом. И вот начало. Они подходят, клянутся в любви и верности, кусают яблоко, как символ… и тут.. аллергия! Понимаете? На яблоки проявилась. А кто знал? Начали, она кусает, и анафилактический</w:t>
      </w:r>
    </w:p>
    <w:p>
      <w:pPr>
        <w:spacing w:after="120"/>
      </w:pPr>
      <w:r>
        <w:t>шок. Как оказалось, она яблоки никогда не пробовала и Хотела</w:t>
      </w:r>
    </w:p>
    <w:p>
      <w:pPr>
        <w:spacing w:after="120"/>
      </w:pPr>
      <w:r>
        <w:t>в новую жизнь с новым вкусом. Ну и прикрыли церемонию.</w:t>
      </w:r>
    </w:p>
    <w:p>
      <w:pPr>
        <w:spacing w:after="120"/>
      </w:pPr>
      <w:r>
        <w:t>Пауза.</w:t>
      </w:r>
    </w:p>
    <w:p>
      <w:pPr>
        <w:spacing w:after="120"/>
      </w:pPr>
      <w:r>
        <w:rPr>
          <w:b/>
        </w:rPr>
        <w:t xml:space="preserve">Репортёр: </w:t>
      </w:r>
      <w:r>
        <w:t>Ясно. А потом?</w:t>
      </w:r>
    </w:p>
    <w:p>
      <w:pPr>
        <w:spacing w:after="120"/>
      </w:pPr>
      <w:r>
        <w:rPr>
          <w:b/>
        </w:rPr>
        <w:t xml:space="preserve">№1: </w:t>
      </w:r>
      <w:r>
        <w:t>Потом… потом ничего не делал продолжительное время. Заказы были но… не брался. Искал себя, и туда и сюда дёргался. Один раз на</w:t>
      </w:r>
    </w:p>
    <w:p>
      <w:pPr>
        <w:spacing w:after="120"/>
      </w:pPr>
      <w:r>
        <w:t>летний сезон, решил устроить глобальное, романтическое аквапати. Лайнер заказал на сорок дней, ежедневная анимация. Рекламная компания обширнейшая. Слоган написал. Ну типа, чтобы каждый пару себе нашёл. Но, в конце много недовольных было. Такая буча поднялась!</w:t>
      </w:r>
    </w:p>
    <w:p>
      <w:pPr>
        <w:spacing w:after="120"/>
      </w:pPr>
      <w:r>
        <w:t>С рекламой перестарались, из-за системы бонусов не все кто</w:t>
      </w:r>
    </w:p>
    <w:p>
      <w:pPr>
        <w:spacing w:after="120"/>
      </w:pPr>
      <w:r>
        <w:t>хотел попасть, попали. С местами неразбериха была. В общем понял, что глобальное- это моё. Но, Решил сделать перерыв. Штат набрал. Занялись детской анимацией. А что им нужно? Птички, собачки,</w:t>
      </w:r>
    </w:p>
    <w:p>
      <w:pPr>
        <w:spacing w:after="120"/>
      </w:pPr>
      <w:r>
        <w:t>кошечки. Использовал полуростовые куклы, ну когда голова животного, а тело человека. Особенно хорошо на курортах зашли. Ну, Египет. Отельная анимация. Там Фаер-шоу пробовали. Был интересный заказ на горящий, говорящий куст. Очень довольны остались. Но опять же, не без эксцессов с технической стороны, не по нашей вине. Была одна неделька, то свет отключат, то насекомые прилетят, то лягушки приползут. Однажды, случайно, в бассейн краситель красный попал, так столько паники было. Но, в общем, Египет оставил очень хорошие воспоминания. Обширнейшая анимация на побережье. Ну и экскурсии, само собой, с питанием, с</w:t>
      </w:r>
    </w:p>
    <w:p>
      <w:pPr>
        <w:spacing w:after="120"/>
      </w:pPr>
      <w:r>
        <w:t>памятниками древности. Затянули, конечно, как-то. Но в конце каждый получил по сувениру в виде каменных табличек, совершенно бесплатно, и все остались довольны, до сих пор вспоминают. Поначалу, конечно, больше на рекламу работали. Полуросты, кстати, потом хорошо зашли, по всему миру разошлись. В Индии до сих пор ребята работают.</w:t>
      </w:r>
    </w:p>
    <w:p>
      <w:pPr>
        <w:spacing w:after="120"/>
      </w:pPr>
      <w:r>
        <w:rPr>
          <w:b/>
        </w:rPr>
        <w:t xml:space="preserve">Репортёр: </w:t>
      </w:r>
      <w:r>
        <w:t>Да, об этом мы слышали. А что дальше было?</w:t>
      </w:r>
    </w:p>
    <w:p>
      <w:pPr>
        <w:spacing w:after="120"/>
      </w:pPr>
      <w:r>
        <w:rPr>
          <w:b/>
        </w:rPr>
        <w:t xml:space="preserve">№1: </w:t>
      </w:r>
      <w:r>
        <w:t>А дальше..</w:t>
      </w:r>
    </w:p>
    <w:p>
      <w:pPr>
        <w:spacing w:after="120"/>
      </w:pPr>
      <w:r>
        <w:t>Работа штата.</w:t>
      </w:r>
    </w:p>
    <w:p>
      <w:pPr>
        <w:spacing w:after="120"/>
      </w:pPr>
      <w:r>
        <w:t>Гримёрка.</w:t>
      </w:r>
    </w:p>
    <w:p>
      <w:pPr>
        <w:spacing w:after="120"/>
      </w:pPr>
      <w:r>
        <w:t>№3 Сидит пьёт чай. Заходит №3.</w:t>
      </w:r>
    </w:p>
    <w:p>
      <w:pPr>
        <w:spacing w:after="120"/>
      </w:pPr>
      <w:r>
        <w:rPr>
          <w:b/>
        </w:rPr>
        <w:t xml:space="preserve">№3: </w:t>
      </w:r>
      <w:r>
        <w:t>Ну что, ты сегодня как?!</w:t>
      </w:r>
    </w:p>
    <w:p>
      <w:pPr>
        <w:spacing w:after="120"/>
      </w:pPr>
      <w:r>
        <w:rPr>
          <w:b/>
        </w:rPr>
        <w:t xml:space="preserve">№2: </w:t>
      </w:r>
      <w:r>
        <w:t>И тебе доброго дня.</w:t>
      </w:r>
    </w:p>
    <w:p>
      <w:pPr>
        <w:spacing w:after="120"/>
      </w:pPr>
      <w:r>
        <w:rPr>
          <w:b/>
        </w:rPr>
        <w:t xml:space="preserve">№3: </w:t>
      </w:r>
      <w:r>
        <w:t>Да, привет. Так что? (Тишина) Я спрашиваю. Ты сегодня как?</w:t>
      </w:r>
    </w:p>
    <w:p>
      <w:pPr>
        <w:spacing w:after="120"/>
      </w:pPr>
      <w:r>
        <w:rPr>
          <w:b/>
        </w:rPr>
        <w:t xml:space="preserve">№2: </w:t>
      </w:r>
      <w:r>
        <w:t>Спасибо, что спросил. Я сегодня… Как обычно.</w:t>
      </w:r>
    </w:p>
    <w:p>
      <w:pPr>
        <w:spacing w:after="120"/>
      </w:pPr>
      <w:r>
        <w:rPr>
          <w:b/>
        </w:rPr>
        <w:t xml:space="preserve">№3: </w:t>
      </w:r>
      <w:r>
        <w:t>Что значит, как обычно?</w:t>
      </w:r>
    </w:p>
    <w:p>
      <w:pPr>
        <w:spacing w:after="120"/>
      </w:pPr>
      <w:r>
        <w:rPr>
          <w:b/>
        </w:rPr>
        <w:t xml:space="preserve">№2: </w:t>
      </w:r>
      <w:r>
        <w:t>В целом и частично - хорошо.</w:t>
      </w:r>
    </w:p>
    <w:p>
      <w:pPr>
        <w:spacing w:after="120"/>
      </w:pPr>
      <w:r>
        <w:rPr>
          <w:b/>
        </w:rPr>
        <w:t xml:space="preserve">№3: </w:t>
      </w:r>
      <w:r>
        <w:t>Да что же хорошего!?</w:t>
      </w:r>
    </w:p>
    <w:p>
      <w:pPr>
        <w:spacing w:after="120"/>
      </w:pPr>
      <w:r>
        <w:rPr>
          <w:b/>
        </w:rPr>
        <w:t xml:space="preserve">№2: </w:t>
      </w:r>
      <w:r>
        <w:t>Всё хорошо. Ты пришёл- хорошо. Я тебя рад видеть – хорошо. Свет светит. Воздух наполняет лёгкие. Чай согревает тело, беседа –греет душу. Хорошо.</w:t>
      </w:r>
    </w:p>
    <w:p>
      <w:pPr>
        <w:spacing w:after="120"/>
      </w:pPr>
      <w:r>
        <w:rPr>
          <w:b/>
        </w:rPr>
        <w:t xml:space="preserve">№3: </w:t>
      </w:r>
      <w:r>
        <w:t>Так, я тебя не об этом спрашиваю.</w:t>
      </w:r>
    </w:p>
    <w:p>
      <w:pPr>
        <w:spacing w:after="120"/>
      </w:pPr>
      <w:r>
        <w:rPr>
          <w:b/>
        </w:rPr>
        <w:t xml:space="preserve">№2: </w:t>
      </w:r>
      <w:r>
        <w:t>А о чём тогда?</w:t>
      </w:r>
    </w:p>
    <w:p>
      <w:pPr>
        <w:spacing w:after="120"/>
      </w:pPr>
      <w:r>
        <w:rPr>
          <w:b/>
        </w:rPr>
        <w:t xml:space="preserve">№3: </w:t>
      </w:r>
      <w:r>
        <w:t>Ты... Это... За меня выйдешь!?</w:t>
      </w:r>
    </w:p>
    <w:p>
      <w:pPr>
        <w:spacing w:after="120"/>
      </w:pPr>
      <w:r>
        <w:rPr>
          <w:b/>
        </w:rPr>
        <w:t xml:space="preserve">№2: </w:t>
      </w:r>
      <w:r>
        <w:t>Я!?</w:t>
      </w:r>
    </w:p>
    <w:p>
      <w:pPr>
        <w:spacing w:after="120"/>
      </w:pPr>
      <w:r>
        <w:rPr>
          <w:b/>
        </w:rPr>
        <w:t xml:space="preserve">№3: </w:t>
      </w:r>
      <w:r>
        <w:t>Да...</w:t>
      </w:r>
    </w:p>
    <w:p>
      <w:pPr>
        <w:spacing w:after="120"/>
      </w:pPr>
      <w:r>
        <w:rPr>
          <w:b/>
        </w:rPr>
        <w:t xml:space="preserve">№2: </w:t>
      </w:r>
      <w:r>
        <w:t>За тебя?</w:t>
      </w:r>
    </w:p>
    <w:p>
      <w:pPr>
        <w:spacing w:after="120"/>
      </w:pPr>
      <w:r>
        <w:rPr>
          <w:b/>
        </w:rPr>
        <w:t xml:space="preserve">№3: </w:t>
      </w:r>
      <w:r>
        <w:t>За меня!</w:t>
      </w:r>
    </w:p>
    <w:p>
      <w:pPr>
        <w:spacing w:after="120"/>
      </w:pPr>
      <w:r>
        <w:rPr>
          <w:b/>
        </w:rPr>
        <w:t xml:space="preserve">№2: </w:t>
      </w:r>
      <w:r>
        <w:t>Почему я?</w:t>
      </w:r>
    </w:p>
    <w:p>
      <w:pPr>
        <w:spacing w:after="120"/>
      </w:pPr>
      <w:r>
        <w:rPr>
          <w:b/>
        </w:rPr>
        <w:t xml:space="preserve">№3: </w:t>
      </w:r>
      <w:r>
        <w:t>А кто если не ты?</w:t>
      </w:r>
    </w:p>
    <w:p>
      <w:pPr>
        <w:spacing w:after="120"/>
      </w:pPr>
      <w:r>
        <w:rPr>
          <w:b/>
        </w:rPr>
        <w:t xml:space="preserve">№2: </w:t>
      </w:r>
      <w:r>
        <w:t>В смысле?! Когда?</w:t>
      </w:r>
    </w:p>
    <w:p>
      <w:pPr>
        <w:spacing w:after="120"/>
      </w:pPr>
      <w:r>
        <w:rPr>
          <w:b/>
        </w:rPr>
        <w:t xml:space="preserve">№3: </w:t>
      </w:r>
      <w:r>
        <w:t>Ну мы же с тобой договаривались!</w:t>
      </w:r>
    </w:p>
    <w:p>
      <w:pPr>
        <w:spacing w:after="120"/>
      </w:pPr>
      <w:r>
        <w:rPr>
          <w:b/>
        </w:rPr>
        <w:t xml:space="preserve">№2: </w:t>
      </w:r>
      <w:r>
        <w:t>О чём?</w:t>
      </w:r>
    </w:p>
    <w:p>
      <w:pPr>
        <w:spacing w:after="120"/>
      </w:pPr>
      <w:r>
        <w:rPr>
          <w:b/>
        </w:rPr>
        <w:t xml:space="preserve">№3: </w:t>
      </w:r>
      <w:r>
        <w:t>Я же тебе говорил.</w:t>
      </w:r>
    </w:p>
    <w:p>
      <w:pPr>
        <w:spacing w:after="120"/>
      </w:pPr>
      <w:r>
        <w:rPr>
          <w:b/>
        </w:rPr>
        <w:t xml:space="preserve">№2: </w:t>
      </w:r>
      <w:r>
        <w:t>Ты говорил?</w:t>
      </w:r>
    </w:p>
    <w:p>
      <w:pPr>
        <w:spacing w:after="120"/>
      </w:pPr>
      <w:r>
        <w:rPr>
          <w:b/>
        </w:rPr>
        <w:t xml:space="preserve">№3: </w:t>
      </w:r>
      <w:r>
        <w:t>Да, говорил!</w:t>
      </w:r>
    </w:p>
    <w:p>
      <w:pPr>
        <w:spacing w:after="120"/>
      </w:pPr>
      <w:r>
        <w:rPr>
          <w:b/>
        </w:rPr>
        <w:t xml:space="preserve">№2: </w:t>
      </w:r>
      <w:r>
        <w:t>Да, говорил..</w:t>
      </w:r>
    </w:p>
    <w:p>
      <w:pPr>
        <w:spacing w:after="120"/>
      </w:pPr>
      <w:r>
        <w:rPr>
          <w:b/>
        </w:rPr>
        <w:t xml:space="preserve">№3: </w:t>
      </w:r>
      <w:r>
        <w:t>Что говорил?</w:t>
      </w:r>
    </w:p>
    <w:p>
      <w:pPr>
        <w:spacing w:after="120"/>
      </w:pPr>
      <w:r>
        <w:rPr>
          <w:b/>
        </w:rPr>
        <w:t xml:space="preserve">№2: </w:t>
      </w:r>
      <w:r>
        <w:t>Что говорил…</w:t>
      </w:r>
    </w:p>
    <w:p>
      <w:pPr>
        <w:spacing w:after="120"/>
      </w:pPr>
      <w:r>
        <w:rPr>
          <w:b/>
        </w:rPr>
        <w:t xml:space="preserve">№3: </w:t>
      </w:r>
      <w:r>
        <w:t>Ты что не помнишь?!</w:t>
      </w:r>
    </w:p>
    <w:p>
      <w:pPr>
        <w:spacing w:after="120"/>
      </w:pPr>
      <w:r>
        <w:rPr>
          <w:b/>
        </w:rPr>
        <w:t xml:space="preserve">№2: </w:t>
      </w:r>
      <w:r>
        <w:t>Ты много разговариваешь…</w:t>
      </w:r>
    </w:p>
    <w:p>
      <w:pPr>
        <w:spacing w:after="120"/>
      </w:pPr>
      <w:r>
        <w:rPr>
          <w:b/>
        </w:rPr>
        <w:t xml:space="preserve">№3: </w:t>
      </w:r>
      <w:r>
        <w:t>Я не об этом!</w:t>
      </w:r>
    </w:p>
    <w:p>
      <w:pPr>
        <w:spacing w:after="120"/>
      </w:pPr>
      <w:r>
        <w:rPr>
          <w:b/>
        </w:rPr>
        <w:t xml:space="preserve">№2: </w:t>
      </w:r>
      <w:r>
        <w:t>А чём?</w:t>
      </w:r>
    </w:p>
    <w:p>
      <w:pPr>
        <w:spacing w:after="120"/>
      </w:pPr>
      <w:r>
        <w:rPr>
          <w:b/>
        </w:rPr>
        <w:t xml:space="preserve">№3: </w:t>
      </w:r>
      <w:r>
        <w:t>О том, что не могу я больше...</w:t>
      </w:r>
    </w:p>
    <w:p>
      <w:pPr>
        <w:spacing w:after="120"/>
      </w:pPr>
      <w:r>
        <w:rPr>
          <w:b/>
        </w:rPr>
        <w:t xml:space="preserve">№2: </w:t>
      </w:r>
      <w:r>
        <w:t>Не можешь</w:t>
      </w:r>
    </w:p>
    <w:p>
      <w:pPr>
        <w:spacing w:after="120"/>
      </w:pPr>
      <w:r>
        <w:rPr>
          <w:b/>
        </w:rPr>
        <w:t xml:space="preserve">№3: </w:t>
      </w:r>
      <w:r>
        <w:t>Я устал.</w:t>
      </w:r>
    </w:p>
    <w:p>
      <w:pPr>
        <w:spacing w:after="120"/>
      </w:pPr>
      <w:r>
        <w:rPr>
          <w:b/>
        </w:rPr>
        <w:t xml:space="preserve">№2: </w:t>
      </w:r>
      <w:r>
        <w:t>Ты устал.</w:t>
      </w:r>
    </w:p>
    <w:p>
      <w:pPr>
        <w:spacing w:after="120"/>
      </w:pPr>
      <w:r>
        <w:rPr>
          <w:b/>
        </w:rPr>
        <w:t xml:space="preserve">№3: </w:t>
      </w:r>
      <w:r>
        <w:t>Мне не нравится это.</w:t>
      </w:r>
    </w:p>
    <w:p>
      <w:pPr>
        <w:spacing w:after="120"/>
      </w:pPr>
      <w:r>
        <w:rPr>
          <w:b/>
        </w:rPr>
        <w:t xml:space="preserve">№2: </w:t>
      </w:r>
      <w:r>
        <w:t>Что?</w:t>
      </w:r>
    </w:p>
    <w:p>
      <w:pPr>
        <w:spacing w:after="120"/>
      </w:pPr>
      <w:r>
        <w:rPr>
          <w:b/>
        </w:rPr>
        <w:t xml:space="preserve">№3: </w:t>
      </w:r>
      <w:r>
        <w:t>Ну ..."Это"...</w:t>
      </w:r>
    </w:p>
    <w:p>
      <w:pPr>
        <w:spacing w:after="120"/>
      </w:pPr>
      <w:r>
        <w:rPr>
          <w:b/>
        </w:rPr>
        <w:t xml:space="preserve">№2: </w:t>
      </w:r>
      <w:r>
        <w:t>Что "Это"?</w:t>
      </w:r>
    </w:p>
    <w:p>
      <w:pPr>
        <w:spacing w:after="120"/>
      </w:pPr>
      <w:r>
        <w:rPr>
          <w:b/>
        </w:rPr>
        <w:t xml:space="preserve">№3: </w:t>
      </w:r>
      <w:r>
        <w:t>Вот всё "Это"?</w:t>
      </w:r>
    </w:p>
    <w:p>
      <w:pPr>
        <w:spacing w:after="120"/>
      </w:pPr>
      <w:r>
        <w:rPr>
          <w:b/>
        </w:rPr>
        <w:t xml:space="preserve">№2: </w:t>
      </w:r>
      <w:r>
        <w:t>Ты "Это" о чём?</w:t>
      </w:r>
    </w:p>
    <w:p>
      <w:pPr>
        <w:spacing w:after="120"/>
      </w:pPr>
      <w:r>
        <w:rPr>
          <w:b/>
        </w:rPr>
        <w:t xml:space="preserve">№3: </w:t>
      </w:r>
      <w:r>
        <w:t>Лицом к лицу. Не моё «это»!</w:t>
      </w:r>
    </w:p>
    <w:p>
      <w:pPr>
        <w:spacing w:after="120"/>
      </w:pPr>
      <w:r>
        <w:rPr>
          <w:b/>
        </w:rPr>
        <w:t xml:space="preserve">№2: </w:t>
      </w:r>
      <w:r>
        <w:t>Что «это»? Ты о чём, я не понимаю, выражайся точнее пожалуйста.</w:t>
      </w:r>
    </w:p>
    <w:p>
      <w:pPr>
        <w:spacing w:after="120"/>
      </w:pPr>
      <w:r>
        <w:rPr>
          <w:b/>
        </w:rPr>
        <w:t xml:space="preserve">№3: </w:t>
      </w:r>
      <w:r>
        <w:t>Что, что… а то, ты сам не знаешь…</w:t>
      </w:r>
    </w:p>
    <w:p>
      <w:pPr>
        <w:spacing w:after="120"/>
      </w:pPr>
      <w:r>
        <w:rPr>
          <w:b/>
        </w:rPr>
        <w:t xml:space="preserve">№2: </w:t>
      </w:r>
      <w:r>
        <w:t>Нет, не знаю. Но даже если бы и знал, то всё равно...</w:t>
      </w:r>
    </w:p>
    <w:p>
      <w:pPr>
        <w:spacing w:after="120"/>
      </w:pPr>
      <w:r>
        <w:rPr>
          <w:b/>
        </w:rPr>
        <w:t xml:space="preserve">№3: </w:t>
      </w:r>
      <w:r>
        <w:t>Что, всё равно?</w:t>
      </w:r>
    </w:p>
    <w:p>
      <w:pPr>
        <w:spacing w:after="120"/>
      </w:pPr>
      <w:r>
        <w:rPr>
          <w:b/>
        </w:rPr>
        <w:t xml:space="preserve">№2: </w:t>
      </w:r>
      <w:r>
        <w:t>…ты сам должен сказать!</w:t>
      </w:r>
    </w:p>
    <w:p>
      <w:pPr>
        <w:spacing w:after="120"/>
      </w:pPr>
      <w:r>
        <w:rPr>
          <w:b/>
        </w:rPr>
        <w:t xml:space="preserve">№3: </w:t>
      </w:r>
      <w:r>
        <w:t>Ладно! Вот всегда ты так! Ведь знаешь!</w:t>
      </w:r>
    </w:p>
    <w:p>
      <w:pPr>
        <w:spacing w:after="120"/>
      </w:pPr>
      <w:r>
        <w:rPr>
          <w:b/>
        </w:rPr>
        <w:t xml:space="preserve">№2: </w:t>
      </w:r>
      <w:r>
        <w:t>Знаю!</w:t>
      </w:r>
    </w:p>
    <w:p>
      <w:pPr>
        <w:spacing w:after="120"/>
      </w:pPr>
      <w:r>
        <w:rPr>
          <w:b/>
        </w:rPr>
        <w:t xml:space="preserve">№3: </w:t>
      </w:r>
      <w:r>
        <w:t>Тогда зачем..?</w:t>
      </w:r>
    </w:p>
    <w:p>
      <w:pPr>
        <w:spacing w:after="120"/>
      </w:pPr>
      <w:r>
        <w:rPr>
          <w:b/>
        </w:rPr>
        <w:t xml:space="preserve">№2: </w:t>
      </w:r>
      <w:r>
        <w:t>Говори!</w:t>
      </w:r>
    </w:p>
    <w:p>
      <w:pPr>
        <w:spacing w:after="120"/>
      </w:pPr>
      <w:r>
        <w:rPr>
          <w:b/>
        </w:rPr>
        <w:t xml:space="preserve">№3: </w:t>
      </w:r>
      <w:r>
        <w:t>Не могу я! Не могу я с ними легко общаться! Не умею импровизировать! Поддерживать диалог! Ровно его вести! Напрвлять в нужную сторону… В ступор я вхожу, когда мне вопросы не по сценарию начинают задавать! Теряюсь! Вхожу в замешательство! Замыкаюсь! Туплю!.. Доволен?..</w:t>
      </w:r>
    </w:p>
    <w:p>
      <w:pPr>
        <w:spacing w:after="120"/>
      </w:pPr>
      <w:r>
        <w:rPr>
          <w:b/>
        </w:rPr>
        <w:t xml:space="preserve">№2: </w:t>
      </w:r>
      <w:r>
        <w:t>А что, часто задают?</w:t>
      </w:r>
    </w:p>
    <w:p>
      <w:pPr>
        <w:spacing w:after="120"/>
      </w:pPr>
      <w:r>
        <w:rPr>
          <w:b/>
        </w:rPr>
        <w:t xml:space="preserve">№3: </w:t>
      </w:r>
      <w:r>
        <w:t>Постоянно! Как ни заказ, сразу попадаю!</w:t>
      </w:r>
    </w:p>
    <w:p>
      <w:pPr>
        <w:spacing w:after="120"/>
      </w:pPr>
      <w:r>
        <w:rPr>
          <w:b/>
        </w:rPr>
        <w:t xml:space="preserve">№2: </w:t>
      </w:r>
      <w:r>
        <w:t>Куда попадаешь?</w:t>
      </w:r>
    </w:p>
    <w:p>
      <w:pPr>
        <w:spacing w:after="120"/>
      </w:pPr>
      <w:r>
        <w:rPr>
          <w:b/>
        </w:rPr>
        <w:t xml:space="preserve">№3: </w:t>
      </w:r>
      <w:r>
        <w:t>Куда- куда? Во всевозможные неловкие безвыходные ситуации и глупые положения!!</w:t>
      </w:r>
    </w:p>
    <w:p>
      <w:pPr>
        <w:spacing w:after="120"/>
      </w:pPr>
      <w:r>
        <w:rPr>
          <w:b/>
        </w:rPr>
        <w:t xml:space="preserve">№2: </w:t>
      </w:r>
      <w:r>
        <w:t>Понятно. Продолжай.</w:t>
      </w:r>
    </w:p>
    <w:p>
      <w:pPr>
        <w:spacing w:after="120"/>
      </w:pPr>
      <w:r>
        <w:rPr>
          <w:b/>
        </w:rPr>
        <w:t xml:space="preserve">№3: </w:t>
      </w:r>
      <w:r>
        <w:t>Вечно это "Почему?" "Как?" "Откуда?", "Зачем?" "В чём смысл жизни?"</w:t>
      </w:r>
    </w:p>
    <w:p>
      <w:pPr>
        <w:spacing w:after="120"/>
      </w:pPr>
      <w:r>
        <w:rPr>
          <w:b/>
        </w:rPr>
        <w:t xml:space="preserve">№2: </w:t>
      </w:r>
      <w:r>
        <w:t>А ты что?</w:t>
      </w:r>
    </w:p>
    <w:p>
      <w:pPr>
        <w:spacing w:after="120"/>
      </w:pPr>
      <w:r>
        <w:rPr>
          <w:b/>
        </w:rPr>
        <w:t xml:space="preserve">№3: </w:t>
      </w:r>
      <w:r>
        <w:t>А я… я… ничего… Молчу.</w:t>
      </w:r>
    </w:p>
    <w:p>
      <w:pPr>
        <w:spacing w:after="120"/>
      </w:pPr>
      <w:r>
        <w:rPr>
          <w:b/>
        </w:rPr>
        <w:t xml:space="preserve">№2: </w:t>
      </w:r>
      <w:r>
        <w:t>Долго?</w:t>
      </w:r>
    </w:p>
    <w:p>
      <w:pPr>
        <w:spacing w:after="120"/>
      </w:pPr>
      <w:r>
        <w:rPr>
          <w:b/>
        </w:rPr>
        <w:t xml:space="preserve">№3: </w:t>
      </w:r>
      <w:r>
        <w:t>Долго…</w:t>
      </w:r>
    </w:p>
    <w:p>
      <w:pPr>
        <w:spacing w:after="120"/>
      </w:pPr>
      <w:r>
        <w:rPr>
          <w:b/>
        </w:rPr>
        <w:t xml:space="preserve">№2: </w:t>
      </w:r>
      <w:r>
        <w:t>Долго, это не хорошо.</w:t>
      </w:r>
    </w:p>
    <w:p>
      <w:pPr>
        <w:spacing w:after="120"/>
      </w:pPr>
      <w:r>
        <w:rPr>
          <w:b/>
        </w:rPr>
        <w:t xml:space="preserve">№3: </w:t>
      </w:r>
      <w:r>
        <w:t>Знаю. Или это- …</w:t>
      </w:r>
    </w:p>
    <w:p>
      <w:pPr>
        <w:spacing w:after="120"/>
      </w:pPr>
      <w:r>
        <w:rPr>
          <w:b/>
        </w:rPr>
        <w:t xml:space="preserve">№2: </w:t>
      </w:r>
      <w:r>
        <w:t>Что "Это"?</w:t>
      </w:r>
    </w:p>
    <w:p>
      <w:pPr>
        <w:spacing w:after="120"/>
      </w:pPr>
      <w:r>
        <w:rPr>
          <w:b/>
        </w:rPr>
        <w:t xml:space="preserve">№3: </w:t>
      </w:r>
      <w:r>
        <w:t>«На всё Его воля!»</w:t>
      </w:r>
    </w:p>
    <w:p>
      <w:pPr>
        <w:spacing w:after="120"/>
      </w:pPr>
      <w:r>
        <w:rPr>
          <w:b/>
        </w:rPr>
        <w:t xml:space="preserve">№2: </w:t>
      </w:r>
      <w:r>
        <w:t>И что?- спросил Бадди, дождавшись полного удаления эхо.</w:t>
      </w:r>
    </w:p>
    <w:p>
      <w:pPr>
        <w:spacing w:after="120"/>
      </w:pPr>
      <w:r>
        <w:rPr>
          <w:b/>
        </w:rPr>
        <w:t xml:space="preserve">№3: </w:t>
      </w:r>
      <w:r>
        <w:t>И всё. Исчезаю...</w:t>
      </w:r>
    </w:p>
    <w:p>
      <w:pPr>
        <w:spacing w:after="120"/>
      </w:pPr>
      <w:r>
        <w:rPr>
          <w:b/>
        </w:rPr>
        <w:t xml:space="preserve">№2: </w:t>
      </w:r>
      <w:r>
        <w:t>По щелчку?</w:t>
      </w:r>
    </w:p>
    <w:p>
      <w:pPr>
        <w:spacing w:after="120"/>
      </w:pPr>
      <w:r>
        <w:rPr>
          <w:b/>
        </w:rPr>
        <w:t xml:space="preserve">№3: </w:t>
      </w:r>
      <w:r>
        <w:t>Нет! Ну дым... огонь...</w:t>
      </w:r>
    </w:p>
    <w:p>
      <w:pPr>
        <w:spacing w:after="120"/>
      </w:pPr>
      <w:r>
        <w:rPr>
          <w:b/>
        </w:rPr>
        <w:t xml:space="preserve">№2: </w:t>
      </w:r>
      <w:r>
        <w:t>Фу-фу-фу! Какое клише.</w:t>
      </w:r>
    </w:p>
    <w:p>
      <w:pPr>
        <w:spacing w:after="120"/>
      </w:pPr>
      <w:r>
        <w:rPr>
          <w:b/>
        </w:rPr>
        <w:t xml:space="preserve">№3: </w:t>
      </w:r>
      <w:r>
        <w:t>Сам знаю. А что я им скажу?</w:t>
      </w:r>
    </w:p>
    <w:p>
      <w:pPr>
        <w:spacing w:after="120"/>
      </w:pPr>
      <w:r>
        <w:rPr>
          <w:b/>
        </w:rPr>
        <w:t xml:space="preserve">№2: </w:t>
      </w:r>
      <w:r>
        <w:t>А что ты скажешь?</w:t>
      </w:r>
    </w:p>
    <w:p>
      <w:pPr>
        <w:spacing w:after="120"/>
      </w:pPr>
      <w:r>
        <w:rPr>
          <w:b/>
        </w:rPr>
        <w:t xml:space="preserve">№3: </w:t>
      </w:r>
      <w:r>
        <w:t>Думаю что-то вроде этого. (Уверенным поставленным голосом) Знаете что!? Нечего мне эти вопросы задавать! У нас по сценарию этого нет! И вообще! Знаете, что у нас дальше!?</w:t>
      </w:r>
    </w:p>
    <w:p>
      <w:pPr>
        <w:spacing w:after="120"/>
      </w:pPr>
      <w:r>
        <w:rPr>
          <w:b/>
        </w:rPr>
        <w:t xml:space="preserve">№2: </w:t>
      </w:r>
      <w:r>
        <w:t>Что у нас дальше?</w:t>
      </w:r>
    </w:p>
    <w:p>
      <w:pPr>
        <w:spacing w:after="120"/>
      </w:pPr>
      <w:r>
        <w:rPr>
          <w:b/>
        </w:rPr>
        <w:t xml:space="preserve">№3: </w:t>
      </w:r>
      <w:r>
        <w:t>Вы у меня что-то просите!</w:t>
      </w:r>
    </w:p>
    <w:p>
      <w:pPr>
        <w:spacing w:after="120"/>
      </w:pPr>
      <w:r>
        <w:rPr>
          <w:b/>
        </w:rPr>
        <w:t xml:space="preserve">№2: </w:t>
      </w:r>
      <w:r>
        <w:t>А что же потом?!</w:t>
      </w:r>
    </w:p>
    <w:p>
      <w:pPr>
        <w:spacing w:after="120"/>
      </w:pPr>
      <w:r>
        <w:rPr>
          <w:b/>
        </w:rPr>
        <w:t xml:space="preserve">№3: </w:t>
      </w:r>
      <w:r>
        <w:t>Я говорю, что просто так ничего не даётся!</w:t>
      </w:r>
    </w:p>
    <w:p>
      <w:pPr>
        <w:spacing w:after="120"/>
      </w:pPr>
      <w:r>
        <w:rPr>
          <w:b/>
        </w:rPr>
        <w:t xml:space="preserve">№2: </w:t>
      </w:r>
      <w:r>
        <w:t>А потом?</w:t>
      </w:r>
    </w:p>
    <w:p>
      <w:pPr>
        <w:spacing w:after="120"/>
      </w:pPr>
      <w:r>
        <w:rPr>
          <w:b/>
        </w:rPr>
        <w:t xml:space="preserve">№3: </w:t>
      </w:r>
      <w:r>
        <w:t>А потом я говорю, что всё будет главное верить!</w:t>
      </w:r>
    </w:p>
    <w:p>
      <w:pPr>
        <w:spacing w:after="120"/>
      </w:pPr>
      <w:r>
        <w:rPr>
          <w:b/>
        </w:rPr>
        <w:t xml:space="preserve">№2: </w:t>
      </w:r>
      <w:r>
        <w:t>И?</w:t>
      </w:r>
    </w:p>
    <w:p>
      <w:pPr>
        <w:spacing w:after="120"/>
      </w:pPr>
      <w:r>
        <w:rPr>
          <w:b/>
        </w:rPr>
        <w:t xml:space="preserve">№3: </w:t>
      </w:r>
      <w:r>
        <w:t>И жизнь будет прекрасна.</w:t>
      </w:r>
    </w:p>
    <w:p>
      <w:pPr>
        <w:spacing w:after="120"/>
      </w:pPr>
      <w:r>
        <w:rPr>
          <w:b/>
        </w:rPr>
        <w:t xml:space="preserve">№2: </w:t>
      </w:r>
      <w:r>
        <w:t>Это понятно. А дальше? Дальше что?</w:t>
      </w:r>
    </w:p>
    <w:p>
      <w:pPr>
        <w:spacing w:after="120"/>
      </w:pPr>
      <w:r>
        <w:rPr>
          <w:b/>
        </w:rPr>
        <w:t xml:space="preserve">№3: </w:t>
      </w:r>
      <w:r>
        <w:t>Что?</w:t>
      </w:r>
    </w:p>
    <w:p>
      <w:pPr>
        <w:spacing w:after="120"/>
      </w:pPr>
      <w:r>
        <w:rPr>
          <w:b/>
        </w:rPr>
        <w:t xml:space="preserve">№2: </w:t>
      </w:r>
      <w:r>
        <w:t>Что? Что дальше...</w:t>
      </w:r>
    </w:p>
    <w:p>
      <w:pPr>
        <w:spacing w:after="120"/>
      </w:pPr>
      <w:r>
        <w:rPr>
          <w:b/>
        </w:rPr>
        <w:t xml:space="preserve">№3: </w:t>
      </w:r>
      <w:r>
        <w:t>Ну? (вернувшись в свой образ) Да я и сам не знаю, что...</w:t>
      </w:r>
    </w:p>
    <w:p>
      <w:pPr>
        <w:spacing w:after="120"/>
      </w:pPr>
      <w:r>
        <w:rPr>
          <w:b/>
        </w:rPr>
        <w:t xml:space="preserve">№2: </w:t>
      </w:r>
      <w:r>
        <w:t>Ладно, я тебя понял.</w:t>
      </w:r>
    </w:p>
    <w:p>
      <w:pPr>
        <w:spacing w:after="120"/>
      </w:pPr>
      <w:r>
        <w:rPr>
          <w:b/>
        </w:rPr>
        <w:t xml:space="preserve">№2: </w:t>
      </w:r>
      <w:r>
        <w:t>Ну а что тебе тогда нравится?</w:t>
      </w:r>
    </w:p>
    <w:p>
      <w:pPr>
        <w:spacing w:after="120"/>
      </w:pPr>
      <w:r>
        <w:rPr>
          <w:b/>
        </w:rPr>
        <w:t xml:space="preserve">№3: </w:t>
      </w:r>
      <w:r>
        <w:t>О! Я люблю чтобы всё было эффектно, эпично, глобально в конце концов!</w:t>
      </w:r>
    </w:p>
    <w:p>
      <w:pPr>
        <w:spacing w:after="120"/>
      </w:pPr>
      <w:r>
        <w:rPr>
          <w:b/>
        </w:rPr>
        <w:t xml:space="preserve">№2: </w:t>
      </w:r>
      <w:r>
        <w:t>Вот так?</w:t>
      </w:r>
    </w:p>
    <w:p>
      <w:pPr>
        <w:spacing w:after="120"/>
      </w:pPr>
      <w:r>
        <w:t>Бадди обвёл кистью руки пространство предыдущей сцены «прозрения».</w:t>
      </w:r>
    </w:p>
    <w:p>
      <w:pPr>
        <w:spacing w:after="120"/>
      </w:pPr>
      <w:r>
        <w:rPr>
          <w:b/>
        </w:rPr>
        <w:t xml:space="preserve">№3: </w:t>
      </w:r>
      <w:r>
        <w:t>Да, не то чтобы прямо так ...</w:t>
      </w:r>
    </w:p>
    <w:p>
      <w:pPr>
        <w:spacing w:after="120"/>
      </w:pPr>
      <w:r>
        <w:rPr>
          <w:b/>
        </w:rPr>
        <w:t xml:space="preserve">№2: </w:t>
      </w:r>
      <w:r>
        <w:t>Тогда я даже не знаю как.</w:t>
      </w:r>
    </w:p>
    <w:p>
      <w:pPr>
        <w:spacing w:after="120"/>
      </w:pPr>
      <w:r>
        <w:rPr>
          <w:b/>
        </w:rPr>
        <w:t xml:space="preserve">№3: </w:t>
      </w:r>
      <w:r>
        <w:t>Ну перестань. Ты вспомни! Что я делал?</w:t>
      </w:r>
    </w:p>
    <w:p>
      <w:pPr>
        <w:spacing w:after="120"/>
      </w:pPr>
      <w:r>
        <w:rPr>
          <w:b/>
        </w:rPr>
        <w:t xml:space="preserve">№2: </w:t>
      </w:r>
      <w:r>
        <w:t>А что ты делал?</w:t>
      </w:r>
    </w:p>
    <w:p>
      <w:pPr>
        <w:spacing w:after="120"/>
      </w:pPr>
      <w:r>
        <w:rPr>
          <w:b/>
        </w:rPr>
        <w:t xml:space="preserve">№3: </w:t>
      </w:r>
      <w:r>
        <w:t>Много что!</w:t>
      </w:r>
    </w:p>
    <w:p>
      <w:pPr>
        <w:spacing w:after="120"/>
      </w:pPr>
      <w:r>
        <w:rPr>
          <w:b/>
        </w:rPr>
        <w:t xml:space="preserve">№2: </w:t>
      </w:r>
      <w:r>
        <w:t>Так и что я должен вспомнить?</w:t>
      </w:r>
    </w:p>
    <w:p>
      <w:pPr>
        <w:spacing w:after="120"/>
      </w:pPr>
      <w:r>
        <w:rPr>
          <w:b/>
        </w:rPr>
        <w:t xml:space="preserve">№3: </w:t>
      </w:r>
      <w:r>
        <w:t>Ну скажем… Египет?</w:t>
      </w:r>
    </w:p>
    <w:p>
      <w:pPr>
        <w:spacing w:after="120"/>
      </w:pPr>
      <w:r>
        <w:rPr>
          <w:b/>
        </w:rPr>
        <w:t xml:space="preserve">№2: </w:t>
      </w:r>
      <w:r>
        <w:t>Ты про того пастуха и горящий куст?</w:t>
      </w:r>
    </w:p>
    <w:p>
      <w:pPr>
        <w:spacing w:after="120"/>
      </w:pPr>
      <w:r>
        <w:rPr>
          <w:b/>
        </w:rPr>
        <w:t xml:space="preserve">№3: </w:t>
      </w:r>
      <w:r>
        <w:t>Очень смешно. Обхохочешься.</w:t>
      </w:r>
    </w:p>
    <w:p>
      <w:pPr>
        <w:spacing w:after="120"/>
      </w:pPr>
      <w:r>
        <w:rPr>
          <w:b/>
        </w:rPr>
        <w:t xml:space="preserve">№2: </w:t>
      </w:r>
      <w:r>
        <w:t>Не знаю. Я смеялся.</w:t>
      </w:r>
    </w:p>
    <w:p>
      <w:pPr>
        <w:spacing w:after="120"/>
      </w:pPr>
      <w:r>
        <w:rPr>
          <w:b/>
        </w:rPr>
        <w:t xml:space="preserve">№3: </w:t>
      </w:r>
      <w:r>
        <w:t>Это была просто красивая случайность. Но я не об этом. Ты вспомни, что я делал! Вспомни Море! Раздвигающееся, в разные стороны! Кровавые реки! И…</w:t>
      </w:r>
    </w:p>
    <w:p>
      <w:pPr>
        <w:spacing w:after="120"/>
      </w:pPr>
      <w:r>
        <w:rPr>
          <w:b/>
        </w:rPr>
        <w:t xml:space="preserve">№2: </w:t>
      </w:r>
      <w:r>
        <w:t>И прочие, так сказать, прелести.</w:t>
      </w:r>
    </w:p>
    <w:p>
      <w:pPr>
        <w:spacing w:after="120"/>
      </w:pPr>
      <w:r>
        <w:rPr>
          <w:b/>
        </w:rPr>
        <w:t xml:space="preserve">№3: </w:t>
      </w:r>
      <w:r>
        <w:t>Ну да. Всё остальное… но я не об этом.</w:t>
      </w:r>
    </w:p>
    <w:p>
      <w:pPr>
        <w:spacing w:after="120"/>
      </w:pPr>
      <w:r>
        <w:rPr>
          <w:b/>
        </w:rPr>
        <w:t xml:space="preserve">№2: </w:t>
      </w:r>
      <w:r>
        <w:t>А о чём?</w:t>
      </w:r>
    </w:p>
    <w:p>
      <w:pPr>
        <w:spacing w:after="120"/>
      </w:pPr>
      <w:r>
        <w:rPr>
          <w:b/>
        </w:rPr>
        <w:t xml:space="preserve">№3: </w:t>
      </w:r>
      <w:r>
        <w:t>Вот это был размах! И после Египта, вспомни! Когда в пустыне! Вода из скалы! А эти каменные таблички! Помнишь?</w:t>
      </w:r>
    </w:p>
    <w:p>
      <w:pPr>
        <w:spacing w:after="120"/>
      </w:pPr>
      <w:r>
        <w:rPr>
          <w:b/>
        </w:rPr>
        <w:t xml:space="preserve">№2: </w:t>
      </w:r>
      <w:r>
        <w:t>Не напоминай. Я думал это на первое время.</w:t>
      </w:r>
    </w:p>
    <w:p>
      <w:pPr>
        <w:spacing w:after="120"/>
      </w:pPr>
      <w:r>
        <w:rPr>
          <w:b/>
        </w:rPr>
        <w:t xml:space="preserve">№3: </w:t>
      </w:r>
      <w:r>
        <w:t>Как видишь, нет! Заметил, как зашли? До сих пор помнят!</w:t>
      </w:r>
    </w:p>
    <w:p>
      <w:pPr>
        <w:spacing w:after="120"/>
      </w:pPr>
      <w:r>
        <w:rPr>
          <w:b/>
        </w:rPr>
        <w:t xml:space="preserve">№2: </w:t>
      </w:r>
      <w:r>
        <w:t>Я бы сказал, вспоминают время от времени, и то не весь текст… Джей не обращая внимания на сборы коллеги, продолжал.</w:t>
      </w:r>
    </w:p>
    <w:p>
      <w:pPr>
        <w:spacing w:after="120"/>
      </w:pPr>
      <w:r>
        <w:rPr>
          <w:b/>
        </w:rPr>
        <w:t xml:space="preserve">№3: </w:t>
      </w:r>
      <w:r>
        <w:t>И вообще. Нет, ничего более постоянного - чем временное!</w:t>
      </w:r>
    </w:p>
    <w:p>
      <w:pPr>
        <w:spacing w:after="120"/>
      </w:pPr>
      <w:r>
        <w:rPr>
          <w:b/>
        </w:rPr>
        <w:t xml:space="preserve">№2: </w:t>
      </w:r>
      <w:r>
        <w:t>Нет ничего более постоянного, чем временное… -</w:t>
      </w:r>
    </w:p>
    <w:p>
      <w:pPr>
        <w:spacing w:after="120"/>
      </w:pPr>
      <w:r>
        <w:rPr>
          <w:b/>
        </w:rPr>
        <w:t xml:space="preserve">№3: </w:t>
      </w:r>
      <w:r>
        <w:t>Ага!</w:t>
      </w:r>
    </w:p>
    <w:p>
      <w:pPr>
        <w:spacing w:after="120"/>
      </w:pPr>
      <w:r>
        <w:rPr>
          <w:b/>
        </w:rPr>
        <w:t xml:space="preserve">№2: </w:t>
      </w:r>
      <w:r>
        <w:t>Неплохо.</w:t>
      </w:r>
    </w:p>
    <w:p>
      <w:pPr>
        <w:spacing w:after="120"/>
      </w:pPr>
      <w:r>
        <w:rPr>
          <w:b/>
        </w:rPr>
        <w:t xml:space="preserve">№3: </w:t>
      </w:r>
      <w:r>
        <w:t>Ага!</w:t>
      </w:r>
    </w:p>
    <w:p>
      <w:pPr>
        <w:spacing w:after="120"/>
      </w:pPr>
      <w:r>
        <w:rPr>
          <w:b/>
        </w:rPr>
        <w:t xml:space="preserve">№2: </w:t>
      </w:r>
      <w:r>
        <w:t>Мне нравится!</w:t>
      </w:r>
    </w:p>
    <w:p>
      <w:pPr>
        <w:spacing w:after="120"/>
      </w:pPr>
      <w:r>
        <w:rPr>
          <w:b/>
        </w:rPr>
        <w:t xml:space="preserve">№3: </w:t>
      </w:r>
      <w:r>
        <w:t>Запиши.</w:t>
      </w:r>
    </w:p>
    <w:p>
      <w:pPr>
        <w:spacing w:after="120"/>
      </w:pPr>
      <w:r>
        <w:rPr>
          <w:b/>
        </w:rPr>
        <w:t xml:space="preserve">№2: </w:t>
      </w:r>
      <w:r>
        <w:t>Правда? Можно?</w:t>
      </w:r>
    </w:p>
    <w:p>
      <w:pPr>
        <w:spacing w:after="120"/>
      </w:pPr>
      <w:r>
        <w:rPr>
          <w:b/>
        </w:rPr>
        <w:t xml:space="preserve">№3: </w:t>
      </w:r>
      <w:r>
        <w:t>Дарю! Можешь записать.</w:t>
      </w:r>
    </w:p>
    <w:p>
      <w:pPr>
        <w:spacing w:after="120"/>
      </w:pPr>
      <w:r>
        <w:rPr>
          <w:b/>
        </w:rPr>
        <w:t xml:space="preserve">№2: </w:t>
      </w:r>
      <w:r>
        <w:t>Запишу. Благодарю.</w:t>
      </w:r>
    </w:p>
    <w:p>
      <w:pPr>
        <w:spacing w:after="120"/>
      </w:pPr>
      <w:r>
        <w:t>Из колонок зазвучал голос.</w:t>
      </w:r>
    </w:p>
    <w:p>
      <w:pPr>
        <w:spacing w:after="120"/>
      </w:pPr>
      <w:r>
        <w:rPr>
          <w:b/>
        </w:rPr>
        <w:t xml:space="preserve">№1: </w:t>
      </w:r>
      <w:r>
        <w:t>Так.. Должно работать. Кхм-кхм… раз – раз.. (Прозвучал сигнал вокзального объявления. «Тын-дын-дын!») Просьба всем сотрудникам подняться в главный зал на общее собрание. Повторяю!(«Тын-дын-дын!») Просьба всем сотрудникам подняться в главный зал на общее собрание.</w:t>
      </w:r>
    </w:p>
    <w:p>
      <w:pPr>
        <w:spacing w:after="120"/>
      </w:pPr>
      <w:r>
        <w:rPr>
          <w:b/>
        </w:rPr>
        <w:t xml:space="preserve">№3: </w:t>
      </w:r>
      <w:r>
        <w:t>Ого! Что это было!?</w:t>
      </w:r>
    </w:p>
    <w:p>
      <w:pPr>
        <w:spacing w:after="120"/>
      </w:pPr>
      <w:r>
        <w:rPr>
          <w:b/>
        </w:rPr>
        <w:t xml:space="preserve">№2: </w:t>
      </w:r>
      <w:r>
        <w:t>А что ты так удивляешься?</w:t>
      </w:r>
    </w:p>
    <w:p>
      <w:pPr>
        <w:spacing w:after="120"/>
      </w:pPr>
      <w:r>
        <w:rPr>
          <w:b/>
        </w:rPr>
        <w:t xml:space="preserve">№3: </w:t>
      </w:r>
      <w:r>
        <w:t>Раньше такого не было.</w:t>
      </w:r>
    </w:p>
    <w:p>
      <w:pPr>
        <w:spacing w:after="120"/>
      </w:pPr>
      <w:r>
        <w:rPr>
          <w:b/>
        </w:rPr>
        <w:t xml:space="preserve">№2: </w:t>
      </w:r>
      <w:r>
        <w:t>Не было.</w:t>
      </w:r>
    </w:p>
    <w:p>
      <w:pPr>
        <w:spacing w:after="120"/>
      </w:pPr>
      <w:r>
        <w:rPr>
          <w:b/>
        </w:rPr>
        <w:t xml:space="preserve">№3: </w:t>
      </w:r>
      <w:r>
        <w:t>Это не немного неприятно.</w:t>
      </w:r>
    </w:p>
    <w:p>
      <w:pPr>
        <w:spacing w:after="120"/>
      </w:pPr>
      <w:r>
        <w:rPr>
          <w:b/>
        </w:rPr>
        <w:t xml:space="preserve">№2: </w:t>
      </w:r>
      <w:r>
        <w:t>А как по-другому?</w:t>
      </w:r>
    </w:p>
    <w:p>
      <w:pPr>
        <w:spacing w:after="120"/>
      </w:pPr>
      <w:r>
        <w:rPr>
          <w:b/>
        </w:rPr>
        <w:t xml:space="preserve">№3: </w:t>
      </w:r>
      <w:r>
        <w:t>А почему теперь так?</w:t>
      </w:r>
    </w:p>
    <w:p>
      <w:pPr>
        <w:spacing w:after="120"/>
      </w:pPr>
      <w:r>
        <w:rPr>
          <w:b/>
        </w:rPr>
        <w:t xml:space="preserve">№2: </w:t>
      </w:r>
      <w:r>
        <w:t>Ну, ты же сам просил.</w:t>
      </w:r>
    </w:p>
    <w:p>
      <w:pPr>
        <w:spacing w:after="120"/>
      </w:pPr>
      <w:r>
        <w:rPr>
          <w:b/>
        </w:rPr>
        <w:t xml:space="preserve">№3: </w:t>
      </w:r>
      <w:r>
        <w:t>Я просил?</w:t>
      </w:r>
    </w:p>
    <w:p>
      <w:pPr>
        <w:spacing w:after="120"/>
      </w:pPr>
      <w:r>
        <w:rPr>
          <w:b/>
        </w:rPr>
        <w:t xml:space="preserve">№2: </w:t>
      </w:r>
      <w:r>
        <w:t>Просил, чтобы так было.</w:t>
      </w:r>
    </w:p>
    <w:p>
      <w:pPr>
        <w:spacing w:after="120"/>
      </w:pPr>
      <w:r>
        <w:rPr>
          <w:b/>
        </w:rPr>
        <w:t xml:space="preserve">№3: </w:t>
      </w:r>
      <w:r>
        <w:t>Как?</w:t>
      </w:r>
    </w:p>
    <w:p>
      <w:pPr>
        <w:spacing w:after="120"/>
      </w:pPr>
      <w:r>
        <w:rPr>
          <w:b/>
        </w:rPr>
        <w:t xml:space="preserve">№2: </w:t>
      </w:r>
      <w:r>
        <w:t>Глобально!! Ты идёшь?</w:t>
      </w:r>
    </w:p>
    <w:p>
      <w:pPr>
        <w:spacing w:after="120"/>
      </w:pPr>
      <w:r>
        <w:rPr>
          <w:b/>
        </w:rPr>
        <w:t xml:space="preserve">№3: </w:t>
      </w:r>
      <w:r>
        <w:t>Да.</w:t>
      </w:r>
    </w:p>
    <w:p>
      <w:pPr>
        <w:spacing w:after="120"/>
      </w:pPr>
      <w:r>
        <w:rPr>
          <w:b/>
          <w:i/>
        </w:rPr>
        <w:t>Кабинет директора. За большим столом для совещаний сидят №2 и №3. Двери резко открываются и в свету и в дыме под эпичную музыку появляется №1.</w:t>
      </w:r>
    </w:p>
    <w:p>
      <w:pPr>
        <w:spacing w:after="120"/>
      </w:pPr>
      <w:r>
        <w:rPr>
          <w:b/>
        </w:rPr>
        <w:t xml:space="preserve">№2: </w:t>
      </w:r>
      <w:r>
        <w:t>Эффектно?</w:t>
      </w:r>
    </w:p>
    <w:p>
      <w:pPr>
        <w:spacing w:after="120"/>
      </w:pPr>
      <w:r>
        <w:rPr>
          <w:b/>
        </w:rPr>
        <w:t xml:space="preserve">№3: </w:t>
      </w:r>
      <w:r>
        <w:t>Относительно.</w:t>
      </w:r>
    </w:p>
    <w:p>
      <w:pPr>
        <w:spacing w:after="120"/>
      </w:pPr>
      <w:r>
        <w:rPr>
          <w:b/>
        </w:rPr>
        <w:t xml:space="preserve">№1: </w:t>
      </w:r>
      <w:r>
        <w:t>Вот, зачем?</w:t>
      </w:r>
    </w:p>
    <w:p>
      <w:pPr>
        <w:spacing w:after="120"/>
      </w:pPr>
      <w:r>
        <w:rPr>
          <w:b/>
          <w:i/>
        </w:rPr>
        <w:t>№2 нажал на кнопку дым и свет ушёл</w:t>
      </w:r>
    </w:p>
    <w:p>
      <w:pPr>
        <w:spacing w:after="120"/>
      </w:pPr>
      <w:r>
        <w:t>№1 Наигрался? Хватит. Посмеялись и будет. Пора поработать! Ну что, мои хорошие? (молчание) Рассказывайте, мои незаменимые!</w:t>
      </w:r>
    </w:p>
    <w:p>
      <w:pPr>
        <w:spacing w:after="120"/>
      </w:pPr>
      <w:r>
        <w:rPr>
          <w:b/>
        </w:rPr>
        <w:t xml:space="preserve">№3: </w:t>
      </w:r>
      <w:r>
        <w:t>Что, рассказывать?</w:t>
      </w:r>
    </w:p>
    <w:p>
      <w:pPr>
        <w:spacing w:after="120"/>
      </w:pPr>
      <w:r>
        <w:t>№1 Как, что идёт? У кого какие вопросы, проблемы, замечания? Чего бы нового привнесли? Что бы убрали, что добавили? Всё, или все ли на своём месте? Или и так всё хорошо, что и менять ничего не хочется?</w:t>
      </w:r>
    </w:p>
    <w:p>
      <w:pPr>
        <w:spacing w:after="120"/>
      </w:pPr>
      <w:r>
        <w:rPr>
          <w:b/>
        </w:rPr>
        <w:t xml:space="preserve">№3: </w:t>
      </w:r>
      <w:r>
        <w:t>Как говорится: «На всё Его воля!»</w:t>
      </w:r>
    </w:p>
    <w:p>
      <w:pPr>
        <w:spacing w:after="120"/>
      </w:pPr>
      <w:r>
        <w:rPr>
          <w:b/>
        </w:rPr>
        <w:t xml:space="preserve">№1: </w:t>
      </w:r>
      <w:r>
        <w:t>А если не подкалывать, а серьёзно?</w:t>
      </w:r>
    </w:p>
    <w:p>
      <w:pPr>
        <w:spacing w:after="120"/>
      </w:pPr>
      <w:r>
        <w:rPr>
          <w:b/>
        </w:rPr>
        <w:t xml:space="preserve">№2: </w:t>
      </w:r>
      <w:r>
        <w:t>Меня, всё устраивает. Всё работает, всё в гармонии! Для меня самое главное, чтобы гармония внутреннего мира совпадала с гармонией мира, тебя окружающего, а пока всё так, я и доволен!</w:t>
      </w:r>
    </w:p>
    <w:p>
      <w:pPr>
        <w:spacing w:after="120"/>
      </w:pPr>
      <w:r>
        <w:rPr>
          <w:b/>
        </w:rPr>
        <w:t xml:space="preserve">№1: </w:t>
      </w:r>
      <w:r>
        <w:t>Про гармонию, ты это хорошо! Ты это запиши!</w:t>
      </w:r>
    </w:p>
    <w:p>
      <w:pPr>
        <w:spacing w:after="120"/>
      </w:pPr>
      <w:r>
        <w:rPr>
          <w:b/>
        </w:rPr>
        <w:t xml:space="preserve">№2: </w:t>
      </w:r>
      <w:r>
        <w:t>Запишу.</w:t>
      </w:r>
    </w:p>
    <w:p>
      <w:pPr>
        <w:spacing w:after="120"/>
      </w:pPr>
      <w:r>
        <w:rPr>
          <w:b/>
        </w:rPr>
        <w:t xml:space="preserve">№1: </w:t>
      </w:r>
      <w:r>
        <w:t>А у тебя как?</w:t>
      </w:r>
    </w:p>
    <w:p>
      <w:pPr>
        <w:spacing w:after="120"/>
      </w:pPr>
      <w:r>
        <w:rPr>
          <w:b/>
        </w:rPr>
        <w:t xml:space="preserve">№3: </w:t>
      </w:r>
      <w:r>
        <w:t>Всё в порядке!</w:t>
      </w:r>
    </w:p>
    <w:p>
      <w:pPr>
        <w:spacing w:after="120"/>
      </w:pPr>
      <w:r>
        <w:rPr>
          <w:b/>
        </w:rPr>
        <w:t xml:space="preserve">№1: </w:t>
      </w:r>
      <w:r>
        <w:t>Эх, чувствую иронию в голосе.</w:t>
      </w:r>
    </w:p>
    <w:p>
      <w:pPr>
        <w:spacing w:after="120"/>
      </w:pPr>
      <w:r>
        <w:rPr>
          <w:b/>
        </w:rPr>
        <w:t xml:space="preserve">№3: </w:t>
      </w:r>
      <w:r>
        <w:t>Нет никакой иронии!</w:t>
      </w:r>
    </w:p>
    <w:p>
      <w:pPr>
        <w:spacing w:after="120"/>
      </w:pPr>
      <w:r>
        <w:rPr>
          <w:b/>
        </w:rPr>
        <w:t xml:space="preserve">№1: </w:t>
      </w:r>
      <w:r>
        <w:t>Ладно. Не хочешь не говори. И так всё сам узнаю, как время придёт. Я ведь какой?</w:t>
      </w:r>
    </w:p>
    <w:p>
      <w:pPr>
        <w:spacing w:after="120"/>
      </w:pPr>
      <w:r>
        <w:rPr>
          <w:b/>
        </w:rPr>
        <w:t xml:space="preserve">№3: </w:t>
      </w:r>
      <w:r>
        <w:t>Вездесущий?</w:t>
      </w:r>
    </w:p>
    <w:p>
      <w:pPr>
        <w:spacing w:after="120"/>
      </w:pPr>
      <w:r>
        <w:rPr>
          <w:b/>
        </w:rPr>
        <w:t xml:space="preserve">№1: </w:t>
      </w:r>
      <w:r>
        <w:t>Не это хотел сказать, но тоже хорошо!</w:t>
      </w:r>
    </w:p>
    <w:p>
      <w:pPr>
        <w:spacing w:after="120"/>
      </w:pPr>
      <w:r>
        <w:rPr>
          <w:b/>
        </w:rPr>
        <w:t xml:space="preserve">№2: </w:t>
      </w:r>
      <w:r>
        <w:t>Записать?</w:t>
      </w:r>
    </w:p>
    <w:p>
      <w:pPr>
        <w:spacing w:after="120"/>
      </w:pPr>
      <w:r>
        <w:rPr>
          <w:b/>
        </w:rPr>
        <w:t xml:space="preserve">№1: </w:t>
      </w:r>
      <w:r>
        <w:t>Запиши.</w:t>
      </w:r>
    </w:p>
    <w:p>
      <w:pPr>
        <w:spacing w:after="120"/>
      </w:pPr>
      <w:r>
        <w:rPr>
          <w:b/>
        </w:rPr>
        <w:t xml:space="preserve">№1: </w:t>
      </w:r>
      <w:r>
        <w:t>Так, а зачем я пришёл?(пауза) Вспомнил! Итак. Внимайте, ангелы мои!</w:t>
      </w:r>
    </w:p>
    <w:p>
      <w:pPr>
        <w:spacing w:after="120"/>
      </w:pPr>
      <w:r>
        <w:rPr>
          <w:b/>
        </w:rPr>
        <w:t xml:space="preserve">№3: </w:t>
      </w:r>
      <w:r>
        <w:t>Ангелы, это что-то новенькое.</w:t>
      </w:r>
    </w:p>
    <w:p>
      <w:pPr>
        <w:spacing w:after="120"/>
      </w:pPr>
      <w:r>
        <w:rPr>
          <w:b/>
        </w:rPr>
        <w:t xml:space="preserve">№1: </w:t>
      </w:r>
      <w:r>
        <w:t>Скоро новый год и заказы попрут! И я чувствую, что отбоя от клиентов не будет. Ибо! Идея у меня! Новая, прибыльная, интересная и</w:t>
      </w:r>
    </w:p>
    <w:p>
      <w:pPr>
        <w:spacing w:after="120"/>
      </w:pPr>
      <w:r>
        <w:t>долговременная!</w:t>
      </w:r>
    </w:p>
    <w:p>
      <w:pPr>
        <w:spacing w:after="120"/>
      </w:pPr>
      <w:r>
        <w:rPr>
          <w:b/>
        </w:rPr>
        <w:t xml:space="preserve">№3: </w:t>
      </w:r>
      <w:r>
        <w:t>Про куст он так же говорил.</w:t>
      </w:r>
    </w:p>
    <w:p>
      <w:pPr>
        <w:spacing w:after="120"/>
      </w:pPr>
      <w:r>
        <w:rPr>
          <w:b/>
        </w:rPr>
        <w:t xml:space="preserve">№2: </w:t>
      </w:r>
      <w:r>
        <w:t>Так же. Ну а как дальше было?</w:t>
      </w:r>
    </w:p>
    <w:p>
      <w:pPr>
        <w:spacing w:after="120"/>
      </w:pPr>
      <w:r>
        <w:rPr>
          <w:b/>
        </w:rPr>
        <w:t xml:space="preserve">№3: </w:t>
      </w:r>
      <w:r>
        <w:t>Ну да, дальше неплохо вроде было.</w:t>
      </w:r>
    </w:p>
    <w:p>
      <w:pPr>
        <w:spacing w:after="120"/>
      </w:pPr>
      <w:r>
        <w:rPr>
          <w:b/>
        </w:rPr>
        <w:t xml:space="preserve">№2: </w:t>
      </w:r>
      <w:r>
        <w:t>Значит, не мешай, и дай дослушать. А то опять всё пропустишь.</w:t>
      </w:r>
    </w:p>
    <w:p>
      <w:pPr>
        <w:spacing w:after="120"/>
      </w:pPr>
      <w:r>
        <w:rPr>
          <w:b/>
        </w:rPr>
        <w:t xml:space="preserve">№3: </w:t>
      </w:r>
      <w:r>
        <w:t>Что значит опять?</w:t>
      </w:r>
    </w:p>
    <w:p>
      <w:pPr>
        <w:spacing w:after="120"/>
      </w:pPr>
      <w:r>
        <w:rPr>
          <w:b/>
        </w:rPr>
        <w:t xml:space="preserve">№2: </w:t>
      </w:r>
      <w:r>
        <w:t>Цыц!</w:t>
      </w:r>
    </w:p>
    <w:p>
      <w:pPr>
        <w:spacing w:after="120"/>
      </w:pPr>
      <w:r>
        <w:rPr>
          <w:b/>
        </w:rPr>
        <w:t xml:space="preserve">№1: </w:t>
      </w:r>
      <w:r>
        <w:t>Я вижу наше будущее! Этот Новый год, всё для нас изменит! Все его запомнят! Этот Новый год будет не просто начало года! Это будет начало Новой эры! Нашей эры! А всё что было до этого, будут называть до Нашей эры!</w:t>
      </w:r>
    </w:p>
    <w:p>
      <w:pPr>
        <w:spacing w:after="120"/>
      </w:pPr>
      <w:r>
        <w:rPr>
          <w:b/>
        </w:rPr>
        <w:t xml:space="preserve">№3: </w:t>
      </w:r>
      <w:r>
        <w:t>Ближе к делу, товарищ!</w:t>
      </w:r>
    </w:p>
    <w:p>
      <w:pPr>
        <w:spacing w:after="120"/>
      </w:pPr>
      <w:r>
        <w:rPr>
          <w:b/>
        </w:rPr>
        <w:t xml:space="preserve">№1: </w:t>
      </w:r>
      <w:r>
        <w:t>Что? Вы это к чему?</w:t>
      </w:r>
    </w:p>
    <w:p>
      <w:pPr>
        <w:spacing w:after="120"/>
      </w:pPr>
      <w:r>
        <w:rPr>
          <w:b/>
        </w:rPr>
        <w:t xml:space="preserve">№2: </w:t>
      </w:r>
      <w:r>
        <w:t>Мы имеем в виду то, что с вами, конечно, мало кто сразится в</w:t>
      </w:r>
    </w:p>
    <w:p>
      <w:pPr>
        <w:spacing w:after="120"/>
      </w:pPr>
      <w:r>
        <w:t>красноречии, но у вас обычно слишком много вводных слов, и хотелось бы…</w:t>
      </w:r>
    </w:p>
    <w:p>
      <w:pPr>
        <w:spacing w:after="120"/>
      </w:pPr>
      <w:r>
        <w:rPr>
          <w:b/>
        </w:rPr>
        <w:t xml:space="preserve">№3: </w:t>
      </w:r>
      <w:r>
        <w:t>Конкретики хотелось бы! Ближе к делу, Патрон!</w:t>
      </w:r>
    </w:p>
    <w:p>
      <w:pPr>
        <w:spacing w:after="120"/>
      </w:pPr>
      <w:r>
        <w:rPr>
          <w:b/>
        </w:rPr>
        <w:t xml:space="preserve">№1: </w:t>
      </w:r>
      <w:r>
        <w:t>Да, каюсь, увлёкся чуток… Мы начинаем модернизацию!</w:t>
      </w:r>
    </w:p>
    <w:p>
      <w:pPr>
        <w:spacing w:after="120"/>
      </w:pPr>
      <w:r>
        <w:rPr>
          <w:b/>
        </w:rPr>
        <w:t xml:space="preserve">№3: </w:t>
      </w:r>
      <w:r>
        <w:t>Модерни… что?</w:t>
      </w:r>
    </w:p>
    <w:p>
      <w:pPr>
        <w:spacing w:after="120"/>
      </w:pPr>
      <w:r>
        <w:rPr>
          <w:b/>
        </w:rPr>
        <w:t xml:space="preserve">№1: </w:t>
      </w:r>
      <w:r>
        <w:t>Нововведения, ребрендинг… называйте, как хотите!</w:t>
      </w:r>
    </w:p>
    <w:p>
      <w:pPr>
        <w:spacing w:after="120"/>
      </w:pPr>
      <w:r>
        <w:rPr>
          <w:b/>
        </w:rPr>
        <w:t xml:space="preserve">№3: </w:t>
      </w:r>
      <w:r>
        <w:t>Ребрендинг?</w:t>
      </w:r>
    </w:p>
    <w:p>
      <w:pPr>
        <w:spacing w:after="120"/>
      </w:pPr>
      <w:r>
        <w:rPr>
          <w:b/>
        </w:rPr>
        <w:t xml:space="preserve">№1: </w:t>
      </w:r>
      <w:r>
        <w:t>Значит так! Первое! Мы отказываемся от всех видов кукол, грима и своеобразных костюмов!</w:t>
      </w:r>
    </w:p>
    <w:p>
      <w:pPr>
        <w:spacing w:after="120"/>
      </w:pPr>
      <w:r>
        <w:rPr>
          <w:b/>
        </w:rPr>
        <w:t xml:space="preserve">№3: </w:t>
      </w:r>
      <w:r>
        <w:t>Да! Вы услышали мои молитвы!</w:t>
      </w:r>
    </w:p>
    <w:p>
      <w:pPr>
        <w:spacing w:after="120"/>
      </w:pPr>
      <w:r>
        <w:rPr>
          <w:b/>
        </w:rPr>
        <w:t xml:space="preserve">№2: </w:t>
      </w:r>
      <w:r>
        <w:t>Как так! Навсегда? А как же мои труды? Я что, зря их делал?</w:t>
      </w:r>
    </w:p>
    <w:p>
      <w:pPr>
        <w:spacing w:after="120"/>
      </w:pPr>
      <w:r>
        <w:rPr>
          <w:b/>
        </w:rPr>
        <w:t xml:space="preserve">№1: </w:t>
      </w:r>
      <w:r>
        <w:t>Нет! Не навсегда, это всё ещё пригодится, но, не здесь и не сейчас! Об этом позже с тобой поговорим.</w:t>
      </w:r>
    </w:p>
    <w:p>
      <w:pPr>
        <w:spacing w:after="120"/>
      </w:pPr>
      <w:r>
        <w:rPr>
          <w:b/>
        </w:rPr>
        <w:t xml:space="preserve">№2: </w:t>
      </w:r>
      <w:r>
        <w:t>Я вас услышал.</w:t>
      </w:r>
    </w:p>
    <w:p>
      <w:pPr>
        <w:spacing w:after="120"/>
      </w:pPr>
      <w:r>
        <w:rPr>
          <w:b/>
        </w:rPr>
        <w:t xml:space="preserve">№1: </w:t>
      </w:r>
      <w:r>
        <w:t>Второе! Улучшаем спецэффекты!</w:t>
      </w:r>
    </w:p>
    <w:p>
      <w:pPr>
        <w:spacing w:after="120"/>
      </w:pPr>
      <w:r>
        <w:rPr>
          <w:b/>
        </w:rPr>
        <w:t xml:space="preserve">№3: </w:t>
      </w:r>
      <w:r>
        <w:t>Да! Поглобальнее чтобы? Масштаб? Охват большего?</w:t>
      </w:r>
    </w:p>
    <w:p>
      <w:pPr>
        <w:spacing w:after="120"/>
      </w:pPr>
      <w:r>
        <w:rPr>
          <w:b/>
        </w:rPr>
        <w:t xml:space="preserve">№1: </w:t>
      </w:r>
      <w:r>
        <w:t>Нет! Чёткие, близкие, индивидуальные и узконаправленные!</w:t>
      </w:r>
    </w:p>
    <w:p>
      <w:pPr>
        <w:spacing w:after="120"/>
      </w:pPr>
      <w:r>
        <w:rPr>
          <w:b/>
        </w:rPr>
        <w:t xml:space="preserve">№3: </w:t>
      </w:r>
      <w:r>
        <w:t>Это как?</w:t>
      </w:r>
    </w:p>
    <w:p>
      <w:pPr>
        <w:spacing w:after="120"/>
      </w:pPr>
      <w:r>
        <w:rPr>
          <w:b/>
        </w:rPr>
        <w:t xml:space="preserve">№1: </w:t>
      </w:r>
      <w:r>
        <w:t>Долго объяснять, позже расскажу. И Третье! Самое Главное! Я долго думал и решил, что время настало! Давно я оттягивал этот момент. Но теперь тянуть уже некуда. Итак, Господа. Мы, выпускаем живого актёра!</w:t>
      </w:r>
    </w:p>
    <w:p>
      <w:pPr>
        <w:spacing w:after="120"/>
      </w:pPr>
      <w:r>
        <w:rPr>
          <w:b/>
        </w:rPr>
        <w:t xml:space="preserve">№3: </w:t>
      </w:r>
      <w:r>
        <w:t>В смысле?</w:t>
      </w:r>
    </w:p>
    <w:p>
      <w:pPr>
        <w:spacing w:after="120"/>
      </w:pPr>
      <w:r>
        <w:rPr>
          <w:b/>
        </w:rPr>
        <w:t xml:space="preserve">№1: </w:t>
      </w:r>
      <w:r>
        <w:t>Что в смысле?</w:t>
      </w:r>
    </w:p>
    <w:p>
      <w:pPr>
        <w:spacing w:after="120"/>
      </w:pPr>
      <w:r>
        <w:rPr>
          <w:b/>
        </w:rPr>
        <w:t xml:space="preserve">№3: </w:t>
      </w:r>
      <w:r>
        <w:t>В каком смысле?</w:t>
      </w:r>
    </w:p>
    <w:p>
      <w:pPr>
        <w:spacing w:after="120"/>
      </w:pPr>
      <w:r>
        <w:rPr>
          <w:b/>
        </w:rPr>
        <w:t xml:space="preserve">№1: </w:t>
      </w:r>
      <w:r>
        <w:t>Что, в каком смысле?</w:t>
      </w:r>
    </w:p>
    <w:p>
      <w:pPr>
        <w:spacing w:after="120"/>
      </w:pPr>
      <w:r>
        <w:rPr>
          <w:b/>
        </w:rPr>
        <w:t xml:space="preserve">№3: </w:t>
      </w:r>
      <w:r>
        <w:t>В каком смысле живого?</w:t>
      </w:r>
    </w:p>
    <w:p>
      <w:pPr>
        <w:spacing w:after="120"/>
      </w:pPr>
      <w:r>
        <w:rPr>
          <w:b/>
        </w:rPr>
        <w:t xml:space="preserve">№1: </w:t>
      </w:r>
      <w:r>
        <w:t>Ну не мёртвого же!</w:t>
      </w:r>
    </w:p>
    <w:p>
      <w:pPr>
        <w:spacing w:after="120"/>
      </w:pPr>
      <w:r>
        <w:rPr>
          <w:b/>
        </w:rPr>
        <w:t xml:space="preserve">№3: </w:t>
      </w:r>
      <w:r>
        <w:t>Это мне понятно!</w:t>
      </w:r>
    </w:p>
    <w:p>
      <w:pPr>
        <w:spacing w:after="120"/>
      </w:pPr>
      <w:r>
        <w:rPr>
          <w:b/>
        </w:rPr>
        <w:t xml:space="preserve">№1: </w:t>
      </w:r>
      <w:r>
        <w:t>Тогда что тебе не понятно!?</w:t>
      </w:r>
    </w:p>
    <w:p>
      <w:pPr>
        <w:spacing w:after="120"/>
      </w:pPr>
      <w:r>
        <w:rPr>
          <w:b/>
        </w:rPr>
        <w:t xml:space="preserve">№3: </w:t>
      </w:r>
      <w:r>
        <w:t>В каком смысле живого!</w:t>
      </w:r>
    </w:p>
    <w:p>
      <w:pPr>
        <w:spacing w:after="120"/>
      </w:pPr>
      <w:r>
        <w:rPr>
          <w:b/>
        </w:rPr>
        <w:t xml:space="preserve">№1: </w:t>
      </w:r>
      <w:r>
        <w:t>Что это значит твоё, в каком смысле живого?</w:t>
      </w:r>
    </w:p>
    <w:p>
      <w:pPr>
        <w:spacing w:after="120"/>
      </w:pPr>
      <w:r>
        <w:rPr>
          <w:b/>
        </w:rPr>
        <w:t xml:space="preserve">№3: </w:t>
      </w:r>
      <w:r>
        <w:t>Выпускаем живого актёра?</w:t>
      </w:r>
    </w:p>
    <w:p>
      <w:pPr>
        <w:spacing w:after="120"/>
      </w:pPr>
      <w:r>
        <w:rPr>
          <w:b/>
        </w:rPr>
        <w:t xml:space="preserve">№1: </w:t>
      </w:r>
      <w:r>
        <w:t>Да, именно так я и сказал!</w:t>
      </w:r>
    </w:p>
    <w:p>
      <w:pPr>
        <w:spacing w:after="120"/>
      </w:pPr>
      <w:r>
        <w:rPr>
          <w:b/>
        </w:rPr>
        <w:t xml:space="preserve">№3: </w:t>
      </w:r>
      <w:r>
        <w:t>№3: Что это значит, ваше выпускаем?</w:t>
      </w:r>
    </w:p>
    <w:p>
      <w:pPr>
        <w:spacing w:after="120"/>
      </w:pPr>
      <w:r>
        <w:rPr>
          <w:b/>
        </w:rPr>
        <w:t xml:space="preserve">№1: </w:t>
      </w:r>
      <w:r>
        <w:t>Что ты имеешь в виду!?</w:t>
      </w:r>
    </w:p>
    <w:p>
      <w:pPr>
        <w:spacing w:after="120"/>
      </w:pPr>
      <w:r>
        <w:rPr>
          <w:b/>
        </w:rPr>
        <w:t xml:space="preserve">№3: </w:t>
      </w:r>
      <w:r>
        <w:t>Что Вы, имеете в виду!?</w:t>
      </w:r>
    </w:p>
    <w:p>
      <w:pPr>
        <w:spacing w:after="120"/>
      </w:pPr>
      <w:r>
        <w:rPr>
          <w:b/>
        </w:rPr>
        <w:t xml:space="preserve">№1: </w:t>
      </w:r>
      <w:r>
        <w:t>Я имею в виду то, что я имею в виду!</w:t>
      </w:r>
    </w:p>
    <w:p>
      <w:pPr>
        <w:spacing w:after="120"/>
      </w:pPr>
      <w:r>
        <w:rPr>
          <w:b/>
        </w:rPr>
        <w:t xml:space="preserve">№2: </w:t>
      </w:r>
      <w:r>
        <w:t>Хотелось бы уточнить, как вы, себе представляете появление живого актёра в данной концепции, и почему вы, к этому пришли? Ведь, как известно…(опираясь на записи в ежедневнике)Исходя из статистики, у нас, пока, ни одного отрицательного отзыва не поступало.</w:t>
      </w:r>
    </w:p>
    <w:p>
      <w:pPr>
        <w:spacing w:after="120"/>
      </w:pPr>
      <w:r>
        <w:rPr>
          <w:b/>
        </w:rPr>
        <w:t xml:space="preserve">№1: </w:t>
      </w:r>
      <w:r>
        <w:t>Согласен, не поступало. Я слежу за статистикой. Но! Публика растёт, развивается. Куклами, картинками, пафосными, бросающимся в глаза спецэффектами, и голосом «свыше», их не удивишь! (показал кавычки пальцами) Публика требует личного общения, личного, так сказать, вмешательства. И спецэффекты должны быть более мелкими, но в тоже время близкими и личными.</w:t>
      </w:r>
    </w:p>
    <w:p>
      <w:pPr>
        <w:spacing w:after="120"/>
      </w:pPr>
      <w:r>
        <w:rPr>
          <w:b/>
        </w:rPr>
        <w:t xml:space="preserve">№3: </w:t>
      </w:r>
      <w:r>
        <w:t>Что вы имеете в виду!?</w:t>
      </w:r>
    </w:p>
    <w:p>
      <w:pPr>
        <w:spacing w:after="120"/>
      </w:pPr>
      <w:r>
        <w:rPr>
          <w:b/>
        </w:rPr>
        <w:t xml:space="preserve">№1: </w:t>
      </w:r>
      <w:r>
        <w:t>Я же сказал, потом расскажу. .</w:t>
      </w:r>
    </w:p>
    <w:p>
      <w:pPr>
        <w:spacing w:after="120"/>
      </w:pPr>
      <w:r>
        <w:rPr>
          <w:b/>
        </w:rPr>
        <w:t xml:space="preserve">№2: </w:t>
      </w:r>
      <w:r>
        <w:t>А вы не боитесь того, что публика, - продолжал Бадди,- к такому внезапному появлению, не будет готова? Не воспримут это всерьёз, или, того хуже, испугается?</w:t>
      </w:r>
    </w:p>
    <w:p>
      <w:pPr>
        <w:spacing w:after="120"/>
      </w:pPr>
      <w:r>
        <w:rPr>
          <w:b/>
        </w:rPr>
        <w:t xml:space="preserve">№1: </w:t>
      </w:r>
      <w:r>
        <w:t>Об этом не беспокойтесь! Я уже пустил, лёгонький и не до конца подтверждённый слушок, об «этом»! Так что они, уже в нетерпении, а некоторые, даже готовятся! Короче, вот тебе сценарий. Учи! Читай! Готовься!</w:t>
      </w:r>
    </w:p>
    <w:p>
      <w:pPr>
        <w:spacing w:after="120"/>
      </w:pPr>
      <w:r>
        <w:rPr>
          <w:b/>
        </w:rPr>
        <w:t xml:space="preserve">№3: </w:t>
      </w:r>
      <w:r>
        <w:t>А почему я?! Почему не этот…</w:t>
      </w:r>
    </w:p>
    <w:p>
      <w:pPr>
        <w:spacing w:after="120"/>
      </w:pPr>
      <w:r>
        <w:rPr>
          <w:b/>
        </w:rPr>
        <w:t xml:space="preserve">№1: </w:t>
      </w:r>
      <w:r>
        <w:t>Не ко мне вопросы, сам я пойти не могу, а они, почему-то, решили, что мы с тобой должны быть похожи.</w:t>
      </w:r>
    </w:p>
    <w:p>
      <w:pPr>
        <w:spacing w:after="120"/>
      </w:pPr>
      <w:r>
        <w:rPr>
          <w:b/>
        </w:rPr>
        <w:t xml:space="preserve">№3: </w:t>
      </w:r>
      <w:r>
        <w:t>Что это значит похожи? Как?</w:t>
      </w:r>
    </w:p>
    <w:p>
      <w:pPr>
        <w:spacing w:after="120"/>
      </w:pPr>
      <w:r>
        <w:rPr>
          <w:b/>
        </w:rPr>
        <w:t xml:space="preserve">№1: </w:t>
      </w:r>
      <w:r>
        <w:t>Как отец с сыном. ( по-отечески) Встретимся на месте. Сынок. А ты мне нужен сейчас, пойдём.</w:t>
      </w:r>
    </w:p>
    <w:p>
      <w:pPr>
        <w:spacing w:after="120"/>
      </w:pPr>
      <w:r>
        <w:rPr>
          <w:b/>
        </w:rPr>
        <w:t xml:space="preserve">№3: </w:t>
      </w:r>
      <w:r>
        <w:t>Так мы не похожи!..</w:t>
      </w:r>
    </w:p>
    <w:p>
      <w:pPr>
        <w:spacing w:after="120"/>
      </w:pPr>
      <w:r>
        <w:rPr>
          <w:b/>
          <w:i/>
        </w:rPr>
        <w:t>№1 и №2 уходят №3 остаётся один со сценарием.</w:t>
      </w:r>
    </w:p>
    <w:p>
      <w:pPr>
        <w:spacing w:after="120"/>
      </w:pPr>
      <w:r>
        <w:rPr>
          <w:b/>
          <w:i/>
        </w:rPr>
        <w:t>Коридор. №1 и №2</w:t>
      </w:r>
    </w:p>
    <w:p>
      <w:pPr>
        <w:spacing w:after="120"/>
      </w:pPr>
      <w:r>
        <w:rPr>
          <w:b/>
        </w:rPr>
        <w:t xml:space="preserve">№1: </w:t>
      </w:r>
      <w:r>
        <w:t>Слушай, мой дорогой, а ты же марионетку можешь сделать? Чтобы как птичка летала?</w:t>
      </w:r>
    </w:p>
    <w:p>
      <w:pPr>
        <w:spacing w:after="120"/>
      </w:pPr>
      <w:r>
        <w:rPr>
          <w:b/>
        </w:rPr>
        <w:t xml:space="preserve">№2: </w:t>
      </w:r>
      <w:r>
        <w:t>Какая птичка?</w:t>
      </w:r>
    </w:p>
    <w:p>
      <w:pPr>
        <w:spacing w:after="120"/>
      </w:pPr>
      <w:r>
        <w:rPr>
          <w:b/>
        </w:rPr>
        <w:t xml:space="preserve">№1: </w:t>
      </w:r>
      <w:r>
        <w:t>Ну не знаю… Тебе какие нравятся?</w:t>
      </w:r>
    </w:p>
    <w:p>
      <w:pPr>
        <w:spacing w:after="120"/>
      </w:pPr>
      <w:r>
        <w:rPr>
          <w:b/>
        </w:rPr>
        <w:t xml:space="preserve">№2: </w:t>
      </w:r>
      <w:r>
        <w:t>Да я, в целом, всех люблю.</w:t>
      </w:r>
    </w:p>
    <w:p>
      <w:pPr>
        <w:spacing w:after="120"/>
      </w:pPr>
      <w:r>
        <w:rPr>
          <w:b/>
        </w:rPr>
        <w:t xml:space="preserve">№1: </w:t>
      </w:r>
      <w:r>
        <w:t>Точно! У нас, вроде бы, голубь с круиза оставался?</w:t>
      </w:r>
    </w:p>
    <w:p>
      <w:pPr>
        <w:spacing w:after="120"/>
      </w:pPr>
      <w:r>
        <w:rPr>
          <w:b/>
        </w:rPr>
        <w:t xml:space="preserve">№2: </w:t>
      </w:r>
      <w:r>
        <w:t>Почему это, вроде бы. Само собой, остался.</w:t>
      </w:r>
    </w:p>
    <w:p>
      <w:pPr>
        <w:spacing w:after="120"/>
      </w:pPr>
      <w:r>
        <w:rPr>
          <w:b/>
        </w:rPr>
        <w:t xml:space="preserve">№1: </w:t>
      </w:r>
      <w:r>
        <w:t>Вот и славненько! Вот и хорошо!</w:t>
      </w:r>
    </w:p>
    <w:p>
      <w:pPr>
        <w:spacing w:after="120"/>
      </w:pPr>
      <w:r>
        <w:rPr>
          <w:b/>
        </w:rPr>
        <w:t xml:space="preserve">№2: </w:t>
      </w:r>
      <w:r>
        <w:t>И вот тебе ещё кое-что.</w:t>
      </w:r>
    </w:p>
    <w:p>
      <w:pPr>
        <w:spacing w:after="120"/>
      </w:pPr>
      <w:r>
        <w:rPr>
          <w:b/>
          <w:i/>
        </w:rPr>
        <w:t>Он достал из внутреннего кармана пиджака небольшой список с прикреплённой к нему визиткой.</w:t>
      </w:r>
    </w:p>
    <w:p>
      <w:pPr>
        <w:spacing w:after="120"/>
      </w:pPr>
      <w:r>
        <w:rPr>
          <w:b/>
        </w:rPr>
        <w:t xml:space="preserve">№2: </w:t>
      </w:r>
      <w:r>
        <w:t>Это?..</w:t>
      </w:r>
    </w:p>
    <w:p>
      <w:pPr>
        <w:spacing w:after="120"/>
      </w:pPr>
      <w:r>
        <w:rPr>
          <w:b/>
        </w:rPr>
        <w:t xml:space="preserve">№1: </w:t>
      </w:r>
      <w:r>
        <w:t>Подработочка, так сказать. Знал, что тебя заинтересует. Изучи и проработай.</w:t>
      </w:r>
    </w:p>
    <w:p>
      <w:pPr>
        <w:spacing w:after="120"/>
      </w:pPr>
      <w:r>
        <w:t>Репетиционная. Подготовка и выход.</w:t>
      </w:r>
    </w:p>
    <w:p>
      <w:pPr>
        <w:spacing w:after="120"/>
      </w:pPr>
      <w:r>
        <w:t>№3 со сценарием. Перелистывает. Не может разобраться. Входит №1.</w:t>
      </w:r>
    </w:p>
    <w:p>
      <w:pPr>
        <w:spacing w:after="120"/>
      </w:pPr>
      <w:r>
        <w:rPr>
          <w:b/>
        </w:rPr>
        <w:t xml:space="preserve">№1: </w:t>
      </w:r>
      <w:r>
        <w:t>Привет.</w:t>
      </w:r>
    </w:p>
    <w:p>
      <w:pPr>
        <w:spacing w:after="120"/>
      </w:pPr>
      <w:r>
        <w:rPr>
          <w:b/>
        </w:rPr>
        <w:t xml:space="preserve">№3: </w:t>
      </w:r>
      <w:r>
        <w:t>Всё в порядке! Спасибо! Я не … Доброе утро…</w:t>
      </w:r>
    </w:p>
    <w:p>
      <w:pPr>
        <w:spacing w:after="120"/>
      </w:pPr>
      <w:r>
        <w:rPr>
          <w:b/>
        </w:rPr>
        <w:t xml:space="preserve">№1: </w:t>
      </w:r>
      <w:r>
        <w:t>Ну что, пойдём?</w:t>
      </w:r>
    </w:p>
    <w:p>
      <w:pPr>
        <w:spacing w:after="120"/>
      </w:pPr>
      <w:r>
        <w:rPr>
          <w:b/>
        </w:rPr>
        <w:t xml:space="preserve">№3: </w:t>
      </w:r>
      <w:r>
        <w:t>Куда?</w:t>
      </w:r>
    </w:p>
    <w:p>
      <w:pPr>
        <w:spacing w:after="120"/>
      </w:pPr>
      <w:r>
        <w:rPr>
          <w:b/>
        </w:rPr>
        <w:t xml:space="preserve">№1: </w:t>
      </w:r>
      <w:r>
        <w:t>Пора.</w:t>
      </w:r>
    </w:p>
    <w:p>
      <w:pPr>
        <w:spacing w:after="120"/>
      </w:pPr>
      <w:r>
        <w:rPr>
          <w:b/>
        </w:rPr>
        <w:t xml:space="preserve">№3: </w:t>
      </w:r>
      <w:r>
        <w:t>Что!? Стоп, стоп, стоп!</w:t>
      </w:r>
    </w:p>
    <w:p>
      <w:pPr>
        <w:spacing w:after="120"/>
      </w:pPr>
      <w:r>
        <w:rPr>
          <w:b/>
        </w:rPr>
        <w:t xml:space="preserve">№1: </w:t>
      </w:r>
      <w:r>
        <w:t>Что, стоп, стоп, стоп?</w:t>
      </w:r>
    </w:p>
    <w:p>
      <w:pPr>
        <w:spacing w:after="120"/>
      </w:pPr>
      <w:r>
        <w:rPr>
          <w:b/>
        </w:rPr>
        <w:t xml:space="preserve">№3: </w:t>
      </w:r>
      <w:r>
        <w:t>Дайте хоть в себя прийти.</w:t>
      </w:r>
    </w:p>
    <w:p>
      <w:pPr>
        <w:spacing w:after="120"/>
      </w:pPr>
      <w:r>
        <w:rPr>
          <w:b/>
        </w:rPr>
        <w:t xml:space="preserve">№1: </w:t>
      </w:r>
      <w:r>
        <w:t>Дайте хоть в себя прийти?</w:t>
      </w:r>
    </w:p>
    <w:p>
      <w:pPr>
        <w:spacing w:after="120"/>
      </w:pPr>
      <w:r>
        <w:rPr>
          <w:b/>
        </w:rPr>
        <w:t xml:space="preserve">№3: </w:t>
      </w:r>
      <w:r>
        <w:t>Да вы издеваетесь!</w:t>
      </w:r>
    </w:p>
    <w:p>
      <w:pPr>
        <w:spacing w:after="120"/>
      </w:pPr>
      <w:r>
        <w:rPr>
          <w:b/>
        </w:rPr>
        <w:t xml:space="preserve">№1: </w:t>
      </w:r>
      <w:r>
        <w:t>Во-первых! Я не издеваюсь. Я обучаю! Во — вторых: времени у нас мало поэтому мешкать нельзя. И в-третьих! Называй меня… Папой!</w:t>
      </w:r>
    </w:p>
    <w:p>
      <w:pPr>
        <w:spacing w:after="120"/>
      </w:pPr>
      <w:r>
        <w:rPr>
          <w:b/>
        </w:rPr>
        <w:t xml:space="preserve">№3: </w:t>
      </w:r>
      <w:r>
        <w:t>Это ещё зачем?</w:t>
      </w:r>
    </w:p>
    <w:p>
      <w:pPr>
        <w:spacing w:after="120"/>
      </w:pPr>
      <w:r>
        <w:rPr>
          <w:b/>
        </w:rPr>
        <w:t xml:space="preserve">№1: </w:t>
      </w:r>
      <w:r>
        <w:t>Привыкал чтобы! И поскорее избавляйся от этой вредной привычки!</w:t>
      </w:r>
    </w:p>
    <w:p>
      <w:pPr>
        <w:spacing w:after="120"/>
      </w:pPr>
      <w:r>
        <w:rPr>
          <w:b/>
        </w:rPr>
        <w:t xml:space="preserve">№3: </w:t>
      </w:r>
      <w:r>
        <w:t>Какой ещё вредной привычки?</w:t>
      </w:r>
    </w:p>
    <w:p>
      <w:pPr>
        <w:spacing w:after="120"/>
      </w:pPr>
      <w:r>
        <w:rPr>
          <w:b/>
        </w:rPr>
        <w:t xml:space="preserve">№1: </w:t>
      </w:r>
      <w:r>
        <w:t>Думать о сценарии! Сценарий — это план работы и не более! Без него конечно никуда. Ведь лучшая импровизация – хорошо отрепетированная. И тебе нужен план чтобы понимать, куда и к чему стремиться, и от куда отталкиваться. Но сама работа — полностью зависит от тебя!</w:t>
      </w:r>
    </w:p>
    <w:p>
      <w:pPr>
        <w:spacing w:after="120"/>
      </w:pPr>
      <w:r>
        <w:rPr>
          <w:b/>
        </w:rPr>
        <w:t xml:space="preserve">№3: </w:t>
      </w:r>
      <w:r>
        <w:t>(записывая на листах) От ме… ня….</w:t>
      </w:r>
    </w:p>
    <w:p>
      <w:pPr>
        <w:spacing w:after="120"/>
      </w:pPr>
      <w:r>
        <w:rPr>
          <w:b/>
        </w:rPr>
        <w:t xml:space="preserve">№1: </w:t>
      </w:r>
      <w:r>
        <w:t>Важно! Что ты делаешь, для чего ты это делаешь и как ты к этому относишься! Всё понял?</w:t>
      </w:r>
    </w:p>
    <w:p>
      <w:pPr>
        <w:spacing w:after="120"/>
      </w:pPr>
      <w:r>
        <w:rPr>
          <w:b/>
        </w:rPr>
        <w:t xml:space="preserve">№3: </w:t>
      </w:r>
      <w:r>
        <w:t>Если честно, не до конца.</w:t>
      </w:r>
    </w:p>
    <w:p>
      <w:pPr>
        <w:spacing w:after="120"/>
      </w:pPr>
      <w:r>
        <w:rPr>
          <w:b/>
        </w:rPr>
        <w:t xml:space="preserve">№1: </w:t>
      </w:r>
      <w:r>
        <w:t>Вот и первая ошибка! Никогда так не говори!</w:t>
      </w:r>
    </w:p>
    <w:p>
      <w:pPr>
        <w:spacing w:after="120"/>
      </w:pPr>
      <w:r>
        <w:rPr>
          <w:b/>
        </w:rPr>
        <w:t xml:space="preserve">№3: </w:t>
      </w:r>
      <w:r>
        <w:t>Так точно!</w:t>
      </w:r>
    </w:p>
    <w:p>
      <w:pPr>
        <w:spacing w:after="120"/>
      </w:pPr>
      <w:r>
        <w:rPr>
          <w:b/>
        </w:rPr>
        <w:t xml:space="preserve">№1: </w:t>
      </w:r>
      <w:r>
        <w:t>Ты обязан всё знать!</w:t>
      </w:r>
    </w:p>
    <w:p>
      <w:pPr>
        <w:spacing w:after="120"/>
      </w:pPr>
      <w:r>
        <w:rPr>
          <w:b/>
        </w:rPr>
        <w:t xml:space="preserve">№3: </w:t>
      </w:r>
      <w:r>
        <w:t>Знаю!</w:t>
      </w:r>
    </w:p>
    <w:p>
      <w:pPr>
        <w:spacing w:after="120"/>
      </w:pPr>
      <w:r>
        <w:rPr>
          <w:b/>
        </w:rPr>
        <w:t xml:space="preserve">№1: </w:t>
      </w:r>
      <w:r>
        <w:t>И понимать!</w:t>
      </w:r>
    </w:p>
    <w:p>
      <w:pPr>
        <w:spacing w:after="120"/>
      </w:pPr>
      <w:r>
        <w:rPr>
          <w:b/>
        </w:rPr>
        <w:t xml:space="preserve">№3: </w:t>
      </w:r>
      <w:r>
        <w:t>Понимаю! Но…?</w:t>
      </w:r>
    </w:p>
    <w:p>
      <w:pPr>
        <w:spacing w:after="120"/>
      </w:pPr>
      <w:r>
        <w:rPr>
          <w:b/>
        </w:rPr>
        <w:t xml:space="preserve">№1: </w:t>
      </w:r>
      <w:r>
        <w:t>Никаких «НО!»</w:t>
      </w:r>
    </w:p>
    <w:p>
      <w:pPr>
        <w:spacing w:after="120"/>
      </w:pPr>
      <w:r>
        <w:rPr>
          <w:b/>
        </w:rPr>
        <w:t xml:space="preserve">№3: </w:t>
      </w:r>
      <w:r>
        <w:t>А если…</w:t>
      </w:r>
    </w:p>
    <w:p>
      <w:pPr>
        <w:spacing w:after="120"/>
      </w:pPr>
      <w:r>
        <w:rPr>
          <w:b/>
        </w:rPr>
        <w:t xml:space="preserve">№1: </w:t>
      </w:r>
      <w:r>
        <w:t>Даже если это не так! Никто не должен знать об этом! У всех должна быть уверенность того, что то, что ты говоришь это правда, истина, аксиома! Называй это как хочешь!</w:t>
      </w:r>
    </w:p>
    <w:p>
      <w:pPr>
        <w:spacing w:after="120"/>
      </w:pPr>
      <w:r>
        <w:rPr>
          <w:b/>
        </w:rPr>
        <w:t xml:space="preserve">№3: </w:t>
      </w:r>
      <w:r>
        <w:t>Так точно!</w:t>
      </w:r>
    </w:p>
    <w:p>
      <w:pPr>
        <w:spacing w:after="120"/>
      </w:pPr>
      <w:r>
        <w:rPr>
          <w:b/>
        </w:rPr>
        <w:t xml:space="preserve">№1: </w:t>
      </w:r>
      <w:r>
        <w:t>Чи-чи-чи. Не кричи. Запоминай.</w:t>
      </w:r>
    </w:p>
    <w:p>
      <w:pPr>
        <w:spacing w:after="120"/>
      </w:pPr>
      <w:r>
        <w:rPr>
          <w:b/>
        </w:rPr>
        <w:t xml:space="preserve">№3: </w:t>
      </w:r>
      <w:r>
        <w:t>Да, сэр.</w:t>
      </w:r>
    </w:p>
    <w:p>
      <w:pPr>
        <w:spacing w:after="120"/>
      </w:pPr>
      <w:r>
        <w:rPr>
          <w:b/>
        </w:rPr>
        <w:t xml:space="preserve">№1: </w:t>
      </w:r>
      <w:r>
        <w:t>Так вот. Если ты в это будешь искренне верить, ни на миг не сомневаясь, то и все остальные начнут. Понял?</w:t>
      </w:r>
    </w:p>
    <w:p>
      <w:pPr>
        <w:spacing w:after="120"/>
      </w:pPr>
      <w:r>
        <w:rPr>
          <w:b/>
        </w:rPr>
        <w:t xml:space="preserve">№3: </w:t>
      </w:r>
      <w:r>
        <w:t>Да! Понял!</w:t>
      </w:r>
    </w:p>
    <w:p>
      <w:pPr>
        <w:spacing w:after="120"/>
      </w:pPr>
      <w:r>
        <w:rPr>
          <w:b/>
        </w:rPr>
        <w:t xml:space="preserve">№1: </w:t>
      </w:r>
      <w:r>
        <w:t>Пока нет.</w:t>
      </w:r>
    </w:p>
    <w:p>
      <w:pPr>
        <w:spacing w:after="120"/>
      </w:pPr>
      <w:r>
        <w:rPr>
          <w:b/>
        </w:rPr>
        <w:t xml:space="preserve">№3: </w:t>
      </w:r>
      <w:r>
        <w:t>Точно понял!</w:t>
      </w:r>
    </w:p>
    <w:p>
      <w:pPr>
        <w:spacing w:after="120"/>
      </w:pPr>
      <w:r>
        <w:rPr>
          <w:b/>
        </w:rPr>
        <w:t xml:space="preserve">№1: </w:t>
      </w:r>
      <w:r>
        <w:t>Ты уверен?</w:t>
      </w:r>
    </w:p>
    <w:p>
      <w:pPr>
        <w:spacing w:after="120"/>
      </w:pPr>
      <w:r>
        <w:rPr>
          <w:b/>
        </w:rPr>
        <w:t xml:space="preserve">№3: </w:t>
      </w:r>
      <w:r>
        <w:t>Да!</w:t>
      </w:r>
    </w:p>
    <w:p>
      <w:pPr>
        <w:spacing w:after="120"/>
      </w:pPr>
      <w:r>
        <w:rPr>
          <w:b/>
        </w:rPr>
        <w:t xml:space="preserve">№1: </w:t>
      </w:r>
      <w:r>
        <w:t>Нет. Ещё не совсем, сынок.</w:t>
      </w:r>
    </w:p>
    <w:p>
      <w:pPr>
        <w:spacing w:after="120"/>
      </w:pPr>
      <w:r>
        <w:rPr>
          <w:b/>
        </w:rPr>
        <w:t xml:space="preserve">№3: </w:t>
      </w:r>
      <w:r>
        <w:t>Да… папа?</w:t>
      </w:r>
    </w:p>
    <w:p>
      <w:pPr>
        <w:spacing w:after="120"/>
      </w:pPr>
      <w:r>
        <w:rPr>
          <w:b/>
        </w:rPr>
        <w:t xml:space="preserve">№1: </w:t>
      </w:r>
      <w:r>
        <w:t>Вот теперь хорошо! Папа… Папа- это хорошо. Но нужно лучше! Уверенней!</w:t>
      </w:r>
    </w:p>
    <w:p>
      <w:pPr>
        <w:spacing w:after="120"/>
      </w:pPr>
      <w:r>
        <w:rPr>
          <w:b/>
        </w:rPr>
        <w:t xml:space="preserve">№3: </w:t>
      </w:r>
      <w:r>
        <w:t>Да, Отец!</w:t>
      </w:r>
    </w:p>
    <w:p>
      <w:pPr>
        <w:spacing w:after="120"/>
      </w:pPr>
      <w:r>
        <w:rPr>
          <w:b/>
        </w:rPr>
        <w:t xml:space="preserve">№1: </w:t>
      </w:r>
      <w:r>
        <w:t>Вот теперь «Оно»! Всё! Вот она! Дверь!</w:t>
      </w:r>
    </w:p>
    <w:p>
      <w:pPr>
        <w:spacing w:after="120"/>
      </w:pPr>
      <w:r>
        <w:rPr>
          <w:b/>
        </w:rPr>
        <w:t xml:space="preserve">№3: </w:t>
      </w:r>
      <w:r>
        <w:t>Дверь!</w:t>
      </w:r>
    </w:p>
    <w:p>
      <w:pPr>
        <w:spacing w:after="120"/>
      </w:pPr>
      <w:r>
        <w:rPr>
          <w:b/>
        </w:rPr>
        <w:t xml:space="preserve">№1: </w:t>
      </w:r>
      <w:r>
        <w:t>Готов?</w:t>
      </w:r>
    </w:p>
    <w:p>
      <w:pPr>
        <w:spacing w:after="120"/>
      </w:pPr>
      <w:r>
        <w:rPr>
          <w:b/>
        </w:rPr>
        <w:t xml:space="preserve">№3: </w:t>
      </w:r>
      <w:r>
        <w:t>Готов!</w:t>
      </w:r>
    </w:p>
    <w:p>
      <w:pPr>
        <w:spacing w:after="120"/>
      </w:pPr>
      <w:r>
        <w:t>Перед ними возникла та самая дверь</w:t>
      </w:r>
    </w:p>
    <w:p>
      <w:pPr>
        <w:spacing w:after="120"/>
      </w:pPr>
      <w:r>
        <w:rPr>
          <w:b/>
        </w:rPr>
        <w:t xml:space="preserve">№3: </w:t>
      </w:r>
      <w:r>
        <w:t>Как же можно…</w:t>
      </w:r>
    </w:p>
    <w:p>
      <w:pPr>
        <w:spacing w:after="120"/>
      </w:pPr>
      <w:r>
        <w:rPr>
          <w:b/>
        </w:rPr>
        <w:t xml:space="preserve">№1: </w:t>
      </w:r>
      <w:r>
        <w:t>Конечно можно. Ведь почему нельзя?</w:t>
      </w:r>
    </w:p>
    <w:p>
      <w:pPr>
        <w:spacing w:after="120"/>
      </w:pPr>
      <w:r>
        <w:rPr>
          <w:b/>
        </w:rPr>
        <w:t xml:space="preserve">№3: </w:t>
      </w:r>
      <w:r>
        <w:t>Без репетиций?</w:t>
      </w:r>
    </w:p>
    <w:p>
      <w:pPr>
        <w:spacing w:after="120"/>
      </w:pPr>
      <w:r>
        <w:rPr>
          <w:b/>
        </w:rPr>
        <w:t xml:space="preserve">№1: </w:t>
      </w:r>
      <w:r>
        <w:t>Лучшая репетиция — это спектакль! Собрался, вспомнил план, вперёд!</w:t>
      </w:r>
    </w:p>
    <w:p>
      <w:pPr>
        <w:spacing w:after="120"/>
      </w:pPr>
      <w:r>
        <w:rPr>
          <w:b/>
        </w:rPr>
        <w:t xml:space="preserve">№3: </w:t>
      </w:r>
      <w:r>
        <w:t>Но..!</w:t>
      </w:r>
    </w:p>
    <w:p>
      <w:pPr>
        <w:spacing w:after="120"/>
      </w:pPr>
      <w:r>
        <w:t>Он упёрся руками в проём двери.</w:t>
      </w:r>
    </w:p>
    <w:p>
      <w:pPr>
        <w:spacing w:after="120"/>
      </w:pPr>
      <w:r>
        <w:rPr>
          <w:b/>
        </w:rPr>
        <w:t xml:space="preserve">№1: </w:t>
      </w:r>
      <w:r>
        <w:t>(голосом любящего отца, успокаивающе) Тихо-тихо. Расслабься. Не думай ни о чём. Если что, импровизируй! Они это любят.</w:t>
      </w:r>
    </w:p>
    <w:p>
      <w:pPr>
        <w:spacing w:after="120"/>
      </w:pPr>
      <w:r>
        <w:rPr>
          <w:b/>
          <w:i/>
        </w:rPr>
        <w:t>Дверь распахнулась. №3 влетл в неё.</w:t>
      </w:r>
    </w:p>
    <w:p>
      <w:pPr>
        <w:spacing w:after="120"/>
      </w:pPr>
      <w:r>
        <w:rPr>
          <w:b/>
        </w:rPr>
        <w:t xml:space="preserve">№1: </w:t>
      </w:r>
      <w:r>
        <w:t>Вперёд! Сынок.(Он закрыл тяжёлую дверь с чувством выполненного долга) Вот теперь можно и поработать.</w:t>
      </w:r>
    </w:p>
    <w:p>
      <w:pPr>
        <w:spacing w:after="120"/>
      </w:pPr>
      <w:r>
        <w:t>№1 Выталкивает №3 в дверь.</w:t>
      </w:r>
    </w:p>
    <w:p>
      <w:pPr>
        <w:spacing w:after="120"/>
      </w:pPr>
      <w:r>
        <w:t>Аппаратная. №1 и №2.</w:t>
      </w:r>
    </w:p>
    <w:p>
      <w:pPr>
        <w:spacing w:after="120"/>
      </w:pPr>
      <w:r>
        <w:rPr>
          <w:b/>
        </w:rPr>
        <w:t xml:space="preserve">№1: </w:t>
      </w:r>
      <w:r>
        <w:t>Ну что? Птичка готова?</w:t>
      </w:r>
    </w:p>
    <w:p>
      <w:pPr>
        <w:spacing w:after="120"/>
      </w:pPr>
      <w:r>
        <w:rPr>
          <w:b/>
        </w:rPr>
        <w:t xml:space="preserve">№2: </w:t>
      </w:r>
      <w:r>
        <w:t>Да, конечно! Как живая.</w:t>
      </w:r>
    </w:p>
    <w:p>
      <w:pPr>
        <w:spacing w:after="120"/>
      </w:pPr>
      <w:r>
        <w:t>Как ни в чём не бывало, ответил Бадди не отрываясь от чая.</w:t>
      </w:r>
    </w:p>
    <w:p>
      <w:pPr>
        <w:spacing w:after="120"/>
      </w:pPr>
      <w:r>
        <w:rPr>
          <w:b/>
        </w:rPr>
        <w:t xml:space="preserve">№1: </w:t>
      </w:r>
      <w:r>
        <w:t>Славненько. Так. Что у нас по плану?</w:t>
      </w:r>
    </w:p>
    <w:p>
      <w:pPr>
        <w:spacing w:after="120"/>
      </w:pPr>
      <w:r>
        <w:rPr>
          <w:b/>
        </w:rPr>
        <w:t xml:space="preserve">№2: </w:t>
      </w:r>
      <w:r>
        <w:t>Территориальное развитие.</w:t>
      </w:r>
    </w:p>
    <w:p>
      <w:pPr>
        <w:spacing w:after="120"/>
      </w:pPr>
      <w:r>
        <w:rPr>
          <w:b/>
        </w:rPr>
        <w:t xml:space="preserve">№1: </w:t>
      </w:r>
      <w:r>
        <w:t>Это хорошо! Куда развиваемся?</w:t>
      </w:r>
    </w:p>
    <w:p>
      <w:pPr>
        <w:spacing w:after="120"/>
      </w:pPr>
      <w:r>
        <w:rPr>
          <w:b/>
        </w:rPr>
        <w:t xml:space="preserve">№2: </w:t>
      </w:r>
      <w:r>
        <w:t>Во все стороны! Заказы на Грецию, Италию, так же северные страны.</w:t>
      </w:r>
    </w:p>
    <w:p>
      <w:pPr>
        <w:spacing w:after="120"/>
      </w:pPr>
      <w:r>
        <w:rPr>
          <w:b/>
        </w:rPr>
        <w:t xml:space="preserve">№1: </w:t>
      </w:r>
      <w:r>
        <w:t>Хорошо!</w:t>
      </w:r>
    </w:p>
    <w:p>
      <w:pPr>
        <w:spacing w:after="120"/>
      </w:pPr>
      <w:r>
        <w:rPr>
          <w:b/>
        </w:rPr>
        <w:t xml:space="preserve">№2: </w:t>
      </w:r>
      <w:r>
        <w:t>Так же по новым реформам?</w:t>
      </w:r>
    </w:p>
    <w:p>
      <w:pPr>
        <w:spacing w:after="120"/>
      </w:pPr>
      <w:r>
        <w:rPr>
          <w:b/>
        </w:rPr>
        <w:t xml:space="preserve">№1: </w:t>
      </w:r>
      <w:r>
        <w:t>Нет. Значит так, Греция и Италия рядышком, поэтому сильно</w:t>
      </w:r>
    </w:p>
    <w:p>
      <w:pPr>
        <w:spacing w:after="120"/>
      </w:pPr>
      <w:r>
        <w:t>изворачиваться не будем. Ты изменение голоса подтянул?</w:t>
      </w:r>
    </w:p>
    <w:p>
      <w:pPr>
        <w:spacing w:after="120"/>
      </w:pPr>
      <w:r>
        <w:rPr>
          <w:b/>
        </w:rPr>
        <w:t xml:space="preserve">№2: </w:t>
      </w:r>
      <w:r>
        <w:t>(Приятным женским голосом, не меняясь в лице) Да, я над этим работал.</w:t>
      </w:r>
    </w:p>
    <w:p>
      <w:pPr>
        <w:spacing w:after="120"/>
      </w:pPr>
      <w:r>
        <w:rPr>
          <w:b/>
        </w:rPr>
        <w:t xml:space="preserve">№1: </w:t>
      </w:r>
      <w:r>
        <w:t>Хорошо. Значит, работаем по устоявшемуся сценарию!</w:t>
      </w:r>
    </w:p>
    <w:p>
      <w:pPr>
        <w:spacing w:after="120"/>
      </w:pPr>
      <w:r>
        <w:rPr>
          <w:b/>
          <w:i/>
        </w:rPr>
        <w:t>Процесс пошёл. №1 говорит №2 сразу воспроизводит сказанное, порхая пальцами по клавиатуре и бегункам на пульте.</w:t>
      </w:r>
    </w:p>
    <w:p>
      <w:pPr>
        <w:spacing w:after="120"/>
      </w:pPr>
      <w:r>
        <w:rPr>
          <w:b/>
        </w:rPr>
        <w:t xml:space="preserve">№1: </w:t>
      </w:r>
      <w:r>
        <w:t>Прописываем программу спецэффектов. Создаём дорожки под каждый эффект отдельно.</w:t>
      </w:r>
    </w:p>
    <w:p>
      <w:pPr>
        <w:spacing w:after="120"/>
      </w:pPr>
      <w:r>
        <w:rPr>
          <w:b/>
        </w:rPr>
        <w:t xml:space="preserve">№2: </w:t>
      </w:r>
      <w:r>
        <w:t>№2: Есть.</w:t>
      </w:r>
    </w:p>
    <w:p>
      <w:pPr>
        <w:spacing w:after="120"/>
      </w:pPr>
      <w:r>
        <w:rPr>
          <w:b/>
        </w:rPr>
        <w:t xml:space="preserve">№1: </w:t>
      </w:r>
      <w:r>
        <w:t>К каждой дорожке добавляй группу вспомогательных, отвечающие за отдельные составные мелочи. Всё распределяем по глобальности</w:t>
      </w:r>
    </w:p>
    <w:p>
      <w:pPr>
        <w:spacing w:after="120"/>
      </w:pPr>
      <w:r>
        <w:t>и смотрибельности. И не забывай об исходящих и последовательных.</w:t>
      </w:r>
    </w:p>
    <w:p>
      <w:pPr>
        <w:spacing w:after="120"/>
      </w:pPr>
      <w:r>
        <w:rPr>
          <w:b/>
        </w:rPr>
        <w:t xml:space="preserve">№2: </w:t>
      </w:r>
      <w:r>
        <w:t>Готово.</w:t>
      </w:r>
    </w:p>
    <w:p>
      <w:pPr>
        <w:spacing w:after="120"/>
      </w:pPr>
      <w:r>
        <w:rPr>
          <w:b/>
        </w:rPr>
        <w:t xml:space="preserve">№1: </w:t>
      </w:r>
      <w:r>
        <w:t>У каждой дорожки должно быть своё имя.</w:t>
      </w:r>
    </w:p>
    <w:p>
      <w:pPr>
        <w:spacing w:after="120"/>
      </w:pPr>
      <w:r>
        <w:rPr>
          <w:b/>
        </w:rPr>
        <w:t xml:space="preserve">№2: </w:t>
      </w:r>
      <w:r>
        <w:t>Ага.</w:t>
      </w:r>
    </w:p>
    <w:p>
      <w:pPr>
        <w:spacing w:after="120"/>
      </w:pPr>
      <w:r>
        <w:rPr>
          <w:b/>
        </w:rPr>
        <w:t xml:space="preserve">№1: </w:t>
      </w:r>
      <w:r>
        <w:t>Первый — свет! Туда же, стробоскоп со звуковым сопровождением, ну по типу молний т. п.</w:t>
      </w:r>
    </w:p>
    <w:p>
      <w:pPr>
        <w:spacing w:after="120"/>
      </w:pPr>
      <w:r>
        <w:rPr>
          <w:b/>
          <w:i/>
        </w:rPr>
        <w:t>Свет изменился.</w:t>
      </w:r>
    </w:p>
    <w:p>
      <w:pPr>
        <w:spacing w:after="120"/>
      </w:pPr>
      <w:r>
        <w:rPr>
          <w:b/>
        </w:rPr>
        <w:t xml:space="preserve">№2: </w:t>
      </w:r>
      <w:r>
        <w:t>Ага.</w:t>
      </w:r>
    </w:p>
    <w:p>
      <w:pPr>
        <w:spacing w:after="120"/>
      </w:pPr>
      <w:r>
        <w:rPr>
          <w:b/>
        </w:rPr>
        <w:t xml:space="preserve">№1: </w:t>
      </w:r>
      <w:r>
        <w:t>Второй- тьма! Ибо как свет без тьмы и тьма без света?</w:t>
      </w:r>
    </w:p>
    <w:p>
      <w:pPr>
        <w:spacing w:after="120"/>
      </w:pPr>
      <w:r>
        <w:rPr>
          <w:b/>
        </w:rPr>
        <w:t xml:space="preserve">№2: </w:t>
      </w:r>
      <w:r>
        <w:t>Туда тени, слякоть, огни и прочие прелести подземелий?</w:t>
      </w:r>
    </w:p>
    <w:p>
      <w:pPr>
        <w:spacing w:after="120"/>
      </w:pPr>
      <w:r>
        <w:rPr>
          <w:b/>
        </w:rPr>
        <w:t xml:space="preserve">№1: </w:t>
      </w:r>
      <w:r>
        <w:t>Именно.</w:t>
      </w:r>
    </w:p>
    <w:p>
      <w:pPr>
        <w:spacing w:after="120"/>
      </w:pPr>
      <w:r>
        <w:rPr>
          <w:b/>
        </w:rPr>
        <w:t xml:space="preserve">№2: </w:t>
      </w:r>
      <w:r>
        <w:t>Будет исполнено.</w:t>
      </w:r>
    </w:p>
    <w:p>
      <w:pPr>
        <w:spacing w:after="120"/>
      </w:pPr>
      <w:r>
        <w:rPr>
          <w:b/>
          <w:i/>
        </w:rPr>
        <w:t>Студия погрузилась в полумрак, появились зеленовато-синие оттенки. По полу застелился тяжёлый дым. Где-то в глубине с различных сторон послышались звуки, напоминающие скрежет металла, капли воды и, отдалённо, стоны мучеников.</w:t>
      </w:r>
    </w:p>
    <w:p>
      <w:pPr>
        <w:spacing w:after="120"/>
      </w:pPr>
      <w:r>
        <w:rPr>
          <w:b/>
        </w:rPr>
        <w:t xml:space="preserve">№2: </w:t>
      </w:r>
      <w:r>
        <w:t>Пожалуйста.</w:t>
      </w:r>
    </w:p>
    <w:p>
      <w:pPr>
        <w:spacing w:after="120"/>
      </w:pPr>
      <w:r>
        <w:rPr>
          <w:b/>
        </w:rPr>
        <w:t xml:space="preserve">№1: </w:t>
      </w:r>
      <w:r>
        <w:t>Над этим нужно будет поработать.</w:t>
      </w:r>
    </w:p>
    <w:p>
      <w:pPr>
        <w:spacing w:after="120"/>
      </w:pPr>
      <w:r>
        <w:rPr>
          <w:b/>
        </w:rPr>
        <w:t xml:space="preserve">№2: </w:t>
      </w:r>
      <w:r>
        <w:t>Сейчас?</w:t>
      </w:r>
    </w:p>
    <w:p>
      <w:pPr>
        <w:spacing w:after="120"/>
      </w:pPr>
      <w:r>
        <w:rPr>
          <w:b/>
        </w:rPr>
        <w:t xml:space="preserve">№1: </w:t>
      </w:r>
      <w:r>
        <w:t>Нет. В будущем. Поставь заметку на девять отдельных вспомогательных дорожек.</w:t>
      </w:r>
    </w:p>
    <w:p>
      <w:pPr>
        <w:spacing w:after="120"/>
      </w:pPr>
      <w:r>
        <w:rPr>
          <w:b/>
        </w:rPr>
        <w:t xml:space="preserve">№2: </w:t>
      </w:r>
      <w:r>
        <w:t>Как уровни?</w:t>
      </w:r>
    </w:p>
    <w:p>
      <w:pPr>
        <w:spacing w:after="120"/>
      </w:pPr>
      <w:r>
        <w:rPr>
          <w:b/>
        </w:rPr>
        <w:t xml:space="preserve">№1: </w:t>
      </w:r>
      <w:r>
        <w:t>Ага.</w:t>
      </w:r>
    </w:p>
    <w:p>
      <w:pPr>
        <w:spacing w:after="120"/>
      </w:pPr>
      <w:r>
        <w:rPr>
          <w:b/>
        </w:rPr>
        <w:t xml:space="preserve">№2: </w:t>
      </w:r>
      <w:r>
        <w:t>А почему девять?</w:t>
      </w:r>
    </w:p>
    <w:p>
      <w:pPr>
        <w:spacing w:after="120"/>
      </w:pPr>
      <w:r>
        <w:rPr>
          <w:b/>
        </w:rPr>
        <w:t xml:space="preserve">№1: </w:t>
      </w:r>
      <w:r>
        <w:t>А почему и нет. Трижды три девять. А три… не важно!</w:t>
      </w:r>
    </w:p>
    <w:p>
      <w:pPr>
        <w:spacing w:after="120"/>
      </w:pPr>
      <w:r>
        <w:rPr>
          <w:b/>
        </w:rPr>
        <w:t xml:space="preserve">№2: </w:t>
      </w:r>
      <w:r>
        <w:t>Понял. А я могу поэкспериментировать с ними?</w:t>
      </w:r>
    </w:p>
    <w:p>
      <w:pPr>
        <w:spacing w:after="120"/>
      </w:pPr>
      <w:r>
        <w:rPr>
          <w:b/>
        </w:rPr>
        <w:t xml:space="preserve">№1: </w:t>
      </w:r>
      <w:r>
        <w:t>Как именно?</w:t>
      </w:r>
    </w:p>
    <w:p>
      <w:pPr>
        <w:spacing w:after="120"/>
      </w:pPr>
      <w:r>
        <w:rPr>
          <w:b/>
        </w:rPr>
        <w:t xml:space="preserve">№2: </w:t>
      </w:r>
      <w:r>
        <w:t>Свет, температура, время?</w:t>
      </w:r>
    </w:p>
    <w:p>
      <w:pPr>
        <w:spacing w:after="120"/>
      </w:pPr>
      <w:r>
        <w:rPr>
          <w:b/>
        </w:rPr>
        <w:t xml:space="preserve">№1: </w:t>
      </w:r>
      <w:r>
        <w:t>Конечно. Делай что хочешь?</w:t>
      </w:r>
    </w:p>
    <w:p>
      <w:pPr>
        <w:spacing w:after="120"/>
      </w:pPr>
      <w:r>
        <w:rPr>
          <w:b/>
        </w:rPr>
        <w:t xml:space="preserve">№2: </w:t>
      </w:r>
      <w:r>
        <w:t>Благодарю. Как знал, что пригодится.</w:t>
      </w:r>
    </w:p>
    <w:p>
      <w:pPr>
        <w:spacing w:after="120"/>
      </w:pPr>
      <w:r>
        <w:rPr>
          <w:b/>
        </w:rPr>
        <w:t xml:space="preserve">№1: </w:t>
      </w:r>
      <w:r>
        <w:t>Продолжаем! Третий — Вода и всё что с ней связанно.</w:t>
      </w:r>
    </w:p>
    <w:p>
      <w:pPr>
        <w:spacing w:after="120"/>
      </w:pPr>
      <w:r>
        <w:rPr>
          <w:b/>
          <w:i/>
        </w:rPr>
        <w:t>Студия преобразилась. Презентация воды.</w:t>
      </w:r>
    </w:p>
    <w:p>
      <w:pPr>
        <w:spacing w:after="120"/>
      </w:pPr>
      <w:r>
        <w:rPr>
          <w:b/>
        </w:rPr>
        <w:t xml:space="preserve">№1: </w:t>
      </w:r>
      <w:r>
        <w:t>Хорошо проработал мелкие детали голограммы.</w:t>
      </w:r>
    </w:p>
    <w:p>
      <w:pPr>
        <w:spacing w:after="120"/>
      </w:pPr>
      <w:r>
        <w:rPr>
          <w:b/>
        </w:rPr>
        <w:t xml:space="preserve">№2: </w:t>
      </w:r>
      <w:r>
        <w:t>Благодарю. С этим понятно. Остальные?</w:t>
      </w:r>
    </w:p>
    <w:p>
      <w:pPr>
        <w:spacing w:after="120"/>
      </w:pPr>
      <w:r>
        <w:rPr>
          <w:b/>
        </w:rPr>
        <w:t xml:space="preserve">№1: </w:t>
      </w:r>
      <w:r>
        <w:t>Остальные, по тому же принципу. Ну ты знаешь. Не мне тебе объяснять. Свет перешёл в рабочий режим.</w:t>
      </w:r>
    </w:p>
    <w:p>
      <w:pPr>
        <w:spacing w:after="120"/>
      </w:pPr>
      <w:r>
        <w:rPr>
          <w:b/>
        </w:rPr>
        <w:t xml:space="preserve">№2: </w:t>
      </w:r>
      <w:r>
        <w:t>Так. Это на Грецию или Италию?</w:t>
      </w:r>
    </w:p>
    <w:p>
      <w:pPr>
        <w:spacing w:after="120"/>
      </w:pPr>
      <w:r>
        <w:rPr>
          <w:b/>
        </w:rPr>
        <w:t xml:space="preserve">№1: </w:t>
      </w:r>
      <w:r>
        <w:t>Дай подумать. И туда и туда!</w:t>
      </w:r>
    </w:p>
    <w:p>
      <w:pPr>
        <w:spacing w:after="120"/>
      </w:pPr>
      <w:r>
        <w:rPr>
          <w:b/>
        </w:rPr>
        <w:t xml:space="preserve">№2: </w:t>
      </w:r>
      <w:r>
        <w:t>Оригинально.</w:t>
      </w:r>
    </w:p>
    <w:p>
      <w:pPr>
        <w:spacing w:after="120"/>
      </w:pPr>
      <w:r>
        <w:rPr>
          <w:b/>
        </w:rPr>
        <w:t xml:space="preserve">№1: </w:t>
      </w:r>
      <w:r>
        <w:t>Только смотри, имена дорожек должны быть разные, а точнее те же самые, только звучать по-разному. (Вопросительный взгляд от №2) Ну, на Италию и Грецию. Отталкивайся от языковых особенностей. Предлагаю называть так же, как и планеты, ну там Юпитер, Плутон, Нептун и т. д. Смешно да!</w:t>
      </w:r>
    </w:p>
    <w:p>
      <w:pPr>
        <w:spacing w:after="120"/>
      </w:pPr>
      <w:r>
        <w:rPr>
          <w:b/>
        </w:rPr>
        <w:t xml:space="preserve">№2: </w:t>
      </w:r>
      <w:r>
        <w:t>Понятно. С северными, то же самое?</w:t>
      </w:r>
    </w:p>
    <w:p>
      <w:pPr>
        <w:spacing w:after="120"/>
      </w:pPr>
      <w:r>
        <w:rPr>
          <w:b/>
        </w:rPr>
        <w:t xml:space="preserve">№1: </w:t>
      </w:r>
      <w:r>
        <w:t>Да, но не совсем. Нужно учитывать менталитет. Там немного по- другому. Так тут нужно подумать. Так! Пиши! Первая дорожка… Записал?</w:t>
      </w:r>
    </w:p>
    <w:p>
      <w:pPr>
        <w:spacing w:after="120"/>
      </w:pPr>
      <w:r>
        <w:rPr>
          <w:b/>
        </w:rPr>
        <w:t xml:space="preserve">№2: </w:t>
      </w:r>
      <w:r>
        <w:t>Да.</w:t>
      </w:r>
    </w:p>
    <w:p>
      <w:pPr>
        <w:spacing w:after="120"/>
      </w:pPr>
      <w:r>
        <w:rPr>
          <w:b/>
        </w:rPr>
        <w:t xml:space="preserve">№1: </w:t>
      </w:r>
      <w:r>
        <w:t>А, ну покажи.</w:t>
      </w:r>
    </w:p>
    <w:p>
      <w:pPr>
        <w:spacing w:after="120"/>
      </w:pPr>
      <w:r>
        <w:t>№2 Вот. Дорожка один.</w:t>
      </w:r>
    </w:p>
    <w:p>
      <w:pPr>
        <w:spacing w:after="120"/>
      </w:pPr>
      <w:r>
        <w:rPr>
          <w:b/>
        </w:rPr>
        <w:t xml:space="preserve">№1: </w:t>
      </w:r>
      <w:r>
        <w:t>А, почему один с большой буквы? Хотя погоди… One… En…</w:t>
      </w:r>
    </w:p>
    <w:p>
      <w:pPr>
        <w:spacing w:after="120"/>
      </w:pPr>
      <w:r>
        <w:t>Uno… Eine… Один…? Один, о-дин, о дин… Один! Это хорошо! Так и оставляй!</w:t>
      </w:r>
    </w:p>
    <w:p>
      <w:pPr>
        <w:spacing w:after="120"/>
      </w:pPr>
      <w:r>
        <w:rPr>
          <w:b/>
        </w:rPr>
        <w:t xml:space="preserve">№2: </w:t>
      </w:r>
      <w:r>
        <w:t>А остальные?</w:t>
      </w:r>
    </w:p>
    <w:p>
      <w:pPr>
        <w:spacing w:after="120"/>
      </w:pPr>
      <w:r>
        <w:rPr>
          <w:b/>
        </w:rPr>
        <w:t xml:space="preserve">№1: </w:t>
      </w:r>
      <w:r>
        <w:t>Ну ты словно первый день работаешь. Подумай.</w:t>
      </w:r>
    </w:p>
    <w:p>
      <w:pPr>
        <w:spacing w:after="120"/>
      </w:pPr>
      <w:r>
        <w:rPr>
          <w:b/>
          <w:i/>
        </w:rPr>
        <w:t>№2 решил поискать подсказку в своём ежедневнике.</w:t>
      </w:r>
    </w:p>
    <w:p>
      <w:pPr>
        <w:spacing w:after="120"/>
      </w:pPr>
      <w:r>
        <w:rPr>
          <w:b/>
        </w:rPr>
        <w:t xml:space="preserve">№1: </w:t>
      </w:r>
      <w:r>
        <w:t>Нет, это тебе пригодится позже. Сейчас тебе нужно использовать, другое.</w:t>
      </w:r>
    </w:p>
    <w:p>
      <w:pPr>
        <w:spacing w:after="120"/>
      </w:pPr>
      <w:r>
        <w:rPr>
          <w:b/>
        </w:rPr>
        <w:t xml:space="preserve">№2: </w:t>
      </w:r>
      <w:r>
        <w:t>И что же если не это?</w:t>
      </w:r>
    </w:p>
    <w:p>
      <w:pPr>
        <w:spacing w:after="120"/>
      </w:pPr>
      <w:r>
        <w:rPr>
          <w:b/>
        </w:rPr>
        <w:t xml:space="preserve">№1: </w:t>
      </w:r>
      <w:r>
        <w:t>Это. ( он указательным пальцем коснулся точки в центре лба №2)</w:t>
      </w:r>
    </w:p>
    <w:p>
      <w:pPr>
        <w:spacing w:after="120"/>
      </w:pPr>
      <w:r>
        <w:rPr>
          <w:b/>
        </w:rPr>
        <w:t xml:space="preserve">№2: </w:t>
      </w:r>
      <w:r>
        <w:t>Хорошо… я понял...</w:t>
      </w:r>
    </w:p>
    <w:p>
      <w:pPr>
        <w:spacing w:after="120"/>
      </w:pPr>
      <w:r>
        <w:rPr>
          <w:b/>
        </w:rPr>
        <w:t xml:space="preserve">№1: </w:t>
      </w:r>
      <w:r>
        <w:t>Ты уверен?</w:t>
      </w:r>
    </w:p>
    <w:p>
      <w:pPr>
        <w:spacing w:after="120"/>
      </w:pPr>
      <w:r>
        <w:rPr>
          <w:b/>
        </w:rPr>
        <w:t xml:space="preserve">№2: </w:t>
      </w:r>
      <w:r>
        <w:t>Да. Здесь нельзя использовать название планет.</w:t>
      </w:r>
    </w:p>
    <w:p>
      <w:pPr>
        <w:spacing w:after="120"/>
      </w:pPr>
      <w:r>
        <w:rPr>
          <w:b/>
        </w:rPr>
        <w:t xml:space="preserve">№1: </w:t>
      </w:r>
      <w:r>
        <w:t>Дальше.</w:t>
      </w:r>
    </w:p>
    <w:p>
      <w:pPr>
        <w:spacing w:after="120"/>
      </w:pPr>
      <w:r>
        <w:rPr>
          <w:b/>
        </w:rPr>
        <w:t xml:space="preserve">№2: </w:t>
      </w:r>
      <w:r>
        <w:t>Месяца тоже отпадают?</w:t>
      </w:r>
    </w:p>
    <w:p>
      <w:pPr>
        <w:spacing w:after="120"/>
      </w:pPr>
      <w:r>
        <w:rPr>
          <w:b/>
        </w:rPr>
        <w:t xml:space="preserve">№1: </w:t>
      </w:r>
      <w:r>
        <w:t>А месяца почему?</w:t>
      </w:r>
    </w:p>
    <w:p>
      <w:pPr>
        <w:spacing w:after="120"/>
      </w:pPr>
      <w:r>
        <w:rPr>
          <w:b/>
        </w:rPr>
        <w:t xml:space="preserve">№2: </w:t>
      </w:r>
      <w:r>
        <w:t>Месяц – это луна. Луна – это спутник земли. Луна без земли никуда. Земля – это планета. Планеты отпадают.</w:t>
      </w:r>
    </w:p>
    <w:p>
      <w:pPr>
        <w:spacing w:after="120"/>
      </w:pPr>
      <w:r>
        <w:rPr>
          <w:b/>
        </w:rPr>
        <w:t xml:space="preserve">№1: </w:t>
      </w:r>
      <w:r>
        <w:t>Ну..?</w:t>
      </w:r>
    </w:p>
    <w:p>
      <w:pPr>
        <w:spacing w:after="120"/>
      </w:pPr>
      <w:r>
        <w:rPr>
          <w:b/>
        </w:rPr>
        <w:t xml:space="preserve">№2: </w:t>
      </w:r>
      <w:r>
        <w:t>Тогда – дни недели.</w:t>
      </w:r>
    </w:p>
    <w:p>
      <w:pPr>
        <w:spacing w:after="120"/>
      </w:pPr>
      <w:r>
        <w:rPr>
          <w:b/>
        </w:rPr>
        <w:t xml:space="preserve">№1: </w:t>
      </w:r>
      <w:r>
        <w:t>Дни недели?</w:t>
      </w:r>
    </w:p>
    <w:p>
      <w:pPr>
        <w:spacing w:after="120"/>
      </w:pPr>
      <w:r>
        <w:rPr>
          <w:b/>
        </w:rPr>
        <w:t xml:space="preserve">№2: </w:t>
      </w:r>
      <w:r>
        <w:t>Да. И начнём со среды. Один – среда.</w:t>
      </w:r>
    </w:p>
    <w:p>
      <w:pPr>
        <w:spacing w:after="120"/>
      </w:pPr>
      <w:r>
        <w:rPr>
          <w:b/>
        </w:rPr>
        <w:t xml:space="preserve">№1: </w:t>
      </w:r>
      <w:r>
        <w:t>А почему среда?</w:t>
      </w:r>
    </w:p>
    <w:p>
      <w:pPr>
        <w:spacing w:after="120"/>
      </w:pPr>
      <w:r>
        <w:rPr>
          <w:b/>
        </w:rPr>
        <w:t xml:space="preserve">№2: </w:t>
      </w:r>
      <w:r>
        <w:t>По- моему, тут всё понятно. Вы же сами сказали – Нужно учитывать менталитет.</w:t>
      </w:r>
    </w:p>
    <w:p>
      <w:pPr>
        <w:spacing w:after="120"/>
      </w:pPr>
      <w:r>
        <w:rPr>
          <w:b/>
        </w:rPr>
        <w:t xml:space="preserve">№1: </w:t>
      </w:r>
      <w:r>
        <w:t>Умничка. Так и продолжай.</w:t>
      </w:r>
    </w:p>
    <w:p>
      <w:pPr>
        <w:spacing w:after="120"/>
      </w:pPr>
      <w:r>
        <w:t>Открывается дверь, появляется №3 в костюме змеи и с короной на голове в с кукурузным початком в центре. №1 нажал кнопку на пульте и громкая связ произнесла его голосом: “Большая просьба всем сотрудникам явиться в главный зал для проведения разбора проделанной работы.”</w:t>
      </w:r>
    </w:p>
    <w:p>
      <w:pPr>
        <w:spacing w:after="120"/>
      </w:pPr>
      <w:r>
        <w:rPr>
          <w:b/>
        </w:rPr>
        <w:t xml:space="preserve">№1: </w:t>
      </w:r>
      <w:r>
        <w:t>Повторяю.</w:t>
      </w:r>
    </w:p>
    <w:p>
      <w:pPr>
        <w:spacing w:after="120"/>
      </w:pPr>
      <w:r>
        <w:rPr>
          <w:b/>
          <w:i/>
        </w:rPr>
        <w:t>№1 нажал кнопку на пульте, и громкая связь произнесла его голосом: “Большая просьба всем сотрудникам явиться в главный зал для</w:t>
      </w:r>
    </w:p>
    <w:p>
      <w:pPr>
        <w:spacing w:after="120"/>
      </w:pPr>
      <w:r>
        <w:t>проведения разбора проделанной работы.” №1 уходит.</w:t>
      </w:r>
    </w:p>
    <w:p>
      <w:pPr>
        <w:spacing w:after="120"/>
      </w:pPr>
      <w:r>
        <w:rPr>
          <w:b/>
        </w:rPr>
        <w:t xml:space="preserve">№3: </w:t>
      </w:r>
      <w:r>
        <w:t>(Обращаясь к №2)Что-то не так?</w:t>
      </w:r>
    </w:p>
    <w:p>
      <w:pPr>
        <w:spacing w:after="120"/>
      </w:pPr>
      <w:r>
        <w:rPr>
          <w:b/>
        </w:rPr>
        <w:t xml:space="preserve">№2: </w:t>
      </w:r>
      <w:r>
        <w:t>Как по мне, Всё потрясающе.</w:t>
      </w:r>
    </w:p>
    <w:p>
      <w:pPr>
        <w:spacing w:after="120"/>
      </w:pPr>
      <w:r>
        <w:t>В кабинете №1.</w:t>
      </w:r>
    </w:p>
    <w:p>
      <w:pPr>
        <w:spacing w:after="120"/>
      </w:pPr>
      <w:r>
        <w:rPr>
          <w:b/>
        </w:rPr>
        <w:t xml:space="preserve">№1: </w:t>
      </w:r>
      <w:r>
        <w:t>(тепло и по-отечески.) Ну что, сынок? Как успехи? Как ощущения?</w:t>
      </w:r>
    </w:p>
    <w:p>
      <w:pPr>
        <w:spacing w:after="120"/>
      </w:pPr>
      <w:r>
        <w:rPr>
          <w:b/>
        </w:rPr>
        <w:t xml:space="preserve">№3: </w:t>
      </w:r>
      <w:r>
        <w:t>(с претензией)Вы ещё спрашиваете? Во-первых: никто меня не ждал! Во-вторых, они какие-то дикие! И в-третьих! Это вы меня куда послали, Африка, Австралия?</w:t>
      </w:r>
    </w:p>
    <w:p>
      <w:pPr>
        <w:spacing w:after="120"/>
      </w:pPr>
      <w:r>
        <w:rPr>
          <w:b/>
        </w:rPr>
        <w:t xml:space="preserve">№1: </w:t>
      </w:r>
      <w:r>
        <w:t>Южная Америка. Молодые, подающие надежду детки.</w:t>
      </w:r>
    </w:p>
    <w:p>
      <w:pPr>
        <w:spacing w:after="120"/>
      </w:pPr>
      <w:r>
        <w:rPr>
          <w:b/>
        </w:rPr>
        <w:t xml:space="preserve">№3: </w:t>
      </w:r>
      <w:r>
        <w:t>Ну тогда, всё понятно! Вы, хоть предупреждайте! Я никогда с</w:t>
      </w:r>
    </w:p>
    <w:p>
      <w:pPr>
        <w:spacing w:after="120"/>
      </w:pPr>
      <w:r>
        <w:t>маленькими не работал! И вообще работа с представителями стран третьего мира, когда они только с деревьев слезли..</w:t>
      </w:r>
    </w:p>
    <w:p>
      <w:pPr>
        <w:spacing w:after="120"/>
      </w:pPr>
      <w:r>
        <w:rPr>
          <w:b/>
        </w:rPr>
        <w:t xml:space="preserve">№1: </w:t>
      </w:r>
      <w:r>
        <w:t>Не тараторь!! Убирай эмоциональную подложку. У нас идёт разбор проделанной работы. Давай по порядку. Рассказывай с самого начала.</w:t>
      </w:r>
    </w:p>
    <w:p>
      <w:pPr>
        <w:spacing w:after="120"/>
      </w:pPr>
      <w:r>
        <w:rPr>
          <w:b/>
        </w:rPr>
        <w:t xml:space="preserve">№3: </w:t>
      </w:r>
      <w:r>
        <w:t>Ну, в начале, я вышел.</w:t>
      </w:r>
    </w:p>
    <w:p>
      <w:pPr>
        <w:spacing w:after="120"/>
      </w:pPr>
      <w:r>
        <w:rPr>
          <w:b/>
        </w:rPr>
        <w:t xml:space="preserve">№1: </w:t>
      </w:r>
      <w:r>
        <w:t>Вышел?</w:t>
      </w:r>
    </w:p>
    <w:p>
      <w:pPr>
        <w:spacing w:after="120"/>
      </w:pPr>
      <w:r>
        <w:rPr>
          <w:b/>
        </w:rPr>
        <w:t xml:space="preserve">№3: </w:t>
      </w:r>
      <w:r>
        <w:t>Вышел.</w:t>
      </w:r>
    </w:p>
    <w:p>
      <w:pPr>
        <w:spacing w:after="120"/>
      </w:pPr>
      <w:r>
        <w:rPr>
          <w:b/>
        </w:rPr>
        <w:t xml:space="preserve">№1: </w:t>
      </w:r>
      <w:r>
        <w:t>Замуж?</w:t>
      </w:r>
    </w:p>
    <w:p>
      <w:pPr>
        <w:spacing w:after="120"/>
      </w:pPr>
      <w:r>
        <w:rPr>
          <w:b/>
        </w:rPr>
        <w:t xml:space="preserve">№3: </w:t>
      </w:r>
      <w:r>
        <w:t>Да нет..</w:t>
      </w:r>
    </w:p>
    <w:p>
      <w:pPr>
        <w:spacing w:after="120"/>
      </w:pPr>
      <w:r>
        <w:rPr>
          <w:b/>
        </w:rPr>
        <w:t xml:space="preserve">№1: </w:t>
      </w:r>
      <w:r>
        <w:t>Тогда может быть покурить? Попить кофе? По-маленькому?</w:t>
      </w:r>
    </w:p>
    <w:p>
      <w:pPr>
        <w:spacing w:after="120"/>
      </w:pPr>
      <w:r>
        <w:t>По- большому? Или может быть из шкафа? Из себя? Или ты новый выпуск журнала, который выходит раз в две недели?</w:t>
      </w:r>
    </w:p>
    <w:p>
      <w:pPr>
        <w:spacing w:after="120"/>
      </w:pPr>
      <w:r>
        <w:rPr>
          <w:b/>
        </w:rPr>
        <w:t xml:space="preserve">№3: </w:t>
      </w:r>
      <w:r>
        <w:t>Нет! Я не вышел… Я появился.</w:t>
      </w:r>
    </w:p>
    <w:p>
      <w:pPr>
        <w:spacing w:after="120"/>
      </w:pPr>
      <w:r>
        <w:rPr>
          <w:b/>
        </w:rPr>
        <w:t xml:space="preserve">№1: </w:t>
      </w:r>
      <w:r>
        <w:t>Появился… Это как ты появился?</w:t>
      </w:r>
    </w:p>
    <w:p>
      <w:pPr>
        <w:spacing w:after="120"/>
      </w:pPr>
      <w:r>
        <w:rPr>
          <w:b/>
        </w:rPr>
        <w:t xml:space="preserve">№3: </w:t>
      </w:r>
      <w:r>
        <w:t>Ну там, гром, молнии…</w:t>
      </w:r>
    </w:p>
    <w:p>
      <w:pPr>
        <w:spacing w:after="120"/>
      </w:pPr>
      <w:r>
        <w:rPr>
          <w:b/>
        </w:rPr>
        <w:t xml:space="preserve">№1: </w:t>
      </w:r>
      <w:r>
        <w:t>Хмммм….Ты мне скажи.</w:t>
      </w:r>
    </w:p>
    <w:p>
      <w:pPr>
        <w:spacing w:after="120"/>
      </w:pPr>
      <w:r>
        <w:rPr>
          <w:b/>
        </w:rPr>
        <w:t xml:space="preserve">№3: </w:t>
      </w:r>
      <w:r>
        <w:t>Что?</w:t>
      </w:r>
    </w:p>
    <w:p>
      <w:pPr>
        <w:spacing w:after="120"/>
      </w:pPr>
      <w:r>
        <w:rPr>
          <w:b/>
        </w:rPr>
        <w:t xml:space="preserve">№1: </w:t>
      </w:r>
      <w:r>
        <w:t>Ты же сценарий открывал?</w:t>
      </w:r>
    </w:p>
    <w:p>
      <w:pPr>
        <w:spacing w:after="120"/>
      </w:pPr>
      <w:r>
        <w:rPr>
          <w:b/>
        </w:rPr>
        <w:t xml:space="preserve">№3: </w:t>
      </w:r>
      <w:r>
        <w:t>Открывал…</w:t>
      </w:r>
    </w:p>
    <w:p>
      <w:pPr>
        <w:spacing w:after="120"/>
      </w:pPr>
      <w:r>
        <w:rPr>
          <w:b/>
        </w:rPr>
        <w:t xml:space="preserve">№1: </w:t>
      </w:r>
      <w:r>
        <w:t>На страницы смотрел?</w:t>
      </w:r>
    </w:p>
    <w:p>
      <w:pPr>
        <w:spacing w:after="120"/>
      </w:pPr>
      <w:r>
        <w:rPr>
          <w:b/>
        </w:rPr>
        <w:t xml:space="preserve">№3: </w:t>
      </w:r>
      <w:r>
        <w:t>Смотрел…</w:t>
      </w:r>
    </w:p>
    <w:p>
      <w:pPr>
        <w:spacing w:after="120"/>
      </w:pPr>
      <w:r>
        <w:rPr>
          <w:b/>
        </w:rPr>
        <w:t xml:space="preserve">№1: </w:t>
      </w:r>
      <w:r>
        <w:t>Буквы видел?</w:t>
      </w:r>
    </w:p>
    <w:p>
      <w:pPr>
        <w:spacing w:after="120"/>
      </w:pPr>
      <w:r>
        <w:rPr>
          <w:b/>
        </w:rPr>
        <w:t xml:space="preserve">№3: </w:t>
      </w:r>
      <w:r>
        <w:t>Видел…</w:t>
      </w:r>
    </w:p>
    <w:p>
      <w:pPr>
        <w:spacing w:after="120"/>
      </w:pPr>
      <w:r>
        <w:rPr>
          <w:b/>
        </w:rPr>
        <w:t xml:space="preserve">№1: </w:t>
      </w:r>
      <w:r>
        <w:t>В слова собирал?</w:t>
      </w:r>
    </w:p>
    <w:p>
      <w:pPr>
        <w:spacing w:after="120"/>
      </w:pPr>
      <w:r>
        <w:rPr>
          <w:b/>
        </w:rPr>
        <w:t xml:space="preserve">№3: </w:t>
      </w:r>
      <w:r>
        <w:t>Собирал…</w:t>
      </w:r>
    </w:p>
    <w:p>
      <w:pPr>
        <w:spacing w:after="120"/>
      </w:pPr>
      <w:r>
        <w:rPr>
          <w:b/>
        </w:rPr>
        <w:t xml:space="preserve">№1: </w:t>
      </w:r>
      <w:r>
        <w:t>В предложения выстраивал?</w:t>
      </w:r>
    </w:p>
    <w:p>
      <w:pPr>
        <w:spacing w:after="120"/>
      </w:pPr>
      <w:r>
        <w:rPr>
          <w:b/>
        </w:rPr>
        <w:t xml:space="preserve">№3: </w:t>
      </w:r>
      <w:r>
        <w:t>Ага..</w:t>
      </w:r>
    </w:p>
    <w:p>
      <w:pPr>
        <w:spacing w:after="120"/>
      </w:pPr>
      <w:r>
        <w:rPr>
          <w:b/>
        </w:rPr>
        <w:t xml:space="preserve">№1: </w:t>
      </w:r>
      <w:r>
        <w:t>Короче говоря, читал.</w:t>
      </w:r>
    </w:p>
    <w:p>
      <w:pPr>
        <w:spacing w:after="120"/>
      </w:pPr>
      <w:r>
        <w:rPr>
          <w:b/>
        </w:rPr>
        <w:t xml:space="preserve">№3: </w:t>
      </w:r>
      <w:r>
        <w:t>Ну, да… Читал…</w:t>
      </w:r>
    </w:p>
    <w:p>
      <w:pPr>
        <w:spacing w:after="120"/>
      </w:pPr>
      <w:r>
        <w:rPr>
          <w:b/>
        </w:rPr>
        <w:t xml:space="preserve">№1: </w:t>
      </w:r>
      <w:r>
        <w:t>Вот! Мы выяснили! Читать ты умеешь!</w:t>
      </w:r>
    </w:p>
    <w:p>
      <w:pPr>
        <w:spacing w:after="120"/>
      </w:pPr>
      <w:r>
        <w:rPr>
          <w:b/>
        </w:rPr>
        <w:t xml:space="preserve">№3: </w:t>
      </w:r>
      <w:r>
        <w:t>Умею…</w:t>
      </w:r>
    </w:p>
    <w:p>
      <w:pPr>
        <w:spacing w:after="120"/>
      </w:pPr>
      <w:r>
        <w:rPr>
          <w:b/>
        </w:rPr>
        <w:t xml:space="preserve">№1: </w:t>
      </w:r>
      <w:r>
        <w:t>Ну раз умеешь, то скажи. Что там, было написано, в начале?</w:t>
      </w:r>
    </w:p>
    <w:p>
      <w:pPr>
        <w:spacing w:after="120"/>
      </w:pPr>
      <w:r>
        <w:rPr>
          <w:b/>
        </w:rPr>
        <w:t xml:space="preserve">№3: </w:t>
      </w:r>
      <w:r>
        <w:t>Там много всего!..</w:t>
      </w:r>
    </w:p>
    <w:p>
      <w:pPr>
        <w:spacing w:after="120"/>
      </w:pPr>
      <w:r>
        <w:rPr>
          <w:b/>
        </w:rPr>
        <w:t xml:space="preserve">№1: </w:t>
      </w:r>
      <w:r>
        <w:t>А можно точнее? Конкретики бы хотелось!</w:t>
      </w:r>
    </w:p>
    <w:p>
      <w:pPr>
        <w:spacing w:after="120"/>
      </w:pPr>
      <w:r>
        <w:rPr>
          <w:b/>
        </w:rPr>
        <w:t xml:space="preserve">№3: </w:t>
      </w:r>
      <w:r>
        <w:t>. слова, слова… много слов….</w:t>
      </w:r>
    </w:p>
    <w:p>
      <w:pPr>
        <w:spacing w:after="120"/>
      </w:pPr>
      <w:r>
        <w:rPr>
          <w:b/>
        </w:rPr>
        <w:t xml:space="preserve">№1: </w:t>
      </w:r>
      <w:r>
        <w:t>Вот именно! В начале! Были! Слова! А ты с чего начал?</w:t>
      </w:r>
    </w:p>
    <w:p>
      <w:pPr>
        <w:spacing w:after="120"/>
      </w:pPr>
      <w:r>
        <w:rPr>
          <w:b/>
        </w:rPr>
        <w:t xml:space="preserve">№3: </w:t>
      </w:r>
      <w:r>
        <w:t>Ну я же хотел…</w:t>
      </w:r>
    </w:p>
    <w:p>
      <w:pPr>
        <w:spacing w:after="120"/>
      </w:pPr>
      <w:r>
        <w:rPr>
          <w:b/>
        </w:rPr>
        <w:t xml:space="preserve">№1: </w:t>
      </w:r>
      <w:r>
        <w:t>Эффектного появления?! Эффект произведён! Гром, молнии и ты,… С этим? Что это у тебя торчит на голове?</w:t>
      </w:r>
    </w:p>
    <w:p>
      <w:pPr>
        <w:spacing w:after="120"/>
      </w:pPr>
      <w:r>
        <w:rPr>
          <w:b/>
        </w:rPr>
        <w:t xml:space="preserve">№2: </w:t>
      </w:r>
      <w:r>
        <w:t>(радостно) Это, початок.</w:t>
      </w:r>
    </w:p>
    <w:p>
      <w:pPr>
        <w:spacing w:after="120"/>
      </w:pPr>
      <w:r>
        <w:t>Выдал радостно Бадди всё это время сидя на своём месте и спокойно попивая чай.</w:t>
      </w:r>
    </w:p>
    <w:p>
      <w:pPr>
        <w:spacing w:after="120"/>
      </w:pPr>
      <w:r>
        <w:rPr>
          <w:b/>
        </w:rPr>
        <w:t xml:space="preserve">№1: </w:t>
      </w:r>
      <w:r>
        <w:t>Початок?</w:t>
      </w:r>
    </w:p>
    <w:p>
      <w:pPr>
        <w:spacing w:after="120"/>
      </w:pPr>
      <w:r>
        <w:rPr>
          <w:b/>
        </w:rPr>
        <w:t xml:space="preserve">№3: </w:t>
      </w:r>
      <w:r>
        <w:t>Ага.</w:t>
      </w:r>
    </w:p>
    <w:p>
      <w:pPr>
        <w:spacing w:after="120"/>
      </w:pPr>
      <w:r>
        <w:rPr>
          <w:b/>
        </w:rPr>
        <w:t xml:space="preserve">№1: </w:t>
      </w:r>
      <w:r>
        <w:t>Я что-то пропустил? Почему… Что… Причём тут початок?</w:t>
      </w:r>
    </w:p>
    <w:p>
      <w:pPr>
        <w:spacing w:after="120"/>
      </w:pPr>
      <w:r>
        <w:rPr>
          <w:b/>
        </w:rPr>
        <w:t xml:space="preserve">№3: </w:t>
      </w:r>
      <w:r>
        <w:t>Вы же говорили, что новая эра, всё по-новому, и я решил привнести что- то новое, и это…</w:t>
      </w:r>
    </w:p>
    <w:p>
      <w:pPr>
        <w:spacing w:after="120"/>
      </w:pPr>
      <w:r>
        <w:rPr>
          <w:b/>
        </w:rPr>
        <w:t xml:space="preserve">№1: </w:t>
      </w:r>
      <w:r>
        <w:t>Початок?</w:t>
      </w:r>
    </w:p>
    <w:p>
      <w:pPr>
        <w:spacing w:after="120"/>
      </w:pPr>
      <w:r>
        <w:rPr>
          <w:b/>
        </w:rPr>
        <w:t xml:space="preserve">№3: </w:t>
      </w:r>
      <w:r>
        <w:t>Ну да.</w:t>
      </w:r>
    </w:p>
    <w:p>
      <w:pPr>
        <w:spacing w:after="120"/>
      </w:pPr>
      <w:r>
        <w:rPr>
          <w:b/>
        </w:rPr>
        <w:t xml:space="preserve">№1: </w:t>
      </w:r>
      <w:r>
        <w:t>Початок?</w:t>
      </w:r>
    </w:p>
    <w:p>
      <w:pPr>
        <w:spacing w:after="120"/>
      </w:pPr>
      <w:r>
        <w:rPr>
          <w:b/>
        </w:rPr>
        <w:t xml:space="preserve">№2: </w:t>
      </w:r>
      <w:r>
        <w:t>Кукурузы!</w:t>
      </w:r>
    </w:p>
    <w:p>
      <w:pPr>
        <w:spacing w:after="120"/>
      </w:pPr>
      <w:r>
        <w:rPr>
          <w:b/>
        </w:rPr>
        <w:t xml:space="preserve">№1: </w:t>
      </w:r>
      <w:r>
        <w:t>Мне кто-нибудь объяснит почему початок!</w:t>
      </w:r>
    </w:p>
    <w:p>
      <w:pPr>
        <w:spacing w:after="120"/>
      </w:pPr>
      <w:r>
        <w:rPr>
          <w:b/>
        </w:rPr>
        <w:t xml:space="preserve">№3: </w:t>
      </w:r>
      <w:r>
        <w:t>Он символ человека!</w:t>
      </w:r>
    </w:p>
    <w:p>
      <w:pPr>
        <w:spacing w:after="120"/>
      </w:pPr>
      <w:r>
        <w:rPr>
          <w:b/>
        </w:rPr>
        <w:t xml:space="preserve">№1: </w:t>
      </w:r>
      <w:r>
        <w:t>Кукуруза – это человек? Что за дети кукурузы!!</w:t>
      </w:r>
    </w:p>
    <w:p>
      <w:pPr>
        <w:spacing w:after="120"/>
      </w:pPr>
      <w:r>
        <w:rPr>
          <w:b/>
        </w:rPr>
        <w:t xml:space="preserve">№3: </w:t>
      </w:r>
      <w:r>
        <w:t>Подождите. Вы перед тем как выстреливать в идеосферу странные мысли, сначала выслушайте.</w:t>
      </w:r>
    </w:p>
    <w:p>
      <w:pPr>
        <w:spacing w:after="120"/>
      </w:pPr>
      <w:r>
        <w:rPr>
          <w:b/>
        </w:rPr>
        <w:t xml:space="preserve">№2: </w:t>
      </w:r>
      <w:r>
        <w:t>Или вы забыли что если не мы, то кто-нибудь этим воспользуется. №1: Ну давай рассказывай.</w:t>
      </w:r>
    </w:p>
    <w:p>
      <w:pPr>
        <w:spacing w:after="120"/>
      </w:pPr>
      <w:r>
        <w:rPr>
          <w:b/>
        </w:rPr>
        <w:t xml:space="preserve">№3: </w:t>
      </w:r>
      <w:r>
        <w:t>(поднялся со своего места и ярко жестикулируя стал вещать.) Початок. Кукуруза. Как символ человека имеет разные ипостаси.</w:t>
      </w:r>
    </w:p>
    <w:p>
      <w:pPr>
        <w:spacing w:after="120"/>
      </w:pPr>
      <w:r>
        <w:rPr>
          <w:b/>
        </w:rPr>
        <w:t xml:space="preserve">№1: </w:t>
      </w:r>
      <w:r>
        <w:t>Вот это уже, возможно, интересно. Продолжай.</w:t>
      </w:r>
    </w:p>
    <w:p>
      <w:pPr>
        <w:spacing w:after="120"/>
      </w:pPr>
      <w:r>
        <w:rPr>
          <w:b/>
        </w:rPr>
        <w:t xml:space="preserve">№3: </w:t>
      </w:r>
      <w:r>
        <w:t>Она выходит из земли! Сначала слабая трава. Потом — мощный плод. В дальнейшем, если развиваться и добавлять что-то из вне, какую-нибудь другую стихию, например, огонь, превозмогает себя и переходит в новую форму, через яркий взрыв. А в финале, снова уходит в землю чтобы повторить цикл.</w:t>
      </w:r>
    </w:p>
    <w:p>
      <w:pPr>
        <w:spacing w:after="120"/>
      </w:pPr>
      <w:r>
        <w:rPr>
          <w:b/>
        </w:rPr>
        <w:t xml:space="preserve">№2: </w:t>
      </w:r>
      <w:r>
        <w:t>Потрясающе!</w:t>
      </w:r>
    </w:p>
    <w:p>
      <w:pPr>
        <w:spacing w:after="120"/>
      </w:pPr>
      <w:r>
        <w:rPr>
          <w:b/>
        </w:rPr>
        <w:t xml:space="preserve">№1: </w:t>
      </w:r>
      <w:r>
        <w:t>Это, конечно, очень интересно, занимательно, изобретательно и возможно хорошо, но… эта корона… Корона в виде… Нет... Это кукуруза на голове! Понимаете? Огромный! Пупырчатый початок, торчащий из центра головы! Ты бы ещё, ну я не знаю, костюм змеи натянул и змеёй вышел!</w:t>
      </w:r>
    </w:p>
    <w:p>
      <w:pPr>
        <w:spacing w:after="120"/>
      </w:pPr>
      <w:r>
        <w:rPr>
          <w:b/>
        </w:rPr>
        <w:t xml:space="preserve">№3: </w:t>
      </w:r>
      <w:r>
        <w:t>Так я же... вот же… (продемонстрировал нижнюю часть своего костюма.) Натянул и вышел!</w:t>
      </w:r>
    </w:p>
    <w:p>
      <w:pPr>
        <w:spacing w:after="120"/>
      </w:pPr>
      <w:r>
        <w:rPr>
          <w:b/>
        </w:rPr>
        <w:t xml:space="preserve">№1: </w:t>
      </w:r>
      <w:r>
        <w:t>Да вы что, издеваетесь!</w:t>
      </w:r>
    </w:p>
    <w:p>
      <w:pPr>
        <w:spacing w:after="120"/>
      </w:pPr>
      <w:r>
        <w:rPr>
          <w:b/>
        </w:rPr>
        <w:t xml:space="preserve">№3: </w:t>
      </w:r>
      <w:r>
        <w:t>Но вы сами так начинали!</w:t>
      </w:r>
    </w:p>
    <w:p>
      <w:pPr>
        <w:spacing w:after="120"/>
      </w:pPr>
      <w:r>
        <w:rPr>
          <w:b/>
        </w:rPr>
        <w:t xml:space="preserve">№1: </w:t>
      </w:r>
      <w:r>
        <w:t>(разъярённо)Не напоминай! Тебя сейчас не должно это интересовать! Я тут причём! Мы с тобой разбираемся! Мы изучаем, прорабатываем ошибки, запоминаем, делаем выводы, а не ищем оправдания и уходим в ностальгию! Ты вообще представляешь, что у них в памяти останется, какую ты мог нанести психологическую травму?! То ли змея, то ли человек, ещё и с початком на голове! Они же ещё маленькие, молоденькие! Я рассчитывал на них! Развивающийся континент! Там же хорошо, всегда тепло, словно вечный Май! И называются также тепло! Это же могло быть началом целой эпохи! Майской эпохи! Ну а что теперь сделаешь? Тем более ты</w:t>
      </w:r>
    </w:p>
    <w:p>
      <w:pPr>
        <w:spacing w:after="120"/>
      </w:pPr>
      <w:r>
        <w:t>предполагал. Конечно предполагал…</w:t>
      </w:r>
    </w:p>
    <w:p>
      <w:pPr>
        <w:spacing w:after="120"/>
      </w:pPr>
      <w:r>
        <w:rPr>
          <w:b/>
        </w:rPr>
        <w:t xml:space="preserve">№2: </w:t>
      </w:r>
      <w:r>
        <w:t>Прощай и прощённым будешь.</w:t>
      </w:r>
    </w:p>
    <w:p>
      <w:pPr>
        <w:spacing w:after="120"/>
      </w:pPr>
      <w:r>
        <w:rPr>
          <w:b/>
        </w:rPr>
        <w:t xml:space="preserve">№1: </w:t>
      </w:r>
      <w:r>
        <w:t>А ты чего лезешь?! Не лезь! Ни о тебе сейчас!</w:t>
      </w:r>
    </w:p>
    <w:p>
      <w:pPr>
        <w:spacing w:after="120"/>
      </w:pPr>
      <w:r>
        <w:rPr>
          <w:b/>
        </w:rPr>
        <w:t xml:space="preserve">№2: </w:t>
      </w:r>
      <w:r>
        <w:t>Знаю.</w:t>
      </w:r>
    </w:p>
    <w:p>
      <w:pPr>
        <w:spacing w:after="120"/>
      </w:pPr>
      <w:r>
        <w:rPr>
          <w:b/>
        </w:rPr>
        <w:t xml:space="preserve">№1: </w:t>
      </w:r>
      <w:r>
        <w:t>И вообще, что ты здесь делаешь?! Нечего тебе тут делать!</w:t>
      </w:r>
    </w:p>
    <w:p>
      <w:pPr>
        <w:spacing w:after="120"/>
      </w:pPr>
      <w:r>
        <w:rPr>
          <w:b/>
        </w:rPr>
        <w:t xml:space="preserve">№2: </w:t>
      </w:r>
      <w:r>
        <w:t>Нечего.</w:t>
      </w:r>
    </w:p>
    <w:p>
      <w:pPr>
        <w:spacing w:after="120"/>
      </w:pPr>
      <w:r>
        <w:rPr>
          <w:b/>
        </w:rPr>
        <w:t xml:space="preserve">№1: </w:t>
      </w:r>
      <w:r>
        <w:t>Так что иди!</w:t>
      </w:r>
    </w:p>
    <w:p>
      <w:pPr>
        <w:spacing w:after="120"/>
      </w:pPr>
      <w:r>
        <w:rPr>
          <w:b/>
        </w:rPr>
        <w:t xml:space="preserve">№2: </w:t>
      </w:r>
      <w:r>
        <w:t>Куда?</w:t>
      </w:r>
    </w:p>
    <w:p>
      <w:pPr>
        <w:spacing w:after="120"/>
      </w:pPr>
      <w:r>
        <w:rPr>
          <w:b/>
        </w:rPr>
        <w:t xml:space="preserve">№1: </w:t>
      </w:r>
      <w:r>
        <w:t>Тебе подсказать или сам знаешь!?</w:t>
      </w:r>
    </w:p>
    <w:p>
      <w:pPr>
        <w:spacing w:after="120"/>
      </w:pPr>
      <w:r>
        <w:rPr>
          <w:b/>
        </w:rPr>
        <w:t xml:space="preserve">№2: </w:t>
      </w:r>
      <w:r>
        <w:t>Знаю.</w:t>
      </w:r>
    </w:p>
    <w:p>
      <w:pPr>
        <w:spacing w:after="120"/>
      </w:pPr>
      <w:r>
        <w:rPr>
          <w:b/>
        </w:rPr>
        <w:t xml:space="preserve">№1: </w:t>
      </w:r>
      <w:r>
        <w:t>И куда же?!</w:t>
      </w:r>
    </w:p>
    <w:p>
      <w:pPr>
        <w:spacing w:after="120"/>
      </w:pPr>
      <w:r>
        <w:rPr>
          <w:b/>
        </w:rPr>
        <w:t xml:space="preserve">№2: </w:t>
      </w:r>
      <w:r>
        <w:t>На своё рабочее место.</w:t>
      </w:r>
    </w:p>
    <w:p>
      <w:pPr>
        <w:spacing w:after="120"/>
      </w:pPr>
      <w:r>
        <w:rPr>
          <w:b/>
        </w:rPr>
        <w:t xml:space="preserve">№1: </w:t>
      </w:r>
      <w:r>
        <w:t>Правильно!</w:t>
      </w:r>
    </w:p>
    <w:p>
      <w:pPr>
        <w:spacing w:after="120"/>
      </w:pPr>
      <w:r>
        <w:rPr>
          <w:b/>
          <w:i/>
        </w:rPr>
        <w:t>№2 показательно спокойно, уходит из кабинета по пути оправляя №3 невербальные знаки уважения. Знаки были разнообразны, но посыл был един и ясен. «Всё в порядке!» и «Всё будет хорошо».</w:t>
      </w:r>
    </w:p>
    <w:p>
      <w:pPr>
        <w:spacing w:after="120"/>
      </w:pPr>
      <w:r>
        <w:rPr>
          <w:b/>
        </w:rPr>
        <w:t xml:space="preserve">№1: </w:t>
      </w:r>
      <w:r>
        <w:t>И про прощение запиши! Хорошо сказал!</w:t>
      </w:r>
    </w:p>
    <w:p>
      <w:pPr>
        <w:spacing w:after="120"/>
      </w:pPr>
      <w:r>
        <w:rPr>
          <w:b/>
        </w:rPr>
        <w:t xml:space="preserve">№2: </w:t>
      </w:r>
      <w:r>
        <w:t>Уже. Записал.</w:t>
      </w:r>
    </w:p>
    <w:p>
      <w:pPr>
        <w:spacing w:after="120"/>
      </w:pPr>
      <w:r>
        <w:rPr>
          <w:b/>
        </w:rPr>
        <w:t xml:space="preserve">№1: </w:t>
      </w:r>
      <w:r>
        <w:t>Вот и умничка!</w:t>
      </w:r>
    </w:p>
    <w:p>
      <w:pPr>
        <w:spacing w:after="120"/>
      </w:pPr>
      <w:r>
        <w:rPr>
          <w:b/>
        </w:rPr>
        <w:t xml:space="preserve">№2: </w:t>
      </w:r>
      <w:r>
        <w:t>Знаю. Благодарю.</w:t>
      </w:r>
    </w:p>
    <w:p>
      <w:pPr>
        <w:spacing w:after="120"/>
      </w:pPr>
      <w:r>
        <w:rPr>
          <w:b/>
        </w:rPr>
        <w:t xml:space="preserve">№1: </w:t>
      </w:r>
      <w:r>
        <w:t>И не подкопаешься.</w:t>
      </w:r>
    </w:p>
    <w:p>
      <w:pPr>
        <w:spacing w:after="120"/>
      </w:pPr>
      <w:r>
        <w:t>№2 уходит. №1 и №3 снова вдвоём.</w:t>
      </w:r>
    </w:p>
    <w:p>
      <w:pPr>
        <w:spacing w:after="120"/>
      </w:pPr>
      <w:r>
        <w:rPr>
          <w:b/>
        </w:rPr>
        <w:t xml:space="preserve">№3: </w:t>
      </w:r>
      <w:r>
        <w:t>Прости отец.</w:t>
      </w:r>
    </w:p>
    <w:p>
      <w:pPr>
        <w:spacing w:after="120"/>
      </w:pPr>
      <w:r>
        <w:rPr>
          <w:b/>
        </w:rPr>
        <w:t xml:space="preserve">№1: </w:t>
      </w:r>
      <w:r>
        <w:t>(выдохнув и спокойно) Ничего, у каждого, поначалу, ошибки были. Это хорошо. Ошибки нас учат. Ты лучше рассказывай, что дальше было?</w:t>
      </w:r>
    </w:p>
    <w:p>
      <w:pPr>
        <w:spacing w:after="120"/>
      </w:pPr>
      <w:r>
        <w:rPr>
          <w:b/>
        </w:rPr>
        <w:t xml:space="preserve">№2: </w:t>
      </w:r>
      <w:r>
        <w:t>Дальше по сценарию...</w:t>
      </w:r>
    </w:p>
    <w:p>
      <w:pPr>
        <w:spacing w:after="120"/>
      </w:pPr>
      <w:r>
        <w:rPr>
          <w:b/>
        </w:rPr>
        <w:t xml:space="preserve">№1: </w:t>
      </w:r>
      <w:r>
        <w:t>Ты в этом точно уверен?</w:t>
      </w:r>
    </w:p>
    <w:p>
      <w:pPr>
        <w:spacing w:after="120"/>
      </w:pPr>
      <w:r>
        <w:rPr>
          <w:b/>
        </w:rPr>
        <w:t xml:space="preserve">№3: </w:t>
      </w:r>
      <w:r>
        <w:t>После того что было я уже ни в чём не уверен.</w:t>
      </w:r>
    </w:p>
    <w:p>
      <w:pPr>
        <w:spacing w:after="120"/>
      </w:pPr>
      <w:r>
        <w:rPr>
          <w:b/>
        </w:rPr>
        <w:t xml:space="preserve">№1: </w:t>
      </w:r>
      <w:r>
        <w:t>Ну… Уверен, или не уверен. Говори, как есть.</w:t>
      </w:r>
    </w:p>
    <w:p>
      <w:pPr>
        <w:spacing w:after="120"/>
      </w:pPr>
      <w:r>
        <w:rPr>
          <w:b/>
        </w:rPr>
        <w:t xml:space="preserve">№3: </w:t>
      </w:r>
      <w:r>
        <w:t>Если вы будете давить…</w:t>
      </w:r>
    </w:p>
    <w:p>
      <w:pPr>
        <w:spacing w:after="120"/>
      </w:pPr>
      <w:r>
        <w:rPr>
          <w:b/>
        </w:rPr>
        <w:t xml:space="preserve">№1: </w:t>
      </w:r>
      <w:r>
        <w:t>Что давить?</w:t>
      </w:r>
    </w:p>
    <w:p>
      <w:pPr>
        <w:spacing w:after="120"/>
      </w:pPr>
      <w:r>
        <w:rPr>
          <w:b/>
        </w:rPr>
        <w:t xml:space="preserve">№3: </w:t>
      </w:r>
      <w:r>
        <w:t>Ну… обычно… меня…</w:t>
      </w:r>
    </w:p>
    <w:p>
      <w:pPr>
        <w:spacing w:after="120"/>
      </w:pPr>
      <w:r>
        <w:rPr>
          <w:b/>
        </w:rPr>
        <w:t xml:space="preserve">№1: </w:t>
      </w:r>
      <w:r>
        <w:t>Я? Тебя? Интересно. А чем я тебя обычно, оказывается, давлю?</w:t>
      </w:r>
    </w:p>
    <w:p>
      <w:pPr>
        <w:spacing w:after="120"/>
      </w:pPr>
      <w:r>
        <w:rPr>
          <w:b/>
        </w:rPr>
        <w:t xml:space="preserve">№3: </w:t>
      </w:r>
      <w:r>
        <w:t>Ну… Там статусом, например!</w:t>
      </w:r>
    </w:p>
    <w:p>
      <w:pPr>
        <w:spacing w:after="120"/>
      </w:pPr>
      <w:r>
        <w:rPr>
          <w:b/>
        </w:rPr>
        <w:t xml:space="preserve">№1: </w:t>
      </w:r>
      <w:r>
        <w:t>Статусом?</w:t>
      </w:r>
    </w:p>
    <w:p>
      <w:pPr>
        <w:spacing w:after="120"/>
      </w:pPr>
      <w:r>
        <w:rPr>
          <w:b/>
        </w:rPr>
        <w:t xml:space="preserve">№3: </w:t>
      </w:r>
      <w:r>
        <w:t>Да!</w:t>
      </w:r>
    </w:p>
    <w:p>
      <w:pPr>
        <w:spacing w:after="120"/>
      </w:pPr>
      <w:r>
        <w:rPr>
          <w:b/>
        </w:rPr>
        <w:t xml:space="preserve">№1: </w:t>
      </w:r>
      <w:r>
        <w:t>А чем ещё?</w:t>
      </w:r>
    </w:p>
    <w:p>
      <w:pPr>
        <w:spacing w:after="120"/>
      </w:pPr>
      <w:r>
        <w:rPr>
          <w:b/>
        </w:rPr>
        <w:t xml:space="preserve">№3: </w:t>
      </w:r>
      <w:r>
        <w:t>Харизмой, опытом, чрезмерной уверенностью, вечным всезнанием. №1: Сколько всего... Ты продолжай.</w:t>
      </w:r>
    </w:p>
    <w:p>
      <w:pPr>
        <w:spacing w:after="120"/>
      </w:pPr>
      <w:r>
        <w:rPr>
          <w:b/>
        </w:rPr>
        <w:t xml:space="preserve">№3: </w:t>
      </w:r>
      <w:r>
        <w:t>Да! Так вот.. Если вы будете на меня давить, то я никогда до конца не расскажу.</w:t>
      </w:r>
    </w:p>
    <w:p>
      <w:pPr>
        <w:spacing w:after="120"/>
      </w:pPr>
      <w:r>
        <w:rPr>
          <w:b/>
        </w:rPr>
        <w:t xml:space="preserve">№1: </w:t>
      </w:r>
      <w:r>
        <w:t>До конца? А ты разве знаешь, что в конце?</w:t>
      </w:r>
    </w:p>
    <w:p>
      <w:pPr>
        <w:spacing w:after="120"/>
      </w:pPr>
      <w:r>
        <w:rPr>
          <w:b/>
        </w:rPr>
        <w:t xml:space="preserve">№3: </w:t>
      </w:r>
      <w:r>
        <w:t>Вот. Опять начинаете!</w:t>
      </w:r>
    </w:p>
    <w:p>
      <w:pPr>
        <w:spacing w:after="120"/>
      </w:pPr>
      <w:r>
        <w:rPr>
          <w:b/>
        </w:rPr>
        <w:t xml:space="preserve">№1: </w:t>
      </w:r>
      <w:r>
        <w:t>В прочем, ты прав. Прости. Больше не повторится.</w:t>
      </w:r>
    </w:p>
    <w:p>
      <w:pPr>
        <w:spacing w:after="120"/>
      </w:pPr>
      <w:r>
        <w:rPr>
          <w:b/>
        </w:rPr>
        <w:t xml:space="preserve">№3: </w:t>
      </w:r>
      <w:r>
        <w:t>Вы уверены?</w:t>
      </w:r>
    </w:p>
    <w:p>
      <w:pPr>
        <w:spacing w:after="120"/>
      </w:pPr>
      <w:r>
        <w:rPr>
          <w:b/>
        </w:rPr>
        <w:t xml:space="preserve">№1: </w:t>
      </w:r>
      <w:r>
        <w:t>Не обещаю, но приму все возможные усилия. Рассказывай. Я тебя слушаю.</w:t>
      </w:r>
    </w:p>
    <w:p>
      <w:pPr>
        <w:spacing w:after="120"/>
      </w:pPr>
      <w:r>
        <w:rPr>
          <w:b/>
        </w:rPr>
        <w:t xml:space="preserve">№3: </w:t>
      </w:r>
      <w:r>
        <w:t>Легенды о создании.</w:t>
      </w:r>
    </w:p>
    <w:p>
      <w:pPr>
        <w:spacing w:after="120"/>
      </w:pPr>
      <w:r>
        <w:rPr>
          <w:b/>
        </w:rPr>
        <w:t xml:space="preserve">№1: </w:t>
      </w:r>
      <w:r>
        <w:t>Ну? Раскрывай тему.</w:t>
      </w:r>
    </w:p>
    <w:p>
      <w:pPr>
        <w:spacing w:after="120"/>
      </w:pPr>
      <w:r>
        <w:rPr>
          <w:b/>
        </w:rPr>
        <w:t xml:space="preserve">№3: </w:t>
      </w:r>
      <w:r>
        <w:t>Кто мы и как появились!</w:t>
      </w:r>
    </w:p>
    <w:p>
      <w:pPr>
        <w:spacing w:after="120"/>
      </w:pPr>
      <w:r>
        <w:rPr>
          <w:b/>
        </w:rPr>
        <w:t xml:space="preserve">№1: </w:t>
      </w:r>
      <w:r>
        <w:t>Импровизировать?</w:t>
      </w:r>
    </w:p>
    <w:p>
      <w:pPr>
        <w:spacing w:after="120"/>
      </w:pPr>
      <w:r>
        <w:rPr>
          <w:b/>
        </w:rPr>
        <w:t xml:space="preserve">№3: </w:t>
      </w:r>
      <w:r>
        <w:t>Да!</w:t>
      </w:r>
    </w:p>
    <w:p>
      <w:pPr>
        <w:spacing w:after="120"/>
      </w:pPr>
      <w:r>
        <w:rPr>
          <w:b/>
        </w:rPr>
        <w:t xml:space="preserve">№1: </w:t>
      </w:r>
      <w:r>
        <w:t>Ну… Хорошо. Продолжай. -</w:t>
      </w:r>
    </w:p>
    <w:p>
      <w:pPr>
        <w:spacing w:after="120"/>
      </w:pPr>
      <w:r>
        <w:rPr>
          <w:b/>
        </w:rPr>
        <w:t xml:space="preserve">№3: </w:t>
      </w:r>
      <w:r>
        <w:t>Припадая к земле родившей, беру в свои ладони горсть почвы</w:t>
      </w:r>
    </w:p>
    <w:p>
      <w:pPr>
        <w:spacing w:after="120"/>
      </w:pPr>
      <w:r>
        <w:t>мягкой. Ибо сказано: Человек, тело его, было из глины слеплено. Но слаба она была и рассыпалась. И был человек, тело его, из дерева вырезано. Но быстро забыл он создателей своих. И только после, был сделан истинный человек.. Из кукурузы!</w:t>
      </w:r>
    </w:p>
    <w:p>
      <w:pPr>
        <w:spacing w:after="120"/>
      </w:pPr>
      <w:r>
        <w:rPr>
          <w:b/>
        </w:rPr>
        <w:t xml:space="preserve">№1: </w:t>
      </w:r>
      <w:r>
        <w:t>Ну вот и початок пригодился. Хорошо. Ну а дальше?</w:t>
      </w:r>
    </w:p>
    <w:p>
      <w:pPr>
        <w:spacing w:after="120"/>
      </w:pPr>
      <w:r>
        <w:rPr>
          <w:b/>
        </w:rPr>
        <w:t xml:space="preserve">№3: </w:t>
      </w:r>
      <w:r>
        <w:t>Простите, что?</w:t>
      </w:r>
    </w:p>
    <w:p>
      <w:pPr>
        <w:spacing w:after="120"/>
      </w:pPr>
      <w:r>
        <w:rPr>
          <w:b/>
        </w:rPr>
        <w:t xml:space="preserve">№1: </w:t>
      </w:r>
      <w:r>
        <w:t>Дальше что делал?</w:t>
      </w:r>
    </w:p>
    <w:p>
      <w:pPr>
        <w:spacing w:after="120"/>
      </w:pPr>
      <w:r>
        <w:rPr>
          <w:b/>
        </w:rPr>
        <w:t xml:space="preserve">№3: </w:t>
      </w:r>
      <w:r>
        <w:t>А! Дальше… Как заинтересовал, стал учить</w:t>
      </w:r>
    </w:p>
    <w:p>
      <w:pPr>
        <w:spacing w:after="120"/>
      </w:pPr>
      <w:r>
        <w:rPr>
          <w:b/>
        </w:rPr>
        <w:t xml:space="preserve">№1: </w:t>
      </w:r>
      <w:r>
        <w:t>Чему?</w:t>
      </w:r>
    </w:p>
    <w:p>
      <w:pPr>
        <w:spacing w:after="120"/>
      </w:pPr>
      <w:r>
        <w:rPr>
          <w:b/>
        </w:rPr>
        <w:t xml:space="preserve">№3: </w:t>
      </w:r>
      <w:r>
        <w:t>Ну о том, что мир вокруг нас, природа и человек цикличны, и главное это-Жертвенность!</w:t>
      </w:r>
    </w:p>
    <w:p>
      <w:pPr>
        <w:spacing w:after="120"/>
      </w:pPr>
      <w:r>
        <w:rPr>
          <w:b/>
        </w:rPr>
        <w:t xml:space="preserve">№1: </w:t>
      </w:r>
      <w:r>
        <w:t>Эх, сынок. Всё же совсем наоборот! Вселенная внутри… Погоди, погоди. Надеюсь, по поводу жертвенности, ты уточнил?</w:t>
      </w:r>
    </w:p>
    <w:p>
      <w:pPr>
        <w:spacing w:after="120"/>
      </w:pPr>
      <w:r>
        <w:rPr>
          <w:b/>
        </w:rPr>
        <w:t xml:space="preserve">№3: </w:t>
      </w:r>
      <w:r>
        <w:t>Что именно?</w:t>
      </w:r>
    </w:p>
    <w:p>
      <w:pPr>
        <w:spacing w:after="120"/>
      </w:pPr>
      <w:r>
        <w:rPr>
          <w:b/>
        </w:rPr>
        <w:t xml:space="preserve">№1: </w:t>
      </w:r>
      <w:r>
        <w:t>Так. А ну-ка дай сюда сценарий!</w:t>
      </w:r>
    </w:p>
    <w:p>
      <w:pPr>
        <w:spacing w:after="120"/>
      </w:pPr>
      <w:r>
        <w:rPr>
          <w:b/>
        </w:rPr>
        <w:t xml:space="preserve">№3: </w:t>
      </w:r>
      <w:r>
        <w:t>Ой…</w:t>
      </w:r>
    </w:p>
    <w:p>
      <w:pPr>
        <w:spacing w:after="120"/>
      </w:pPr>
      <w:r>
        <w:rPr>
          <w:b/>
        </w:rPr>
        <w:t xml:space="preserve">№1: </w:t>
      </w:r>
      <w:r>
        <w:t>Что значит это твоё «Ой»?</w:t>
      </w:r>
    </w:p>
    <w:p>
      <w:pPr>
        <w:spacing w:after="120"/>
      </w:pPr>
      <w:r>
        <w:rPr>
          <w:b/>
        </w:rPr>
        <w:t xml:space="preserve">№3: </w:t>
      </w:r>
      <w:r>
        <w:t>Я, его…</w:t>
      </w:r>
    </w:p>
    <w:p>
      <w:pPr>
        <w:spacing w:after="120"/>
      </w:pPr>
      <w:r>
        <w:rPr>
          <w:b/>
        </w:rPr>
        <w:t xml:space="preserve">№1: </w:t>
      </w:r>
      <w:r>
        <w:t>Что ты его?</w:t>
      </w:r>
    </w:p>
    <w:p>
      <w:pPr>
        <w:spacing w:after="120"/>
      </w:pPr>
      <w:r>
        <w:rPr>
          <w:b/>
        </w:rPr>
        <w:t xml:space="preserve">№3: </w:t>
      </w:r>
      <w:r>
        <w:t>Там оставил…</w:t>
      </w:r>
    </w:p>
    <w:p>
      <w:pPr>
        <w:spacing w:after="120"/>
      </w:pPr>
      <w:r>
        <w:rPr>
          <w:b/>
        </w:rPr>
        <w:t xml:space="preserve">№1: </w:t>
      </w:r>
      <w:r>
        <w:t>Ну, это уже не в какие ворота! Так! Сиди здесь!</w:t>
      </w:r>
    </w:p>
    <w:p>
      <w:pPr>
        <w:spacing w:after="120"/>
      </w:pPr>
      <w:r>
        <w:rPr>
          <w:b/>
          <w:i/>
        </w:rPr>
        <w:t>№1 резко встал и стремительно вышел. Появился №2</w:t>
      </w:r>
    </w:p>
    <w:p>
      <w:pPr>
        <w:spacing w:after="120"/>
      </w:pPr>
      <w:r>
        <w:rPr>
          <w:b/>
        </w:rPr>
        <w:t xml:space="preserve">№2: </w:t>
      </w:r>
      <w:r>
        <w:t>И сидел он так до скончания веков.</w:t>
      </w:r>
    </w:p>
    <w:p>
      <w:pPr>
        <w:spacing w:after="120"/>
      </w:pPr>
      <w:r>
        <w:rPr>
          <w:b/>
        </w:rPr>
        <w:t xml:space="preserve">№3: </w:t>
      </w:r>
      <w:r>
        <w:t>Сплюнь!</w:t>
      </w:r>
    </w:p>
    <w:p>
      <w:pPr>
        <w:spacing w:after="120"/>
      </w:pPr>
      <w:r>
        <w:rPr>
          <w:b/>
        </w:rPr>
        <w:t xml:space="preserve">№2: </w:t>
      </w:r>
      <w:r>
        <w:t>Тьфу, тьфу, тьфу.</w:t>
      </w:r>
    </w:p>
    <w:p>
      <w:pPr>
        <w:spacing w:after="120"/>
      </w:pPr>
      <w:r>
        <w:rPr>
          <w:b/>
        </w:rPr>
        <w:t xml:space="preserve">№3: </w:t>
      </w:r>
      <w:r>
        <w:t>А почему три?</w:t>
      </w:r>
    </w:p>
    <w:p>
      <w:pPr>
        <w:spacing w:after="120"/>
      </w:pPr>
      <w:r>
        <w:rPr>
          <w:b/>
        </w:rPr>
        <w:t xml:space="preserve">№2: </w:t>
      </w:r>
      <w:r>
        <w:t>Ну… Не знаю. Нас же трое…</w:t>
      </w:r>
    </w:p>
    <w:p>
      <w:pPr>
        <w:spacing w:after="120"/>
      </w:pPr>
      <w:r>
        <w:rPr>
          <w:b/>
          <w:i/>
        </w:rPr>
        <w:t>№1 возвращается, направляется ко столу и начинает уничтожать все документы.</w:t>
      </w:r>
    </w:p>
    <w:p>
      <w:pPr>
        <w:spacing w:after="120"/>
      </w:pPr>
      <w:r>
        <w:rPr>
          <w:b/>
        </w:rPr>
        <w:t xml:space="preserve">№1: </w:t>
      </w:r>
      <w:r>
        <w:t>Всё, кукурузный император, поздно! Они его нашли!</w:t>
      </w:r>
    </w:p>
    <w:p>
      <w:pPr>
        <w:spacing w:after="120"/>
      </w:pPr>
      <w:r>
        <w:rPr>
          <w:b/>
        </w:rPr>
        <w:t xml:space="preserve">№3: </w:t>
      </w:r>
      <w:r>
        <w:t>Кого?</w:t>
      </w:r>
    </w:p>
    <w:p>
      <w:pPr>
        <w:spacing w:after="120"/>
      </w:pPr>
      <w:r>
        <w:rPr>
          <w:b/>
        </w:rPr>
        <w:t xml:space="preserve">№1: </w:t>
      </w:r>
      <w:r>
        <w:t>А ты как думаешь!? Сценарий конечно! Мало того, что нашли, так ещё прочитали, потом расшифровали! Потом письменность изобрели!</w:t>
      </w:r>
    </w:p>
    <w:p>
      <w:pPr>
        <w:spacing w:after="120"/>
      </w:pPr>
      <w:r>
        <w:rPr>
          <w:b/>
        </w:rPr>
        <w:t xml:space="preserve">№2: </w:t>
      </w:r>
      <w:r>
        <w:t>Ого, как!</w:t>
      </w:r>
    </w:p>
    <w:p>
      <w:pPr>
        <w:spacing w:after="120"/>
      </w:pPr>
      <w:r>
        <w:rPr>
          <w:b/>
        </w:rPr>
        <w:t xml:space="preserve">№1: </w:t>
      </w:r>
      <w:r>
        <w:t>Но это ещё не всё!- продолжил Гуд нервно похихикивая, чем вызывал у присутствующих пугающее напряжение.- Они! Понимаешь, они… Решили для себя что всё поняли и осознали! Потом сами, БЕЗ ПОСТОРОННЕЙ ПОМОЩИ, в это поверили! А потом то, что поняли, увековечили в камне! Чтобы наверняка! Чтобы не забыть! Чтобы все знали! А если вдруг забыли, прочитали и вспомнили!</w:t>
      </w:r>
    </w:p>
    <w:p>
      <w:pPr>
        <w:spacing w:after="120"/>
      </w:pPr>
      <w:r>
        <w:rPr>
          <w:b/>
        </w:rPr>
        <w:t xml:space="preserve">№3: </w:t>
      </w:r>
      <w:r>
        <w:t>Что, до конца дочитали?- уточнил Джей.</w:t>
      </w:r>
    </w:p>
    <w:p>
      <w:pPr>
        <w:spacing w:after="120"/>
      </w:pPr>
      <w:r>
        <w:rPr>
          <w:b/>
        </w:rPr>
        <w:t xml:space="preserve">№1: </w:t>
      </w:r>
      <w:r>
        <w:t>Способные оказались! Я же говорил, хорошие они. Были…</w:t>
      </w:r>
    </w:p>
    <w:p>
      <w:pPr>
        <w:spacing w:after="120"/>
      </w:pPr>
      <w:r>
        <w:rPr>
          <w:b/>
        </w:rPr>
        <w:t xml:space="preserve">№2: </w:t>
      </w:r>
      <w:r>
        <w:t>Ого, как интересно! А что там в конце?</w:t>
      </w:r>
    </w:p>
    <w:p>
      <w:pPr>
        <w:spacing w:after="120"/>
      </w:pPr>
      <w:r>
        <w:rPr>
          <w:b/>
        </w:rPr>
        <w:t xml:space="preserve">№1: </w:t>
      </w:r>
      <w:r>
        <w:t>А ты спроси у кукурузного величества! Он же сценарий дочитал!</w:t>
      </w:r>
    </w:p>
    <w:p>
      <w:pPr>
        <w:spacing w:after="120"/>
      </w:pPr>
      <w:r>
        <w:rPr>
          <w:b/>
        </w:rPr>
        <w:t xml:space="preserve">№2: </w:t>
      </w:r>
      <w:r>
        <w:t>А что там в конце? (ожидающе уставился на №3)</w:t>
      </w:r>
    </w:p>
    <w:p>
      <w:pPr>
        <w:spacing w:after="120"/>
      </w:pPr>
      <w:r>
        <w:rPr>
          <w:b/>
        </w:rPr>
        <w:t xml:space="preserve">№3: </w:t>
      </w:r>
      <w:r>
        <w:t>Что вы делаете!?</w:t>
      </w:r>
    </w:p>
    <w:p>
      <w:pPr>
        <w:spacing w:after="120"/>
      </w:pPr>
      <w:r>
        <w:rPr>
          <w:b/>
        </w:rPr>
        <w:t xml:space="preserve">№1: </w:t>
      </w:r>
      <w:r>
        <w:t>Да, а что я делаю?</w:t>
      </w:r>
    </w:p>
    <w:p>
      <w:pPr>
        <w:spacing w:after="120"/>
      </w:pPr>
      <w:r>
        <w:rPr>
          <w:b/>
        </w:rPr>
        <w:t xml:space="preserve">№2: </w:t>
      </w:r>
      <w:r>
        <w:t>Уничтожаете все наработки по этой программе? Да, именно так. И всё что с ними связано.</w:t>
      </w:r>
    </w:p>
    <w:p>
      <w:pPr>
        <w:spacing w:after="120"/>
      </w:pPr>
      <w:r>
        <w:rPr>
          <w:b/>
        </w:rPr>
        <w:t xml:space="preserve">№1: </w:t>
      </w:r>
      <w:r>
        <w:t>Правильно. А почему? А потому, что теперь придётся всё переписывать, а то они даже с датами разобрались! Теперь они уверены, что всё это закончится: 21.12.2012! И это ещё хорошо, что я, во избежание слива сюжета, точки не ставил. Всё меня не отвлекать! Времени теперь совсем нет!!! Так что, покиньте зал и отправляйтесь на свои места!</w:t>
      </w:r>
    </w:p>
    <w:p>
      <w:pPr>
        <w:spacing w:after="120"/>
      </w:pPr>
      <w:r>
        <w:rPr>
          <w:b/>
        </w:rPr>
        <w:t xml:space="preserve">№1: </w:t>
      </w:r>
      <w:r>
        <w:t>И кстати, да! Ты, кукуруза! - влетело Джею в спину. - С жертвенностью, ты не уточнил! Ой, как не уточнил! Я бы сказал до членовредительства! И когда я говорю, членовредительство, я и именно это и имею в виду!</w:t>
      </w:r>
    </w:p>
    <w:p>
      <w:pPr>
        <w:spacing w:after="120"/>
      </w:pPr>
      <w:r>
        <w:rPr>
          <w:b/>
        </w:rPr>
        <w:t xml:space="preserve">№3: </w:t>
      </w:r>
      <w:r>
        <w:t>Неужели они поняли это буквально?</w:t>
      </w:r>
    </w:p>
    <w:p>
      <w:pPr>
        <w:spacing w:after="120"/>
      </w:pPr>
      <w:r>
        <w:rPr>
          <w:b/>
        </w:rPr>
        <w:t xml:space="preserve">№1: </w:t>
      </w:r>
      <w:r>
        <w:t>Буквальнее некуда! Брызги от этих буквальностей ещё долго будут лететь, и вряд ли когда-нибудь отмоются!</w:t>
      </w:r>
    </w:p>
    <w:p>
      <w:pPr>
        <w:spacing w:after="120"/>
      </w:pPr>
      <w:r>
        <w:t>О уходит. С и №2 остаются вдвоём.</w:t>
      </w:r>
    </w:p>
    <w:p>
      <w:pPr>
        <w:spacing w:after="120"/>
      </w:pPr>
      <w:r>
        <w:rPr>
          <w:b/>
        </w:rPr>
        <w:t xml:space="preserve">№3: </w:t>
      </w:r>
      <w:r>
        <w:t>Нет, ты слышал?! И что теперь делать?</w:t>
      </w:r>
    </w:p>
    <w:p>
      <w:pPr>
        <w:spacing w:after="120"/>
      </w:pPr>
      <w:r>
        <w:rPr>
          <w:b/>
        </w:rPr>
        <w:t xml:space="preserve">№2: </w:t>
      </w:r>
      <w:r>
        <w:t>Не убивайся ты так, что ни делается всё к лучшему. И не с таким справлялись.</w:t>
      </w:r>
    </w:p>
    <w:p>
      <w:pPr>
        <w:spacing w:after="120"/>
      </w:pPr>
      <w:r>
        <w:rPr>
          <w:b/>
        </w:rPr>
        <w:t xml:space="preserve">№3: </w:t>
      </w:r>
      <w:r>
        <w:t>Так я не он них, я о нём! Что мне с ним делать? Ты его вообще, слышал?</w:t>
      </w:r>
    </w:p>
    <w:p>
      <w:pPr>
        <w:spacing w:after="120"/>
      </w:pPr>
      <w:r>
        <w:rPr>
          <w:b/>
        </w:rPr>
        <w:t>Сценарий это не важно, и в то же время, почему не по</w:t>
      </w:r>
    </w:p>
    <w:p>
      <w:pPr>
        <w:spacing w:after="120"/>
      </w:pPr>
      <w:r>
        <w:rPr>
          <w:b/>
        </w:rPr>
        <w:t>сценарию?! Импровизируй, но, что ты напридумывал!? Как-то это не сходится всё! Он просит, ты делаешь то, что он просит, но всё не так и не туда!!</w:t>
      </w:r>
    </w:p>
    <w:p>
      <w:pPr>
        <w:spacing w:after="120"/>
      </w:pPr>
      <w:r>
        <w:rPr>
          <w:b/>
        </w:rPr>
        <w:t xml:space="preserve">№2: </w:t>
      </w:r>
      <w:r>
        <w:t>Может быть, в этом и суть?</w:t>
      </w:r>
    </w:p>
    <w:p>
      <w:pPr>
        <w:spacing w:after="120"/>
      </w:pPr>
      <w:r>
        <w:rPr>
          <w:b/>
        </w:rPr>
        <w:t xml:space="preserve">№3: </w:t>
      </w:r>
      <w:r>
        <w:t>Вообще не смешно!</w:t>
      </w:r>
    </w:p>
    <w:p>
      <w:pPr>
        <w:spacing w:after="120"/>
      </w:pPr>
      <w:r>
        <w:rPr>
          <w:b/>
        </w:rPr>
        <w:t xml:space="preserve">№2: </w:t>
      </w:r>
      <w:r>
        <w:t>Я и не думал шутить. Он даёт основные правила, коих не так много, но что делать с этим, ты должен решать сам. Видимо, эту мысль ты и должен им донести, а не рассказывать сказки о том, кто они, от куда, и зачем. До этого пусть уже сами доходят. Это… как бы сказать? Познавая мир, познаёшь себя. А тебе нужно наоборот, попробуй понять себя, чтобы понять то, что вокруг. Пауза.</w:t>
      </w:r>
    </w:p>
    <w:p>
      <w:pPr>
        <w:spacing w:after="120"/>
      </w:pPr>
      <w:r>
        <w:rPr>
          <w:b/>
        </w:rPr>
        <w:t xml:space="preserve">№3: </w:t>
      </w:r>
      <w:r>
        <w:t>Ты сам понял, что ты сказал?! И вообще, с чего это ты меня учишь? Мы с тобой на равных условиях находимся, и я уверен, что тебе, это тоже предстоит пройти! Посмотрим, что ты будешь делать на моём месте!</w:t>
      </w:r>
    </w:p>
    <w:p>
      <w:pPr>
        <w:spacing w:after="120"/>
      </w:pPr>
      <w:r>
        <w:rPr>
          <w:b/>
        </w:rPr>
        <w:t xml:space="preserve">№2: </w:t>
      </w:r>
      <w:r>
        <w:t>Вот только не начинай.</w:t>
      </w:r>
    </w:p>
    <w:p>
      <w:pPr>
        <w:spacing w:after="120"/>
      </w:pPr>
      <w:r>
        <w:rPr>
          <w:b/>
        </w:rPr>
        <w:t xml:space="preserve">№3: </w:t>
      </w:r>
      <w:r>
        <w:t>Я вообще-то продолжаю! Меня одно интересует, почему он меня выбрал, а не тебя раз ты такой умный!? Я не хочу верить в то, что причина только в них!</w:t>
      </w:r>
    </w:p>
    <w:p>
      <w:pPr>
        <w:spacing w:after="120"/>
      </w:pPr>
      <w:r>
        <w:rPr>
          <w:b/>
        </w:rPr>
        <w:t xml:space="preserve">№2: </w:t>
      </w:r>
      <w:r>
        <w:t>Мне кажется, что Он думает, тебе это будет полезно, что тебе нужно это сейчас, что если ты это пройдёшь, то…</w:t>
      </w:r>
    </w:p>
    <w:p>
      <w:pPr>
        <w:spacing w:after="120"/>
      </w:pPr>
      <w:r>
        <w:rPr>
          <w:b/>
        </w:rPr>
        <w:t xml:space="preserve">№3: </w:t>
      </w:r>
      <w:r>
        <w:t>Что!? Что тогда? (Пауза) Молчишь!? То-то!</w:t>
      </w:r>
    </w:p>
    <w:p>
      <w:pPr>
        <w:spacing w:after="120"/>
      </w:pPr>
      <w:r>
        <w:rPr>
          <w:b/>
        </w:rPr>
        <w:t xml:space="preserve">№2: </w:t>
      </w:r>
      <w:r>
        <w:t>Прежде чем выпрямлять горбатого, сделай нечто более трудное — расправь свои плечи.</w:t>
      </w:r>
    </w:p>
    <w:p>
      <w:pPr>
        <w:spacing w:after="120"/>
      </w:pPr>
      <w:r>
        <w:rPr>
          <w:b/>
        </w:rPr>
        <w:t xml:space="preserve">№3: </w:t>
      </w:r>
      <w:r>
        <w:t>Это ты сейчас пытался меня оскорбить?!</w:t>
      </w:r>
    </w:p>
    <w:p>
      <w:pPr>
        <w:spacing w:after="120"/>
      </w:pPr>
      <w:r>
        <w:rPr>
          <w:b/>
        </w:rPr>
        <w:t xml:space="preserve">№2: </w:t>
      </w:r>
      <w:r>
        <w:t>Не злись, будь проще. Разберись в себе, верь ему, и верь в них.</w:t>
      </w:r>
    </w:p>
    <w:p>
      <w:pPr>
        <w:spacing w:after="120"/>
      </w:pPr>
      <w:r>
        <w:rPr>
          <w:b/>
        </w:rPr>
        <w:t xml:space="preserve">№3: </w:t>
      </w:r>
      <w:r>
        <w:t>Сам будь проще! Я смотрю у тебя всегда всё просто! Простой</w:t>
      </w:r>
    </w:p>
    <w:p>
      <w:pPr>
        <w:spacing w:after="120"/>
      </w:pPr>
      <w:r>
        <w:t>как голубь!</w:t>
      </w:r>
    </w:p>
    <w:p>
      <w:pPr>
        <w:spacing w:after="120"/>
      </w:pPr>
      <w:r>
        <w:rPr>
          <w:b/>
        </w:rPr>
        <w:t xml:space="preserve">№2: </w:t>
      </w:r>
      <w:r>
        <w:t>Продолжать злиться – всё равно, что схватить горячий уголь и с намерением бросить его в кого-нибудь; обожжёшься именно ты.</w:t>
      </w:r>
    </w:p>
    <w:p>
      <w:pPr>
        <w:spacing w:after="120"/>
      </w:pPr>
      <w:r>
        <w:rPr>
          <w:b/>
        </w:rPr>
        <w:t xml:space="preserve">№3: </w:t>
      </w:r>
      <w:r>
        <w:t>Да иди ты! (Уходит)</w:t>
      </w:r>
    </w:p>
    <w:p>
      <w:pPr>
        <w:spacing w:after="120"/>
      </w:pPr>
      <w:r>
        <w:rPr>
          <w:b/>
        </w:rPr>
        <w:t xml:space="preserve">№2: </w:t>
      </w:r>
      <w:r>
        <w:t>(оставшись один) И пойду. Запишу. Хорошо ведь сказал. (Уходит) Некоторое время спустя. Аппаратная. №3 один. Он пересматривает свои записи. Что-то перемотает, где-то остановит делая пометки. По нему видно, что он изменился. Появляется О со сценарием. Воодушевлённый. Радостный. Словно ничего не происходило.</w:t>
      </w:r>
    </w:p>
    <w:p>
      <w:pPr>
        <w:spacing w:after="120"/>
      </w:pPr>
      <w:r>
        <w:rPr>
          <w:b/>
        </w:rPr>
        <w:t xml:space="preserve">№1: </w:t>
      </w:r>
      <w:r>
        <w:t>Сынок! Родной мой!</w:t>
      </w:r>
    </w:p>
    <w:p>
      <w:pPr>
        <w:spacing w:after="120"/>
      </w:pPr>
      <w:r>
        <w:rPr>
          <w:b/>
        </w:rPr>
        <w:t xml:space="preserve">№3: </w:t>
      </w:r>
      <w:r>
        <w:t>(Размеренно и спокойно) Да, отец.</w:t>
      </w:r>
    </w:p>
    <w:p>
      <w:pPr>
        <w:spacing w:after="120"/>
      </w:pPr>
      <w:r>
        <w:rPr>
          <w:b/>
        </w:rPr>
        <w:t xml:space="preserve">№1: </w:t>
      </w:r>
      <w:r>
        <w:t>(Показывая на сценарий) Вот он! Новенький! В</w:t>
      </w:r>
    </w:p>
    <w:p>
      <w:pPr>
        <w:spacing w:after="120"/>
      </w:pPr>
      <w:r>
        <w:t>единственном экземпляре!</w:t>
      </w:r>
    </w:p>
    <w:p>
      <w:pPr>
        <w:spacing w:after="120"/>
      </w:pPr>
      <w:r>
        <w:rPr>
          <w:b/>
        </w:rPr>
        <w:t xml:space="preserve">№3: </w:t>
      </w:r>
      <w:r>
        <w:t>Почему в единственном?</w:t>
      </w:r>
    </w:p>
    <w:p>
      <w:pPr>
        <w:spacing w:after="120"/>
      </w:pPr>
      <w:r>
        <w:rPr>
          <w:b/>
        </w:rPr>
        <w:t xml:space="preserve">№1: </w:t>
      </w:r>
      <w:r>
        <w:t>Знаешь, я так подумал, я в тебя верю! Если один раз обжёгся, больше в огонь не полезешь. Ты меня понимаешь? (Смеётся)</w:t>
      </w:r>
    </w:p>
    <w:p>
      <w:pPr>
        <w:spacing w:after="120"/>
      </w:pPr>
      <w:r>
        <w:rPr>
          <w:b/>
        </w:rPr>
        <w:t xml:space="preserve">№3: </w:t>
      </w:r>
      <w:r>
        <w:t>(также спокойно) Да, отец.</w:t>
      </w:r>
    </w:p>
    <w:p>
      <w:pPr>
        <w:spacing w:after="120"/>
      </w:pPr>
      <w:r>
        <w:rPr>
          <w:b/>
        </w:rPr>
        <w:t xml:space="preserve">№1: </w:t>
      </w:r>
      <w:r>
        <w:t>(не теряя запала) Я учёл всё недочёты, которые были и могли появиться. И теперь там всё просто без демагогии, без воды, так сказать, всё чётко и по полочкам. (Показывая на сценарий) Смотри: всё проще некуда. Появление, тихое но яркое. Дальше время освоиться, и разобраться. Потом интерактивы. Полностью прописанные. Ни без красивых эффектов, как ты любишь. И теперь самое главное нововведение: теперь в любой момент, если</w:t>
      </w:r>
    </w:p>
    <w:p>
      <w:pPr>
        <w:spacing w:after="120"/>
      </w:pPr>
      <w:r>
        <w:t>замешкаешься, можешь меня о чем угодно спросить, и я тебе, с</w:t>
      </w:r>
    </w:p>
    <w:p>
      <w:pPr>
        <w:spacing w:after="120"/>
      </w:pPr>
      <w:r>
        <w:t>удовольствием, подскажу.</w:t>
      </w:r>
    </w:p>
    <w:p>
      <w:pPr>
        <w:spacing w:after="120"/>
      </w:pPr>
      <w:r>
        <w:rPr>
          <w:b/>
        </w:rPr>
        <w:t xml:space="preserve">№3: </w:t>
      </w:r>
      <w:r>
        <w:t>Не стоило себя так утруждать, Отец, но я очень вам за это благодарен. Приятно понимать, что Вы всегда рядом и готовы выслушать.</w:t>
      </w:r>
    </w:p>
    <w:p>
      <w:pPr>
        <w:spacing w:after="120"/>
      </w:pPr>
      <w:r>
        <w:rPr>
          <w:b/>
        </w:rPr>
        <w:t xml:space="preserve">№1: </w:t>
      </w:r>
      <w:r>
        <w:t>(удивлённый такой интонации) Рад это слышать. Приятно. Даже как-то не по себе немного. Но всё-таки (сменив тон на более строгий и</w:t>
      </w:r>
    </w:p>
    <w:p>
      <w:pPr>
        <w:spacing w:after="120"/>
      </w:pPr>
      <w:r>
        <w:t>властный) Надеюсь ты понимаешь всю серьёзность этого мероприятия, и какая на тебе лежит ответственность? Ты будешь должен влюбить в себя каждого, кто будет от тебя на расстоянии, минимум, десяти метров. Для этого ТЫ должен влюбиться в них. Они могут тебя ненавидеть, оскорблять, пользоваться тобой, но ты запомни главное правило: Люби зрителя и зритель полюбит тебя! Может кто-то отвернётся от тебя, может кто-то предаст, всё равно.</w:t>
      </w:r>
    </w:p>
    <w:p>
      <w:pPr>
        <w:spacing w:after="120"/>
      </w:pPr>
      <w:r>
        <w:rPr>
          <w:b/>
        </w:rPr>
        <w:t xml:space="preserve">№3: </w:t>
      </w:r>
      <w:r>
        <w:t>(чуть не сорвавшись, но сдержавши себя) Но почему так... отец?</w:t>
      </w:r>
    </w:p>
    <w:p>
      <w:pPr>
        <w:spacing w:after="120"/>
      </w:pPr>
      <w:r>
        <w:rPr>
          <w:b/>
        </w:rPr>
        <w:t xml:space="preserve">№1: </w:t>
      </w:r>
      <w:r>
        <w:t>(легко и непринуждённо) Ты ещё спрашиваешь? Это хорошо, чем больше вопросов, тем меньше в дальнейшем будет проблем. Я тебе отвечу, Сын мой. Потому, что(пауза)работа у нас такая.</w:t>
      </w:r>
    </w:p>
    <w:p>
      <w:pPr>
        <w:spacing w:after="120"/>
      </w:pPr>
      <w:r>
        <w:rPr>
          <w:b/>
        </w:rPr>
        <w:t xml:space="preserve">№3: </w:t>
      </w:r>
      <w:r>
        <w:t>Спасибо, Отец.</w:t>
      </w:r>
    </w:p>
    <w:p>
      <w:pPr>
        <w:spacing w:after="120"/>
      </w:pPr>
      <w:r>
        <w:rPr>
          <w:b/>
        </w:rPr>
        <w:t xml:space="preserve">№1: </w:t>
      </w:r>
      <w:r>
        <w:t>Да, не за что! Ну раз вопросов больше нет, потренируемся в любви.</w:t>
      </w:r>
    </w:p>
    <w:p>
      <w:pPr>
        <w:spacing w:after="120"/>
      </w:pPr>
      <w:r>
        <w:rPr>
          <w:b/>
        </w:rPr>
        <w:t xml:space="preserve">№3: </w:t>
      </w:r>
      <w:r>
        <w:t>Последний вопрос, за что я их должен любить? Должны же быть какие- то условия этой игры?</w:t>
      </w:r>
    </w:p>
    <w:p>
      <w:pPr>
        <w:spacing w:after="120"/>
      </w:pPr>
      <w:r>
        <w:rPr>
          <w:b/>
        </w:rPr>
        <w:t xml:space="preserve">№1: </w:t>
      </w:r>
      <w:r>
        <w:t>В этом и суть, сынок. Условий нет, так как для них это не игра, для них это жизнь. Поэтому и любовь должна быть- БЕЗУСЛОВНА. (Тон становится более нежным и в, тоже время покровительственным) Такая же, как и моя любовь к тебе, сынок. Теперь, ответь мне, Сын. Ты меня любишь?</w:t>
      </w:r>
    </w:p>
    <w:p>
      <w:pPr>
        <w:spacing w:after="120"/>
      </w:pPr>
      <w:r>
        <w:rPr>
          <w:b/>
        </w:rPr>
        <w:t xml:space="preserve">№3: </w:t>
      </w:r>
      <w:r>
        <w:t>(после паузы. Размерено и покорённо) Безусловно. Отец.</w:t>
      </w:r>
    </w:p>
    <w:p>
      <w:pPr>
        <w:spacing w:after="120"/>
      </w:pPr>
      <w:r>
        <w:rPr>
          <w:b/>
          <w:i/>
        </w:rPr>
        <w:t>Гримёрка. Выглядит иначе. Более свободно. Чисто. Сидит №2. Смотрит на экран. Следит за происходящим. Заходит №1.</w:t>
      </w:r>
    </w:p>
    <w:p>
      <w:pPr>
        <w:spacing w:after="120"/>
      </w:pPr>
      <w:r>
        <w:rPr>
          <w:b/>
        </w:rPr>
        <w:t xml:space="preserve">№1: </w:t>
      </w:r>
      <w:r>
        <w:t>Ну как он?</w:t>
      </w:r>
    </w:p>
    <w:p>
      <w:pPr>
        <w:spacing w:after="120"/>
      </w:pPr>
      <w:r>
        <w:rPr>
          <w:b/>
        </w:rPr>
        <w:t xml:space="preserve">№2: </w:t>
      </w:r>
      <w:r>
        <w:t>Держится. Работает. Притом весьма неплохо.</w:t>
      </w:r>
    </w:p>
    <w:p>
      <w:pPr>
        <w:spacing w:after="120"/>
      </w:pPr>
      <w:r>
        <w:rPr>
          <w:b/>
        </w:rPr>
        <w:t xml:space="preserve">№1: </w:t>
      </w:r>
      <w:r>
        <w:t>А ну, дай посмотреть.</w:t>
      </w:r>
    </w:p>
    <w:p>
      <w:pPr>
        <w:spacing w:after="120"/>
      </w:pPr>
      <w:r>
        <w:rPr>
          <w:b/>
        </w:rPr>
        <w:t xml:space="preserve">№2: </w:t>
      </w:r>
      <w:r>
        <w:t>(давая место) Просящему у тебя дай, и от хотящего занять у тебя не отвращайся.</w:t>
      </w:r>
    </w:p>
    <w:p>
      <w:pPr>
        <w:spacing w:after="120"/>
      </w:pPr>
      <w:r>
        <w:rPr>
          <w:b/>
        </w:rPr>
        <w:t xml:space="preserve">№1: </w:t>
      </w:r>
      <w:r>
        <w:t>Хорошо сказал. Запиши.</w:t>
      </w:r>
    </w:p>
    <w:p>
      <w:pPr>
        <w:spacing w:after="120"/>
      </w:pPr>
      <w:r>
        <w:rPr>
          <w:b/>
        </w:rPr>
        <w:t xml:space="preserve">№2: </w:t>
      </w:r>
      <w:r>
        <w:t>Не могу.</w:t>
      </w:r>
    </w:p>
    <w:p>
      <w:pPr>
        <w:spacing w:after="120"/>
      </w:pPr>
      <w:r>
        <w:rPr>
          <w:b/>
        </w:rPr>
        <w:t xml:space="preserve">№1: </w:t>
      </w:r>
      <w:r>
        <w:t>Почему?</w:t>
      </w:r>
    </w:p>
    <w:p>
      <w:pPr>
        <w:spacing w:after="120"/>
      </w:pPr>
      <w:r>
        <w:rPr>
          <w:b/>
        </w:rPr>
        <w:t xml:space="preserve">№2: </w:t>
      </w:r>
      <w:r>
        <w:t>Не моя мысль.</w:t>
      </w:r>
    </w:p>
    <w:p>
      <w:pPr>
        <w:spacing w:after="120"/>
      </w:pPr>
      <w:r>
        <w:rPr>
          <w:b/>
        </w:rPr>
        <w:t xml:space="preserve">№1: </w:t>
      </w:r>
      <w:r>
        <w:t>Это он сказал? (Заинтересовано) Но, такое нужно фиксировать.</w:t>
      </w:r>
    </w:p>
    <w:p>
      <w:pPr>
        <w:spacing w:after="120"/>
      </w:pPr>
      <w:r>
        <w:rPr>
          <w:b/>
        </w:rPr>
        <w:t xml:space="preserve">№2: </w:t>
      </w:r>
      <w:r>
        <w:t>Не беспокойтесь, фиксируют. Они.</w:t>
      </w:r>
    </w:p>
    <w:p>
      <w:pPr>
        <w:spacing w:after="120"/>
      </w:pPr>
      <w:r>
        <w:rPr>
          <w:b/>
        </w:rPr>
        <w:t xml:space="preserve">№1: </w:t>
      </w:r>
      <w:r>
        <w:t>И много, их?</w:t>
      </w:r>
    </w:p>
    <w:p>
      <w:pPr>
        <w:spacing w:after="120"/>
      </w:pPr>
      <w:r>
        <w:rPr>
          <w:b/>
        </w:rPr>
        <w:t xml:space="preserve">№2: </w:t>
      </w:r>
      <w:r>
        <w:t>По началу было двенадцать, но с каждым разом всё больше. А вы что, не знаете? Он же с вами постоянно диалог ведёт.</w:t>
      </w:r>
    </w:p>
    <w:p>
      <w:pPr>
        <w:spacing w:after="120"/>
      </w:pPr>
      <w:r>
        <w:rPr>
          <w:b/>
        </w:rPr>
        <w:t xml:space="preserve">№1: </w:t>
      </w:r>
      <w:r>
        <w:t>Да, но диалогом, я бы это не назвал. Это больше похоже на письма, не требующие ответа. Он меня постоянно благодарит и передаёт</w:t>
      </w:r>
    </w:p>
    <w:p>
      <w:pPr>
        <w:spacing w:after="120"/>
      </w:pPr>
      <w:r>
        <w:t>благодарности. В целом, он всё делает сам.</w:t>
      </w:r>
    </w:p>
    <w:p>
      <w:pPr>
        <w:spacing w:after="120"/>
      </w:pPr>
      <w:r>
        <w:rPr>
          <w:b/>
        </w:rPr>
        <w:t xml:space="preserve">№2: </w:t>
      </w:r>
      <w:r>
        <w:t>Вас это беспокоит?</w:t>
      </w:r>
    </w:p>
    <w:p>
      <w:pPr>
        <w:spacing w:after="120"/>
      </w:pPr>
      <w:r>
        <w:rPr>
          <w:b/>
        </w:rPr>
        <w:t xml:space="preserve">№1: </w:t>
      </w:r>
      <w:r>
        <w:t>Нет. Меня это не беспокоит. Я жду.</w:t>
      </w:r>
    </w:p>
    <w:p>
      <w:pPr>
        <w:spacing w:after="120"/>
      </w:pPr>
      <w:r>
        <w:rPr>
          <w:b/>
        </w:rPr>
        <w:t xml:space="preserve">№2: </w:t>
      </w:r>
      <w:r>
        <w:t>Чего?</w:t>
      </w:r>
    </w:p>
    <w:p>
      <w:pPr>
        <w:spacing w:after="120"/>
      </w:pPr>
      <w:r>
        <w:rPr>
          <w:b/>
        </w:rPr>
        <w:t xml:space="preserve">№1: </w:t>
      </w:r>
      <w:r>
        <w:t>Не знаю. Но что-то будет. Будет это хорошо или плохо, но будет. Но вернёмся к работе. Как у нас с развлекательной частью?</w:t>
      </w:r>
    </w:p>
    <w:p>
      <w:pPr>
        <w:spacing w:after="120"/>
      </w:pPr>
      <w:r>
        <w:rPr>
          <w:b/>
        </w:rPr>
        <w:t xml:space="preserve">№2: </w:t>
      </w:r>
      <w:r>
        <w:t>Без проблем. Прошлись почти по всем стихиям. По воде, по земле, через огонь. Воздуха пока не было. Общается тепло, по-доброму. Раздаёт подарки. Просто так. Подкрепляя фразой: «Даром получили, даром давайте.» Ведёт себя легко и по-другому.</w:t>
      </w:r>
    </w:p>
    <w:p>
      <w:pPr>
        <w:spacing w:after="120"/>
      </w:pPr>
      <w:r>
        <w:rPr>
          <w:b/>
        </w:rPr>
        <w:t xml:space="preserve">№1: </w:t>
      </w:r>
      <w:r>
        <w:t>По-другому?</w:t>
      </w:r>
    </w:p>
    <w:p>
      <w:pPr>
        <w:spacing w:after="120"/>
      </w:pPr>
      <w:r>
        <w:rPr>
          <w:b/>
        </w:rPr>
        <w:t xml:space="preserve">№2: </w:t>
      </w:r>
      <w:r>
        <w:t>В смысле, я его таким не видел.</w:t>
      </w:r>
    </w:p>
    <w:p>
      <w:pPr>
        <w:spacing w:after="120"/>
      </w:pPr>
      <w:r>
        <w:rPr>
          <w:b/>
        </w:rPr>
        <w:t xml:space="preserve">№1: </w:t>
      </w:r>
      <w:r>
        <w:t>Каким?</w:t>
      </w:r>
    </w:p>
    <w:p>
      <w:pPr>
        <w:spacing w:after="120"/>
      </w:pPr>
      <w:r>
        <w:rPr>
          <w:b/>
        </w:rPr>
        <w:t xml:space="preserve">№2: </w:t>
      </w:r>
      <w:r>
        <w:t>Спокойным, размеренным, и такое продолжительное время. Как будто ему это всё…</w:t>
      </w:r>
    </w:p>
    <w:p>
      <w:pPr>
        <w:spacing w:after="120"/>
      </w:pPr>
      <w:r>
        <w:rPr>
          <w:b/>
        </w:rPr>
        <w:t xml:space="preserve">№1: </w:t>
      </w:r>
      <w:r>
        <w:t>Что?</w:t>
      </w:r>
    </w:p>
    <w:p>
      <w:pPr>
        <w:spacing w:after="120"/>
      </w:pPr>
      <w:r>
        <w:rPr>
          <w:b/>
        </w:rPr>
        <w:t xml:space="preserve">№2: </w:t>
      </w:r>
      <w:r>
        <w:t>Словно ему это… нравится.</w:t>
      </w:r>
    </w:p>
    <w:p>
      <w:pPr>
        <w:spacing w:after="120"/>
      </w:pPr>
      <w:r>
        <w:rPr>
          <w:b/>
        </w:rPr>
        <w:t xml:space="preserve">№1: </w:t>
      </w:r>
      <w:r>
        <w:t>А почему это не должно ему нравиться? Я, конечно, понимаю, работа есть работа, и многих она гнетёт, но это, всё-таки, личный выбор каждого!</w:t>
      </w:r>
    </w:p>
    <w:p>
      <w:pPr>
        <w:spacing w:after="120"/>
      </w:pPr>
      <w:r>
        <w:rPr>
          <w:b/>
        </w:rPr>
        <w:t xml:space="preserve">№2: </w:t>
      </w:r>
      <w:r>
        <w:t>Наши страдания вызваны нашим сопротивлением тому, что есть.</w:t>
      </w:r>
    </w:p>
    <w:p>
      <w:pPr>
        <w:spacing w:after="120"/>
      </w:pPr>
      <w:r>
        <w:rPr>
          <w:b/>
        </w:rPr>
        <w:t xml:space="preserve">№1: </w:t>
      </w:r>
      <w:r>
        <w:t>Тоже он сказал?</w:t>
      </w:r>
    </w:p>
    <w:p>
      <w:pPr>
        <w:spacing w:after="120"/>
      </w:pPr>
      <w:r>
        <w:rPr>
          <w:b/>
        </w:rPr>
        <w:t xml:space="preserve">№2: </w:t>
      </w:r>
      <w:r>
        <w:t>Нет это уже моё.</w:t>
      </w:r>
    </w:p>
    <w:p>
      <w:pPr>
        <w:spacing w:after="120"/>
      </w:pPr>
      <w:r>
        <w:rPr>
          <w:b/>
        </w:rPr>
        <w:t xml:space="preserve">№1: </w:t>
      </w:r>
      <w:r>
        <w:t>Ладно, я пойду, а ты продолжай смотреть и если что, я на встрече с заказчиками.</w:t>
      </w:r>
    </w:p>
    <w:p>
      <w:pPr>
        <w:spacing w:after="120"/>
      </w:pPr>
      <w:r>
        <w:t>№1 Уходит. №2 остаётся один.</w:t>
      </w:r>
    </w:p>
    <w:p>
      <w:pPr>
        <w:spacing w:after="120"/>
      </w:pPr>
      <w:r>
        <w:rPr>
          <w:b/>
        </w:rPr>
        <w:t xml:space="preserve">№2: </w:t>
      </w:r>
      <w:r>
        <w:t>Нет. Я же тебя знаю. Что-то должно быть. Где-то ты себя</w:t>
      </w:r>
    </w:p>
    <w:p>
      <w:pPr>
        <w:spacing w:after="120"/>
      </w:pPr>
      <w:r>
        <w:t>проявишь. Никто не может так сильно измениться, да ещё и за такое короткое время. Только если ты не делаешь это специально... Впрочем, почему это не может быть правдой. (Звучит звонок. Д отвечает)</w:t>
      </w:r>
    </w:p>
    <w:p>
      <w:pPr>
        <w:spacing w:after="120"/>
      </w:pPr>
      <w:r>
        <w:t>Компания «Вопреки» Главный специалист на связи.</w:t>
      </w:r>
    </w:p>
    <w:p>
      <w:pPr>
        <w:spacing w:after="120"/>
      </w:pPr>
      <w:r>
        <w:rPr>
          <w:b/>
        </w:rPr>
        <w:t xml:space="preserve">№3: </w:t>
      </w:r>
      <w:r>
        <w:t>(по громкой связи) Отец... Услышь меня.</w:t>
      </w:r>
    </w:p>
    <w:p>
      <w:pPr>
        <w:spacing w:after="120"/>
      </w:pPr>
      <w:r>
        <w:rPr>
          <w:b/>
        </w:rPr>
        <w:t xml:space="preserve">№2: </w:t>
      </w:r>
      <w:r>
        <w:t>Привет, это я! Его пока нет. Мы можем с тобой поболтать, давно не слышались так сказать. Опять же если ты один.</w:t>
      </w:r>
    </w:p>
    <w:p>
      <w:pPr>
        <w:spacing w:after="120"/>
      </w:pPr>
      <w:r>
        <w:rPr>
          <w:b/>
        </w:rPr>
        <w:t xml:space="preserve">№3: </w:t>
      </w:r>
      <w:r>
        <w:t>Один. Ты видимо, тоже. (. Молчание).</w:t>
      </w:r>
    </w:p>
    <w:p>
      <w:pPr>
        <w:spacing w:after="120"/>
      </w:pPr>
      <w:r>
        <w:rPr>
          <w:b/>
        </w:rPr>
        <w:t xml:space="preserve">№2: </w:t>
      </w:r>
      <w:r>
        <w:t>Ну… как ты?</w:t>
      </w:r>
    </w:p>
    <w:p>
      <w:pPr>
        <w:spacing w:after="120"/>
      </w:pPr>
      <w:r>
        <w:rPr>
          <w:b/>
        </w:rPr>
        <w:t xml:space="preserve">№3: </w:t>
      </w:r>
      <w:r>
        <w:t>Работаю. Хотя ты и так, наверняка видишь.</w:t>
      </w:r>
    </w:p>
    <w:p>
      <w:pPr>
        <w:spacing w:after="120"/>
      </w:pPr>
      <w:r>
        <w:rPr>
          <w:b/>
        </w:rPr>
        <w:t xml:space="preserve">№2: </w:t>
      </w:r>
      <w:r>
        <w:t>С чего ты это взял?</w:t>
      </w:r>
    </w:p>
    <w:p>
      <w:pPr>
        <w:spacing w:after="120"/>
      </w:pPr>
      <w:r>
        <w:rPr>
          <w:b/>
        </w:rPr>
        <w:t xml:space="preserve">№3: </w:t>
      </w:r>
      <w:r>
        <w:t>Чувствую.</w:t>
      </w:r>
    </w:p>
    <w:p>
      <w:pPr>
        <w:spacing w:after="120"/>
      </w:pPr>
      <w:r>
        <w:rPr>
          <w:b/>
        </w:rPr>
        <w:t xml:space="preserve">№2: </w:t>
      </w:r>
      <w:r>
        <w:t>И каково это?</w:t>
      </w:r>
    </w:p>
    <w:p>
      <w:pPr>
        <w:spacing w:after="120"/>
      </w:pPr>
      <w:r>
        <w:rPr>
          <w:b/>
        </w:rPr>
        <w:t xml:space="preserve">№3: </w:t>
      </w:r>
      <w:r>
        <w:t>Привыкаешь.</w:t>
      </w:r>
    </w:p>
    <w:p>
      <w:pPr>
        <w:spacing w:after="120"/>
      </w:pPr>
      <w:r>
        <w:rPr>
          <w:b/>
        </w:rPr>
        <w:t xml:space="preserve">№2: </w:t>
      </w:r>
      <w:r>
        <w:t>Ты бы перерыв себе сделал, или возможности не подворачивается.</w:t>
      </w:r>
    </w:p>
    <w:p>
      <w:pPr>
        <w:spacing w:after="120"/>
      </w:pPr>
      <w:r>
        <w:rPr>
          <w:b/>
        </w:rPr>
        <w:t xml:space="preserve">№3: </w:t>
      </w:r>
      <w:r>
        <w:t>Возможности… возможности безграничны. Возможность есть, смысла нет.</w:t>
      </w:r>
    </w:p>
    <w:p>
      <w:pPr>
        <w:spacing w:after="120"/>
      </w:pPr>
      <w:r>
        <w:rPr>
          <w:b/>
        </w:rPr>
        <w:t xml:space="preserve">№2: </w:t>
      </w:r>
      <w:r>
        <w:t>Что ты имеешь в виду?</w:t>
      </w:r>
    </w:p>
    <w:p>
      <w:pPr>
        <w:spacing w:after="120"/>
      </w:pPr>
      <w:r>
        <w:rPr>
          <w:b/>
        </w:rPr>
        <w:t xml:space="preserve">№3: </w:t>
      </w:r>
      <w:r>
        <w:t>Я перерыв сделать могу, у вас его нет. В этом и есть смысл. Ты можешь делать перерыв, но жизнь перерывов не делает. (Молчание) Сорвался я. На торгашей. Накричал. Непрофессионально. И знаешь, что понял?</w:t>
      </w:r>
    </w:p>
    <w:p>
      <w:pPr>
        <w:spacing w:after="120"/>
      </w:pPr>
      <w:r>
        <w:rPr>
          <w:b/>
        </w:rPr>
        <w:t xml:space="preserve">№2: </w:t>
      </w:r>
      <w:r>
        <w:t>Что?</w:t>
      </w:r>
    </w:p>
    <w:p>
      <w:pPr>
        <w:spacing w:after="120"/>
      </w:pPr>
      <w:r>
        <w:rPr>
          <w:b/>
        </w:rPr>
        <w:t xml:space="preserve">№3: </w:t>
      </w:r>
      <w:r>
        <w:t>Что все мы такие. Как эти торгаши. Пользуемся тем, что есть. А они не виноваты. Они просто так живут. И мы не виноваты. Мы тоже живём. Только по-другому. А они не понимают. Мы все люди. Это нужно понять.</w:t>
      </w:r>
    </w:p>
    <w:p>
      <w:pPr>
        <w:spacing w:after="120"/>
      </w:pPr>
      <w:r>
        <w:rPr>
          <w:b/>
        </w:rPr>
        <w:t xml:space="preserve">№2: </w:t>
      </w:r>
      <w:r>
        <w:t>Торгашам?</w:t>
      </w:r>
    </w:p>
    <w:p>
      <w:pPr>
        <w:spacing w:after="120"/>
      </w:pPr>
      <w:r>
        <w:rPr>
          <w:b/>
        </w:rPr>
        <w:t xml:space="preserve">№3: </w:t>
      </w:r>
      <w:r>
        <w:t>Всем. И нам в том числе. Нужно смотреть внутрь, а мы цепляемся за оболочки.</w:t>
      </w:r>
    </w:p>
    <w:p>
      <w:pPr>
        <w:spacing w:after="120"/>
      </w:pPr>
      <w:r>
        <w:rPr>
          <w:b/>
        </w:rPr>
        <w:t xml:space="preserve">№2: </w:t>
      </w:r>
      <w:r>
        <w:t>Можно запишу?</w:t>
      </w:r>
    </w:p>
    <w:p>
      <w:pPr>
        <w:spacing w:after="120"/>
      </w:pPr>
      <w:r>
        <w:rPr>
          <w:b/>
        </w:rPr>
        <w:t xml:space="preserve">№3: </w:t>
      </w:r>
      <w:r>
        <w:t>Пользуйся. (Молчание) Будьте мудры, как змеи, и просты как</w:t>
      </w:r>
    </w:p>
    <w:p>
      <w:pPr>
        <w:spacing w:after="120"/>
      </w:pPr>
      <w:r>
        <w:t>голуби. Понял аллегорию?</w:t>
      </w:r>
    </w:p>
    <w:p>
      <w:pPr>
        <w:spacing w:after="120"/>
      </w:pPr>
      <w:r>
        <w:rPr>
          <w:b/>
        </w:rPr>
        <w:t xml:space="preserve">№2: </w:t>
      </w:r>
      <w:r>
        <w:t>Понял. Смешно(улыбается). Тонко.</w:t>
      </w:r>
    </w:p>
    <w:p>
      <w:pPr>
        <w:spacing w:after="120"/>
      </w:pPr>
      <w:r>
        <w:rPr>
          <w:b/>
        </w:rPr>
        <w:t xml:space="preserve">№3: </w:t>
      </w:r>
      <w:r>
        <w:t>Устал я. Нужно это заканчивать. Как-нибудь легко и красиво. Но, жаль, что не получится.</w:t>
      </w:r>
    </w:p>
    <w:p>
      <w:pPr>
        <w:spacing w:after="120"/>
      </w:pPr>
      <w:r>
        <w:rPr>
          <w:b/>
        </w:rPr>
        <w:t xml:space="preserve">№2: </w:t>
      </w:r>
      <w:r>
        <w:t>Почему?</w:t>
      </w:r>
    </w:p>
    <w:p>
      <w:pPr>
        <w:spacing w:after="120"/>
      </w:pPr>
      <w:r>
        <w:rPr>
          <w:b/>
        </w:rPr>
        <w:t xml:space="preserve">№3: </w:t>
      </w:r>
      <w:r>
        <w:t>Как оказалось, зритель не любит хэппи-энды.</w:t>
      </w:r>
    </w:p>
    <w:p>
      <w:pPr>
        <w:spacing w:after="120"/>
      </w:pPr>
      <w:r>
        <w:rPr>
          <w:b/>
        </w:rPr>
        <w:t xml:space="preserve">№2: </w:t>
      </w:r>
      <w:r>
        <w:t>Но тебя же любит большинство.</w:t>
      </w:r>
    </w:p>
    <w:p>
      <w:pPr>
        <w:spacing w:after="120"/>
      </w:pPr>
      <w:r>
        <w:rPr>
          <w:b/>
        </w:rPr>
        <w:t xml:space="preserve">№3: </w:t>
      </w:r>
      <w:r>
        <w:t>Да, но миром правит меньшинство. И оно решает, как это должно быть. Оно и есть мнение зрителя, а зритель всегда прав.</w:t>
      </w:r>
    </w:p>
    <w:p>
      <w:pPr>
        <w:spacing w:after="120"/>
      </w:pPr>
      <w:r>
        <w:rPr>
          <w:b/>
        </w:rPr>
        <w:t xml:space="preserve">№2: </w:t>
      </w:r>
      <w:r>
        <w:t>А если убьют?</w:t>
      </w:r>
    </w:p>
    <w:p>
      <w:pPr>
        <w:spacing w:after="120"/>
      </w:pPr>
      <w:r>
        <w:rPr>
          <w:b/>
        </w:rPr>
        <w:t xml:space="preserve">№3: </w:t>
      </w:r>
      <w:r>
        <w:t>Значит: «На то Его воля». Только здесь понимаешь смысл этой фразы.</w:t>
      </w:r>
    </w:p>
    <w:p>
      <w:pPr>
        <w:spacing w:after="120"/>
      </w:pPr>
      <w:r>
        <w:rPr>
          <w:b/>
        </w:rPr>
        <w:t xml:space="preserve">№2: </w:t>
      </w:r>
      <w:r>
        <w:t>Но ты не можешь так взять и уйти. Сценарий, тайминг...</w:t>
      </w:r>
    </w:p>
    <w:p>
      <w:pPr>
        <w:spacing w:after="120"/>
      </w:pPr>
      <w:r>
        <w:t>С: Сценарий это просто план действий. А по поводу тайминга… Я к ним ещё вернусь.</w:t>
      </w:r>
    </w:p>
    <w:p>
      <w:pPr>
        <w:spacing w:after="120"/>
      </w:pPr>
      <w:r>
        <w:rPr>
          <w:b/>
        </w:rPr>
        <w:t xml:space="preserve">№2: </w:t>
      </w:r>
      <w:r>
        <w:t>Зачем?</w:t>
      </w:r>
    </w:p>
    <w:p>
      <w:pPr>
        <w:spacing w:after="120"/>
      </w:pPr>
      <w:r>
        <w:rPr>
          <w:b/>
        </w:rPr>
        <w:t xml:space="preserve">№3: </w:t>
      </w:r>
      <w:r>
        <w:t>Попрощаться с большинством.</w:t>
      </w:r>
    </w:p>
    <w:p>
      <w:pPr>
        <w:spacing w:after="120"/>
      </w:pPr>
      <w:r>
        <w:t>ЗТМ.</w:t>
      </w:r>
    </w:p>
    <w:p>
      <w:pPr>
        <w:spacing w:after="120"/>
      </w:pPr>
      <w:r>
        <w:rPr>
          <w:b/>
          <w:i/>
        </w:rPr>
        <w:t>Кабинет №1. Он в весьма нервный, немного агрессивный. В пылу. №2 вместе с ним.</w:t>
      </w:r>
    </w:p>
    <w:p>
      <w:pPr>
        <w:spacing w:after="120"/>
      </w:pPr>
      <w:r>
        <w:rPr>
          <w:b/>
        </w:rPr>
        <w:t xml:space="preserve">№1: </w:t>
      </w:r>
      <w:r>
        <w:t>И как это понимать?! Что значит ушёл по собственному желанию?!Что значит решил работать один?! Я о чём-то не знаю?</w:t>
      </w:r>
    </w:p>
    <w:p>
      <w:pPr>
        <w:spacing w:after="120"/>
      </w:pPr>
      <w:r>
        <w:rPr>
          <w:b/>
        </w:rPr>
        <w:t xml:space="preserve">№2: </w:t>
      </w:r>
      <w:r>
        <w:t>Ничем не могу помочь. Я сам без понятия.</w:t>
      </w:r>
    </w:p>
    <w:p>
      <w:pPr>
        <w:spacing w:after="120"/>
      </w:pPr>
      <w:r>
        <w:rPr>
          <w:b/>
        </w:rPr>
        <w:t xml:space="preserve">№1: </w:t>
      </w:r>
      <w:r>
        <w:t>Что это значит?! Вы же с ним, как там, дружите, вроде как? Общаетесь? Обсуждаете всё! Тем более последний раз ты с ним разговаривал! И почему- то именно в этот момент произошёл сбой оборудования и ничего не сохранилось! О чём вы говорили? Что он тебе сказал?</w:t>
      </w:r>
    </w:p>
    <w:p>
      <w:pPr>
        <w:spacing w:after="120"/>
      </w:pPr>
      <w:r>
        <w:rPr>
          <w:b/>
        </w:rPr>
        <w:t xml:space="preserve">№2: </w:t>
      </w:r>
      <w:r>
        <w:t>Что хотел пообщаться с вами.</w:t>
      </w:r>
    </w:p>
    <w:p>
      <w:pPr>
        <w:spacing w:after="120"/>
      </w:pPr>
      <w:r>
        <w:rPr>
          <w:b/>
        </w:rPr>
        <w:t xml:space="preserve">№1: </w:t>
      </w:r>
      <w:r>
        <w:t>А ты ему сказал, что я на встрече.</w:t>
      </w:r>
    </w:p>
    <w:p>
      <w:pPr>
        <w:spacing w:after="120"/>
      </w:pPr>
      <w:r>
        <w:rPr>
          <w:b/>
        </w:rPr>
        <w:t xml:space="preserve">№2: </w:t>
      </w:r>
      <w:r>
        <w:t>Да.</w:t>
      </w:r>
    </w:p>
    <w:p>
      <w:pPr>
        <w:spacing w:after="120"/>
      </w:pPr>
      <w:r>
        <w:rPr>
          <w:b/>
        </w:rPr>
        <w:t xml:space="preserve">№1: </w:t>
      </w:r>
      <w:r>
        <w:t>А он, что тогда не важно и отключился?</w:t>
      </w:r>
    </w:p>
    <w:p>
      <w:pPr>
        <w:spacing w:after="120"/>
      </w:pPr>
      <w:r>
        <w:rPr>
          <w:b/>
        </w:rPr>
        <w:t xml:space="preserve">№2: </w:t>
      </w:r>
      <w:r>
        <w:t>Ну, да. Почти...</w:t>
      </w:r>
    </w:p>
    <w:p>
      <w:pPr>
        <w:spacing w:after="120"/>
      </w:pPr>
      <w:r>
        <w:rPr>
          <w:b/>
        </w:rPr>
        <w:t xml:space="preserve">№1: </w:t>
      </w:r>
      <w:r>
        <w:t>Что значит это твоё «Почти»?</w:t>
      </w:r>
    </w:p>
    <w:p>
      <w:pPr>
        <w:spacing w:after="120"/>
      </w:pPr>
      <w:r>
        <w:rPr>
          <w:b/>
        </w:rPr>
        <w:t xml:space="preserve">№2: </w:t>
      </w:r>
      <w:r>
        <w:t>Он с просил как у нас дела, я спросил, как у него. И всё.</w:t>
      </w:r>
    </w:p>
    <w:p>
      <w:pPr>
        <w:spacing w:after="120"/>
      </w:pPr>
      <w:r>
        <w:rPr>
          <w:b/>
        </w:rPr>
        <w:t xml:space="preserve">№1: </w:t>
      </w:r>
      <w:r>
        <w:t>Невообразимо. Нет. Конечно, ушёл красиво. Запомнился. В самом рассвете, в закат.</w:t>
      </w:r>
    </w:p>
    <w:p>
      <w:pPr>
        <w:spacing w:after="120"/>
      </w:pPr>
      <w:r>
        <w:rPr>
          <w:b/>
        </w:rPr>
        <w:t xml:space="preserve">№2: </w:t>
      </w:r>
      <w:r>
        <w:t>Но отклики же есть.</w:t>
      </w:r>
    </w:p>
    <w:p>
      <w:pPr>
        <w:spacing w:after="120"/>
      </w:pPr>
      <w:r>
        <w:rPr>
          <w:b/>
        </w:rPr>
        <w:t xml:space="preserve">№1: </w:t>
      </w:r>
      <w:r>
        <w:t>Откликов много. Да и предложений на сотрудничество. За это ему конечно спасибо. Это, наверное, даже хорошо. Но! Я это всё так не оставлю. Решил он уйти, работать один он решил. Куда он пойдёт? Да и с чем? Права на сценарий и на использование живого актёра только у нас!</w:t>
      </w:r>
    </w:p>
    <w:p>
      <w:pPr>
        <w:spacing w:after="120"/>
      </w:pPr>
      <w:r>
        <w:t>Что он будет предлагать? Старые наработки?</w:t>
      </w:r>
    </w:p>
    <w:p>
      <w:pPr>
        <w:spacing w:after="120"/>
      </w:pPr>
      <w:r>
        <w:rPr>
          <w:b/>
        </w:rPr>
        <w:t xml:space="preserve">№2: </w:t>
      </w:r>
      <w:r>
        <w:t>Я бы сказал, что-то среднее. (Находит буклет)</w:t>
      </w:r>
    </w:p>
    <w:p>
      <w:pPr>
        <w:spacing w:after="120"/>
      </w:pPr>
      <w:r>
        <w:rPr>
          <w:b/>
        </w:rPr>
        <w:t xml:space="preserve">№1: </w:t>
      </w:r>
      <w:r>
        <w:t>А-ну ка!?</w:t>
      </w:r>
    </w:p>
    <w:p>
      <w:pPr>
        <w:spacing w:after="120"/>
      </w:pPr>
      <w:r>
        <w:rPr>
          <w:b/>
        </w:rPr>
        <w:t xml:space="preserve">№2: </w:t>
      </w:r>
      <w:r>
        <w:t>Вот! (Протягивает буклет)</w:t>
      </w:r>
    </w:p>
    <w:p>
      <w:pPr>
        <w:spacing w:after="120"/>
      </w:pPr>
      <w:r>
        <w:rPr>
          <w:b/>
        </w:rPr>
        <w:t xml:space="preserve">№1: </w:t>
      </w:r>
      <w:r>
        <w:t>(Читает) Понятно. Вот ты же глянь. И подкопаться не к чему. Даже цифры изменил. Не три ни десять. Пять. И что это за столпы? Ну ты смотри всё в его репертуаре. И что это значит: Я один. Других нет. Работаю сам. Всё остальные неверные. Это что рекламная акция? И как это будет называться? «Ясам»? (Смеётся)</w:t>
      </w:r>
    </w:p>
    <w:p>
      <w:pPr>
        <w:spacing w:after="120"/>
      </w:pPr>
      <w:r>
        <w:rPr>
          <w:b/>
        </w:rPr>
        <w:t xml:space="preserve">№2: </w:t>
      </w:r>
      <w:r>
        <w:t>В чём-то есть созвучие, но зря вы так. К тому же, судя по рейтингам он уже на втором месте!</w:t>
      </w:r>
    </w:p>
    <w:p>
      <w:pPr>
        <w:spacing w:after="120"/>
      </w:pPr>
      <w:r>
        <w:rPr>
          <w:b/>
        </w:rPr>
        <w:t xml:space="preserve">№1: </w:t>
      </w:r>
      <w:r>
        <w:t>Всё! Не хочу об этом. Сам себе судья. (Пауза) Ты как? Никуда не собираешься?</w:t>
      </w:r>
    </w:p>
    <w:p>
      <w:pPr>
        <w:spacing w:after="120"/>
      </w:pPr>
      <w:r>
        <w:rPr>
          <w:b/>
        </w:rPr>
        <w:t xml:space="preserve">№2: </w:t>
      </w:r>
      <w:r>
        <w:t>Я? Неет. Мне и тут неплохо. Тем более у меня тут, благодаря вам, постоянная работа с возможностью совмещения.</w:t>
      </w:r>
    </w:p>
    <w:p>
      <w:pPr>
        <w:spacing w:after="120"/>
      </w:pPr>
      <w:r>
        <w:rPr>
          <w:b/>
        </w:rPr>
        <w:t xml:space="preserve">№1: </w:t>
      </w:r>
      <w:r>
        <w:t>А, то есть, тогда вы договорились? И как, полуросты зашли?</w:t>
      </w:r>
    </w:p>
    <w:p>
      <w:pPr>
        <w:spacing w:after="120"/>
      </w:pPr>
      <w:r>
        <w:rPr>
          <w:b/>
        </w:rPr>
        <w:t xml:space="preserve">№2: </w:t>
      </w:r>
      <w:r>
        <w:t>Да, в Индии до сих пор работают и никто не жалуется.</w:t>
      </w:r>
    </w:p>
    <w:p>
      <w:pPr>
        <w:spacing w:after="120"/>
      </w:pPr>
      <w:r>
        <w:rPr>
          <w:b/>
        </w:rPr>
        <w:t xml:space="preserve">№1: </w:t>
      </w:r>
      <w:r>
        <w:t>Да ты что? Я уже могу видеть в тебе конкурента?</w:t>
      </w:r>
    </w:p>
    <w:p>
      <w:pPr>
        <w:spacing w:after="120"/>
      </w:pPr>
      <w:r>
        <w:rPr>
          <w:b/>
        </w:rPr>
        <w:t xml:space="preserve">№2: </w:t>
      </w:r>
      <w:r>
        <w:t>Ни в коем случае. Я бы сказал, что это другая сфера. Это имеет более образовательный характер чем развлекательный. Да и записи мои</w:t>
      </w:r>
    </w:p>
    <w:p>
      <w:pPr>
        <w:spacing w:after="120"/>
      </w:pPr>
      <w:r>
        <w:t>пригодились.</w:t>
      </w:r>
    </w:p>
    <w:p>
      <w:pPr>
        <w:spacing w:after="120"/>
      </w:pPr>
      <w:r>
        <w:rPr>
          <w:b/>
        </w:rPr>
        <w:t xml:space="preserve">№1: </w:t>
      </w:r>
      <w:r>
        <w:t>Хорошо. Я же говорил записывай. Значит будешь совмещать?</w:t>
      </w:r>
    </w:p>
    <w:p>
      <w:pPr>
        <w:spacing w:after="120"/>
      </w:pPr>
      <w:r>
        <w:rPr>
          <w:b/>
        </w:rPr>
        <w:t xml:space="preserve">№2: </w:t>
      </w:r>
      <w:r>
        <w:t>Буду. (Пауза) И хитрили они, и хитрил Он, а Он — лучший из хитрецов.</w:t>
      </w:r>
    </w:p>
    <w:p>
      <w:pPr>
        <w:spacing w:after="120"/>
      </w:pPr>
      <w:r>
        <w:rPr>
          <w:b/>
        </w:rPr>
        <w:t xml:space="preserve">№1: </w:t>
      </w:r>
      <w:r>
        <w:t>Это твоё?</w:t>
      </w:r>
    </w:p>
    <w:p>
      <w:pPr>
        <w:spacing w:after="120"/>
      </w:pPr>
      <w:r>
        <w:rPr>
          <w:b/>
        </w:rPr>
        <w:t xml:space="preserve">№2: </w:t>
      </w:r>
      <w:r>
        <w:t>Нет. Это в буклете было..</w:t>
      </w:r>
    </w:p>
    <w:p>
      <w:pPr>
        <w:spacing w:after="120"/>
      </w:pPr>
      <w:r>
        <w:rPr>
          <w:b/>
        </w:rPr>
        <w:t xml:space="preserve">№1: </w:t>
      </w:r>
      <w:r>
        <w:t>Не напоминай. (Вспомнив №3) Нет ты глянь какой он</w:t>
      </w:r>
    </w:p>
    <w:p>
      <w:pPr>
        <w:spacing w:after="120"/>
      </w:pPr>
      <w:r>
        <w:t>самостоятельный. Один он работает. Никто ему не нужен! Нет ты слышал? Неверные! Что это вообще значит?</w:t>
      </w:r>
    </w:p>
    <w:p>
      <w:pPr>
        <w:spacing w:after="120"/>
      </w:pPr>
      <w:r>
        <w:rPr>
          <w:b/>
        </w:rPr>
        <w:t xml:space="preserve">№2: </w:t>
      </w:r>
      <w:r>
        <w:t>Прощай и будешь прощённым.</w:t>
      </w:r>
    </w:p>
    <w:p>
      <w:pPr>
        <w:spacing w:after="120"/>
      </w:pPr>
      <w:r>
        <w:rPr>
          <w:b/>
        </w:rPr>
        <w:t xml:space="preserve">№1: </w:t>
      </w:r>
      <w:r>
        <w:t>Да знаю я. Я же любя. Это больше гордость чем обида. Я рад. Как-никак, Сын. Ладно. Не уходим в ностальгию. Работать надо. (Уходит)</w:t>
      </w:r>
    </w:p>
    <w:p>
      <w:pPr>
        <w:spacing w:after="120"/>
      </w:pPr>
      <w:r>
        <w:rPr>
          <w:b/>
        </w:rPr>
        <w:t xml:space="preserve">№2: </w:t>
      </w:r>
      <w:r>
        <w:t>Скажите, а вы над финалом думали?</w:t>
      </w:r>
    </w:p>
    <w:p>
      <w:pPr>
        <w:spacing w:after="120"/>
      </w:pPr>
      <w:r>
        <w:rPr>
          <w:b/>
        </w:rPr>
        <w:t xml:space="preserve">№1: </w:t>
      </w:r>
      <w:r>
        <w:t>(останавливаясь) Ты это о чём?</w:t>
      </w:r>
    </w:p>
    <w:p>
      <w:pPr>
        <w:spacing w:after="120"/>
      </w:pPr>
      <w:r>
        <w:rPr>
          <w:b/>
        </w:rPr>
        <w:t xml:space="preserve">№2: </w:t>
      </w:r>
      <w:r>
        <w:t>Ну как это всё закончится?</w:t>
      </w:r>
    </w:p>
    <w:p>
      <w:pPr>
        <w:spacing w:after="120"/>
      </w:pPr>
      <w:r>
        <w:rPr>
          <w:b/>
        </w:rPr>
        <w:t xml:space="preserve">№1: </w:t>
      </w:r>
      <w:r>
        <w:t>Да, конечно.</w:t>
      </w:r>
    </w:p>
    <w:p>
      <w:pPr>
        <w:spacing w:after="120"/>
      </w:pPr>
      <w:r>
        <w:rPr>
          <w:b/>
        </w:rPr>
        <w:t xml:space="preserve">№2: </w:t>
      </w:r>
      <w:r>
        <w:t>Дату выбрали?</w:t>
      </w:r>
    </w:p>
    <w:p>
      <w:pPr>
        <w:spacing w:after="120"/>
      </w:pPr>
      <w:r>
        <w:rPr>
          <w:b/>
        </w:rPr>
        <w:t xml:space="preserve">№1: </w:t>
      </w:r>
      <w:r>
        <w:t>Само собой.</w:t>
      </w:r>
    </w:p>
    <w:p>
      <w:pPr>
        <w:spacing w:after="120"/>
      </w:pPr>
      <w:r>
        <w:rPr>
          <w:b/>
        </w:rPr>
        <w:t xml:space="preserve">№2: </w:t>
      </w:r>
      <w:r>
        <w:t>: И когда ждать?</w:t>
      </w:r>
    </w:p>
    <w:p>
      <w:pPr>
        <w:spacing w:after="120"/>
      </w:pPr>
      <w:r>
        <w:rPr>
          <w:b/>
        </w:rPr>
        <w:t xml:space="preserve">№1: </w:t>
      </w:r>
      <w:r>
        <w:t>Он когда уходил, им пообещал, что вернётся. Вот когда вернётся тогда и будет. Вместе заварили- вместе и расхлёбывать будем.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