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66E2" w:rsidRPr="005C3A8B" w:rsidRDefault="006E136A" w:rsidP="005C3A8B">
      <w:pPr>
        <w:spacing w:after="0"/>
        <w:jc w:val="center"/>
        <w:rPr>
          <w:lang w:val="ru-RU"/>
        </w:rPr>
      </w:pPr>
      <w:r w:rsidRPr="005C3A8B">
        <w:rPr>
          <w:b/>
          <w:lang w:val="ru-RU"/>
        </w:rPr>
        <w:t>Вячеслав Майоров</w:t>
      </w:r>
    </w:p>
    <w:p w:rsidR="009A66E2" w:rsidRPr="005C3A8B" w:rsidRDefault="009A66E2">
      <w:pPr>
        <w:spacing w:after="0"/>
        <w:rPr>
          <w:lang w:val="ru-RU"/>
        </w:rPr>
      </w:pPr>
    </w:p>
    <w:p w:rsidR="009A66E2" w:rsidRPr="005C3A8B" w:rsidRDefault="009A66E2">
      <w:pPr>
        <w:spacing w:after="0"/>
        <w:rPr>
          <w:lang w:val="ru-RU"/>
        </w:rPr>
      </w:pPr>
    </w:p>
    <w:p w:rsidR="009A66E2" w:rsidRPr="005C3A8B" w:rsidRDefault="009A66E2">
      <w:pPr>
        <w:spacing w:after="0"/>
        <w:rPr>
          <w:lang w:val="ru-RU"/>
        </w:rPr>
      </w:pPr>
    </w:p>
    <w:p w:rsidR="009A66E2" w:rsidRPr="005C3A8B" w:rsidRDefault="009A66E2">
      <w:pPr>
        <w:spacing w:after="0"/>
        <w:rPr>
          <w:lang w:val="ru-RU"/>
        </w:rPr>
      </w:pPr>
    </w:p>
    <w:p w:rsidR="000D6345" w:rsidRDefault="000D6345" w:rsidP="000D6345">
      <w:pPr>
        <w:spacing w:after="0" w:line="240" w:lineRule="auto"/>
        <w:jc w:val="center"/>
        <w:rPr>
          <w:b/>
          <w:bCs/>
          <w:color w:val="000000"/>
          <w:sz w:val="28"/>
          <w:szCs w:val="28"/>
          <w:shd w:val="clear" w:color="auto" w:fill="FFFFFF"/>
          <w:lang w:val="ru-RU" w:eastAsia="ru-RU"/>
        </w:rPr>
      </w:pPr>
      <w:proofErr w:type="spellStart"/>
      <w:r w:rsidRPr="000D6345">
        <w:rPr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Ве́ра</w:t>
      </w:r>
      <w:proofErr w:type="spellEnd"/>
      <w:r w:rsidRPr="000D6345">
        <w:rPr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 xml:space="preserve">. </w:t>
      </w:r>
      <w:proofErr w:type="spellStart"/>
      <w:r w:rsidRPr="000D6345">
        <w:rPr>
          <w:b/>
          <w:bCs/>
          <w:color w:val="000000"/>
          <w:sz w:val="28"/>
          <w:szCs w:val="28"/>
          <w:shd w:val="clear" w:color="auto" w:fill="FFFFFF"/>
          <w:lang w:val="ru-RU" w:eastAsia="ru-RU"/>
        </w:rPr>
        <w:t>Ни́ка</w:t>
      </w:r>
      <w:proofErr w:type="spellEnd"/>
    </w:p>
    <w:p w:rsidR="000D6345" w:rsidRPr="000D6345" w:rsidRDefault="000D6345" w:rsidP="000D6345">
      <w:pPr>
        <w:spacing w:after="0" w:line="240" w:lineRule="auto"/>
        <w:jc w:val="center"/>
        <w:rPr>
          <w:sz w:val="28"/>
          <w:szCs w:val="28"/>
          <w:lang w:val="ru-RU" w:eastAsia="ru-RU"/>
        </w:rPr>
      </w:pPr>
    </w:p>
    <w:p w:rsidR="009A66E2" w:rsidRPr="005C3A8B" w:rsidRDefault="006E136A">
      <w:pPr>
        <w:spacing w:after="0"/>
        <w:jc w:val="center"/>
        <w:rPr>
          <w:lang w:val="ru-RU"/>
        </w:rPr>
      </w:pPr>
      <w:r w:rsidRPr="005C3A8B">
        <w:rPr>
          <w:i/>
          <w:lang w:val="ru-RU"/>
        </w:rPr>
        <w:t>пьеса в двух действиях</w:t>
      </w:r>
    </w:p>
    <w:p w:rsidR="009A66E2" w:rsidRPr="005C3A8B" w:rsidRDefault="006E136A">
      <w:pPr>
        <w:spacing w:after="0"/>
        <w:rPr>
          <w:lang w:val="ru-RU"/>
        </w:rPr>
      </w:pPr>
      <w:r w:rsidRPr="005C3A8B">
        <w:rPr>
          <w:lang w:val="ru-RU"/>
        </w:rPr>
        <w:br w:type="page"/>
      </w:r>
    </w:p>
    <w:p w:rsidR="009A66E2" w:rsidRPr="005C3A8B" w:rsidRDefault="006E136A">
      <w:pPr>
        <w:spacing w:before="120" w:after="240"/>
        <w:jc w:val="center"/>
        <w:rPr>
          <w:lang w:val="ru-RU"/>
        </w:rPr>
      </w:pPr>
      <w:r w:rsidRPr="005C3A8B">
        <w:rPr>
          <w:b/>
          <w:lang w:val="ru-RU"/>
        </w:rPr>
        <w:lastRenderedPageBreak/>
        <w:t>ДЕЙСТВУЮЩИЕ ЛИЦА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 — пилот, командир корабля.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 — стюардесса, его возлюбленная.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 — второй пилот, друг </w:t>
      </w:r>
      <w:proofErr w:type="spellStart"/>
      <w:r w:rsidRPr="005C3A8B">
        <w:rPr>
          <w:lang w:val="ru-RU"/>
        </w:rPr>
        <w:t>Ваниса</w:t>
      </w:r>
      <w:proofErr w:type="spellEnd"/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 xml:space="preserve"> — диспетчер, жена Павла.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 — студентка, затем врач.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 xml:space="preserve"> — солдат, ее жених.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 — отец Артема.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Тимур, Настя, Костя</w:t>
      </w:r>
      <w:r w:rsidRPr="005C3A8B">
        <w:rPr>
          <w:lang w:val="ru-RU"/>
        </w:rPr>
        <w:t xml:space="preserve"> — однокурсники Веры.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 — мама Веры.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 xml:space="preserve"> — дочь </w:t>
      </w:r>
      <w:proofErr w:type="spellStart"/>
      <w:r w:rsidRPr="005C3A8B">
        <w:rPr>
          <w:lang w:val="ru-RU"/>
        </w:rPr>
        <w:t>Ваниса</w:t>
      </w:r>
      <w:proofErr w:type="spellEnd"/>
      <w:r w:rsidRPr="005C3A8B">
        <w:rPr>
          <w:lang w:val="ru-RU"/>
        </w:rPr>
        <w:t xml:space="preserve"> и Веры.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 — возлюбленная </w:t>
      </w:r>
      <w:proofErr w:type="spellStart"/>
      <w:r w:rsidRPr="005C3A8B">
        <w:rPr>
          <w:lang w:val="ru-RU"/>
        </w:rPr>
        <w:t>Ваниса</w:t>
      </w:r>
      <w:proofErr w:type="spellEnd"/>
      <w:r w:rsidRPr="005C3A8B">
        <w:rPr>
          <w:lang w:val="ru-RU"/>
        </w:rPr>
        <w:t>, сводная сестра Артема.</w:t>
      </w:r>
    </w:p>
    <w:p w:rsidR="009A66E2" w:rsidRPr="005C3A8B" w:rsidRDefault="006E136A">
      <w:pPr>
        <w:spacing w:after="80"/>
        <w:ind w:left="1134" w:hanging="1134"/>
        <w:rPr>
          <w:lang w:val="ru-RU"/>
        </w:rPr>
      </w:pPr>
      <w:r w:rsidRPr="005C3A8B">
        <w:rPr>
          <w:b/>
          <w:lang w:val="ru-RU"/>
        </w:rPr>
        <w:t>Дима</w:t>
      </w:r>
      <w:r w:rsidRPr="005C3A8B">
        <w:rPr>
          <w:lang w:val="ru-RU"/>
        </w:rPr>
        <w:t xml:space="preserve"> — сын Кати.</w:t>
      </w:r>
    </w:p>
    <w:p w:rsidR="009A66E2" w:rsidRPr="005C3A8B" w:rsidRDefault="006E136A">
      <w:pPr>
        <w:pageBreakBefore/>
        <w:spacing w:before="120" w:after="240"/>
        <w:jc w:val="center"/>
        <w:rPr>
          <w:lang w:val="ru-RU"/>
        </w:rPr>
      </w:pPr>
      <w:r w:rsidRPr="005C3A8B">
        <w:rPr>
          <w:b/>
          <w:lang w:val="ru-RU"/>
        </w:rPr>
        <w:lastRenderedPageBreak/>
        <w:t>ДЕЙСТВИЕ ПЕРВОЕ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ПЕРВАЯ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Ленинград. 31 декабря 198</w:t>
      </w:r>
      <w:r w:rsidR="00010410">
        <w:rPr>
          <w:i/>
          <w:lang w:val="ru-RU"/>
        </w:rPr>
        <w:t>4</w:t>
      </w:r>
      <w:r w:rsidRPr="005C3A8B">
        <w:rPr>
          <w:i/>
          <w:lang w:val="ru-RU"/>
        </w:rPr>
        <w:t xml:space="preserve">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Квартира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 xml:space="preserve">. Накрытый стол, наряженная елка. На стуле висит синий китель пилота гражданской авиации. В кресле —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>, на коленях у него — Вероника.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Первый рейс в новом году и без тебя.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И у меня.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И все-таки, я за тебя очень рада! Ты так мечтал об этом! Теперь будешь летать по миру! А я буду ждать тебя в аэропорту. А ты, будешь встречать меня?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Конечно!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Как я хочу, чтобы мы поскорее встретились…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Мы даже еще не расстались. Вот, опять слезы. </w:t>
      </w:r>
      <w:r w:rsidRPr="005C3A8B">
        <w:rPr>
          <w:i/>
          <w:lang w:val="ru-RU"/>
        </w:rPr>
        <w:t>(Целует ее)</w:t>
      </w:r>
      <w:r w:rsidRPr="005C3A8B">
        <w:rPr>
          <w:lang w:val="ru-RU"/>
        </w:rPr>
        <w:t xml:space="preserve"> Верочка, ну что ты…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А если твой самолет не вернется?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Куда ж он денется, глупенькая ты моя… И потом, у меня теперь ничуть не меньше опасений за тебя, одно утешенье, что Ларин классный летчик! И женат! </w:t>
      </w:r>
      <w:r w:rsidRPr="005C3A8B">
        <w:rPr>
          <w:i/>
          <w:lang w:val="ru-RU"/>
        </w:rPr>
        <w:t>(Смеется)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я так не хочу с тобой расставаться! Никогда, никогда!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И я не хочу, но такова жизнь. И как за полетом следует посадка, за разлукой — новая встреча! Ну все, все! </w:t>
      </w:r>
      <w:r w:rsidRPr="005C3A8B">
        <w:rPr>
          <w:i/>
          <w:lang w:val="ru-RU"/>
        </w:rPr>
        <w:t>(Целует ее.)</w:t>
      </w:r>
      <w:r w:rsidRPr="005C3A8B">
        <w:rPr>
          <w:lang w:val="ru-RU"/>
        </w:rPr>
        <w:t xml:space="preserve"> А весной, мы поедем… куда?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В горы!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И будем ночевать в палатке! Встречать рассвет, кипятить чай на костре…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И мечтать под облаками!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Звонок в дверь.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вот и гости. Откроешь?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. Открою! </w:t>
      </w:r>
      <w:r w:rsidRPr="005C3A8B">
        <w:rPr>
          <w:i/>
          <w:lang w:val="ru-RU"/>
        </w:rPr>
        <w:t>(Уходит)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Голос Павла</w:t>
      </w:r>
      <w:r w:rsidRPr="005C3A8B">
        <w:rPr>
          <w:lang w:val="ru-RU"/>
        </w:rPr>
        <w:t>. С наступающим, воздушная королева! А где командир?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Павел с Ритой появляются в комнате, за ними следует Вероника.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 xml:space="preserve">. Здравствуй,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прими наши поздравления!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Спасибо, Рита! Здорово, Пашка! </w:t>
      </w:r>
      <w:r w:rsidRPr="005C3A8B">
        <w:rPr>
          <w:i/>
          <w:lang w:val="ru-RU"/>
        </w:rPr>
        <w:t>(Обнимает его.)</w:t>
      </w:r>
      <w:r w:rsidRPr="005C3A8B">
        <w:rPr>
          <w:lang w:val="ru-RU"/>
        </w:rPr>
        <w:t xml:space="preserve"> Я уже не твой командир!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Мой, мой! Всегда останешься им! Эх, какая команда была! Но я рад, рад за тебя! Поздравляю!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Благодарю!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А он-то, как рад!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Вот так стол! Как вы только успели?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Вероника</w:t>
      </w:r>
      <w:r w:rsidRPr="005C3A8B">
        <w:rPr>
          <w:lang w:val="ru-RU"/>
        </w:rPr>
        <w:t xml:space="preserve">. Это всё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я только помогала.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(в сторону)</w:t>
      </w:r>
      <w:r w:rsidRPr="005C3A8B">
        <w:rPr>
          <w:lang w:val="ru-RU"/>
        </w:rPr>
        <w:t xml:space="preserve">. </w:t>
      </w:r>
      <w:r w:rsidRPr="005C3A8B">
        <w:rPr>
          <w:i/>
          <w:lang w:val="ru-RU"/>
        </w:rPr>
        <w:t>«Не то, что мой»</w:t>
      </w:r>
      <w:r w:rsidRPr="005C3A8B">
        <w:rPr>
          <w:lang w:val="ru-RU"/>
        </w:rPr>
        <w:t>, — подумала она тоскливо!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Дурачина ты, Павел!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Потому и женился, а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 xml:space="preserve"> до сих пор — холостой!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Холостой, потому что умный?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Потому, что готовить умеет!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Все, рассаживаемся по местам!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Командир корабля и команда приветствуют вас на борту воздушного судна!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(открывает шампанское)</w:t>
      </w:r>
      <w:r w:rsidRPr="005C3A8B">
        <w:rPr>
          <w:lang w:val="ru-RU"/>
        </w:rPr>
        <w:t>. Проводим старый год, поблагодарим его за все хорошее.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А все плохое пусть забирает!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И пусть мечты сбудутся!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И планы осуществятся!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И пусть все будут здоровы!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Это самое главное!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Выпивают.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. Ой,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посмотри, пожалуйста, духовку!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Я мигом! </w:t>
      </w:r>
      <w:r w:rsidRPr="005C3A8B">
        <w:rPr>
          <w:i/>
          <w:lang w:val="ru-RU"/>
        </w:rPr>
        <w:t>(Уходит)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Тридцать первым? </w:t>
      </w:r>
      <w:r w:rsidRPr="005C3A8B">
        <w:rPr>
          <w:i/>
          <w:lang w:val="ru-RU"/>
        </w:rPr>
        <w:t>(Распечатывает коньяк)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Каким еще тридцать первым?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Миг-31! Новейший сверхзвуковой перехватчик! </w:t>
      </w:r>
      <w:r w:rsidRPr="005C3A8B">
        <w:rPr>
          <w:i/>
          <w:lang w:val="ru-RU"/>
        </w:rPr>
        <w:t>(Разливает коньяк.)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У тебя же рейс?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Послезавтра. И потом, </w:t>
      </w:r>
      <w:proofErr w:type="spellStart"/>
      <w:r w:rsidRPr="005C3A8B">
        <w:rPr>
          <w:lang w:val="ru-RU"/>
        </w:rPr>
        <w:t>Ритулек</w:t>
      </w:r>
      <w:proofErr w:type="spellEnd"/>
      <w:r w:rsidRPr="005C3A8B">
        <w:rPr>
          <w:lang w:val="ru-RU"/>
        </w:rPr>
        <w:t>, это единственный способ тебя напоить!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Не дождешься!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появляется с парящей утятницей.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Утка с апельсинами! Авторское блюдо Вероники! </w:t>
      </w:r>
      <w:r w:rsidRPr="005C3A8B">
        <w:rPr>
          <w:i/>
          <w:lang w:val="ru-RU"/>
        </w:rPr>
        <w:t>(раскладывает по тарелкам)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А запах! Под такую уточку, сам Бог велел! </w:t>
      </w:r>
      <w:r w:rsidRPr="005C3A8B">
        <w:rPr>
          <w:i/>
          <w:lang w:val="ru-RU"/>
        </w:rPr>
        <w:t>(Поднимается)</w:t>
      </w:r>
      <w:r w:rsidRPr="005C3A8B">
        <w:rPr>
          <w:lang w:val="ru-RU"/>
        </w:rPr>
        <w:t>. Я поднимаю этот тост за самых дорогих и близких мне людей, собравшихся за этим столом! За вас друзья мои!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За отряд!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За экипаж!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За команду!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Выпивают.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Как, утка?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Уточка — просто чудо!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Павел</w:t>
      </w:r>
      <w:r w:rsidRPr="005C3A8B">
        <w:rPr>
          <w:lang w:val="ru-RU"/>
        </w:rPr>
        <w:t xml:space="preserve">. Это не утка! Это произведение искусства! </w:t>
      </w:r>
      <w:r w:rsidRPr="005C3A8B">
        <w:rPr>
          <w:i/>
          <w:lang w:val="ru-RU"/>
        </w:rPr>
        <w:t xml:space="preserve">(Удивленно смотрит на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>.)</w:t>
      </w:r>
      <w:r w:rsidRPr="005C3A8B">
        <w:rPr>
          <w:lang w:val="ru-RU"/>
        </w:rPr>
        <w:t xml:space="preserve"> </w:t>
      </w:r>
      <w:proofErr w:type="gramStart"/>
      <w:r w:rsidRPr="005C3A8B">
        <w:rPr>
          <w:lang w:val="ru-RU"/>
        </w:rPr>
        <w:t>Так</w:t>
      </w:r>
      <w:proofErr w:type="gramEnd"/>
      <w:r w:rsidRPr="005C3A8B">
        <w:rPr>
          <w:lang w:val="ru-RU"/>
        </w:rPr>
        <w:t xml:space="preserve"> когда уже свадьба-то?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Павел, обещаю тебе — ты узнаешь об этом первым!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Даже, наверное, раньше меня!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Так хочется погулять на свадьбе! Хоть за кого-то порадоваться.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(в сторону)</w:t>
      </w:r>
      <w:r w:rsidRPr="005C3A8B">
        <w:rPr>
          <w:lang w:val="ru-RU"/>
        </w:rPr>
        <w:t xml:space="preserve">. </w:t>
      </w:r>
      <w:r w:rsidRPr="005C3A8B">
        <w:rPr>
          <w:i/>
          <w:lang w:val="ru-RU"/>
        </w:rPr>
        <w:t>«Прозрачно намекнула она о своей недальновидности, выскочив за вечного второго пилота на третьем курсе»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i/>
          <w:lang w:val="ru-RU"/>
        </w:rPr>
        <w:t xml:space="preserve"> (Веронике)</w:t>
      </w:r>
      <w:r w:rsidRPr="005C3A8B">
        <w:rPr>
          <w:lang w:val="ru-RU"/>
        </w:rPr>
        <w:t>. Как же вы сможете на разных рейсах? Вы же всегда были вместе?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Что ж, теперь будем реже видеться…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Тем крепче будут объятия! </w:t>
      </w:r>
      <w:r w:rsidRPr="005C3A8B">
        <w:rPr>
          <w:i/>
          <w:lang w:val="ru-RU"/>
        </w:rPr>
        <w:t>(Рите)</w:t>
      </w:r>
      <w:r w:rsidRPr="005C3A8B">
        <w:rPr>
          <w:lang w:val="ru-RU"/>
        </w:rPr>
        <w:t xml:space="preserve">. Я помню их первую встречу на борту! Как они смотрели друг на друга! Это аргентинское танго во взглядах, искры так и метались по кабине! Я всерьез опасался — не </w:t>
      </w:r>
      <w:proofErr w:type="spellStart"/>
      <w:r w:rsidRPr="005C3A8B">
        <w:rPr>
          <w:lang w:val="ru-RU"/>
        </w:rPr>
        <w:t>коротнуло</w:t>
      </w:r>
      <w:proofErr w:type="spellEnd"/>
      <w:r w:rsidRPr="005C3A8B">
        <w:rPr>
          <w:lang w:val="ru-RU"/>
        </w:rPr>
        <w:t xml:space="preserve"> бы чего!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 xml:space="preserve">. Ты тоже, раньше на меня искры метал, а сейчас и по </w:t>
      </w:r>
      <w:proofErr w:type="gramStart"/>
      <w:r w:rsidRPr="005C3A8B">
        <w:rPr>
          <w:lang w:val="ru-RU"/>
        </w:rPr>
        <w:t>имени-то</w:t>
      </w:r>
      <w:proofErr w:type="gramEnd"/>
      <w:r w:rsidRPr="005C3A8B">
        <w:rPr>
          <w:lang w:val="ru-RU"/>
        </w:rPr>
        <w:t>, по-человечески не называешь.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Пашка, наливай!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Понял, командир! </w:t>
      </w:r>
      <w:r w:rsidRPr="005C3A8B">
        <w:rPr>
          <w:i/>
          <w:lang w:val="ru-RU"/>
        </w:rPr>
        <w:t>(Наливает)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Твоя — последняя! Задача понятна?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«Сказал командир, как отрезал». Второй понял. </w:t>
      </w:r>
      <w:r w:rsidRPr="005C3A8B">
        <w:rPr>
          <w:i/>
          <w:lang w:val="ru-RU"/>
        </w:rPr>
        <w:t>(Встает)</w:t>
      </w:r>
      <w:r w:rsidRPr="005C3A8B">
        <w:rPr>
          <w:lang w:val="ru-RU"/>
        </w:rPr>
        <w:t>. Я хочу выпить…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Кто бы сомневался…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За тебя,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! За друга и командира! За эти восемь лет — каких только ситуаций у нас с тобой не было! Какие только стихии не бушевали, но ты умел покорять их!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Стихию нельзя покорить, но к ней можно приспособиться.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Пусть так, важно только то, что я всегда знал и был уверен в том, что если за штурвалом ты — будет полный порядок! За тебя — мой командир!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Спасибо тебе, Пашка, но ты знаешь и умеешь не меньше моего.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Есть композиторы, а есть музыканты. Я знаю и умею, но я — технарь, я музыкант, а ты — композитор! У тебя талант! Ты можешь предвидеть и прочитать ситуацию на несколько шагов вперед и принять единственно верное решение, оставаясь при этом хладнокровным и уверенным! Это — дар!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Просто — опыт.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Нет, это — божий дар и адский труд!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наверное, был Икаром в прошлой жизни!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Если бы Икар не сделал крылья и не скрепил их воском, то не взлетел бы! Поэтому, любой талант без труда, все равно, что ложка без супа. А знаете сколько он шел к этому?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Икар?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Павел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Пашка, твой монолог начинает походить на эпитафию, зная, как кончил Икар!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Шучу!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А я скажу! Он днями и ночами разбирал схемы, аэродинамику, метеорологию, английский — пропади он пропадом!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Пашка, ты сам прошел через то же.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Я ленив, потому и не Икар.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А что случилось с Икаром?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Он поднялся высоко в небо, солнце растопило воск, крылья рассыпались, и он упал в море и утонул.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в чем суть легенды?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Рожденный ползать — летать не должен.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Нет. Кому суждено утонуть — тот не разобьется. Судьбу — не проведешь!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Поэтому </w:t>
      </w:r>
      <w:r w:rsidRPr="005C3A8B">
        <w:rPr>
          <w:i/>
          <w:lang w:val="ru-RU"/>
        </w:rPr>
        <w:t>(наливает коньяк, перевернув свою рюмку)</w:t>
      </w:r>
      <w:r w:rsidRPr="005C3A8B">
        <w:rPr>
          <w:lang w:val="ru-RU"/>
        </w:rPr>
        <w:t xml:space="preserve"> давайте выпьем за умеющих плавать Икаров, то бишь — нас, пилотов!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Выпивают.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О, Рио-Рита, тебя же завтра </w:t>
      </w:r>
      <w:proofErr w:type="spellStart"/>
      <w:r w:rsidRPr="005C3A8B">
        <w:rPr>
          <w:lang w:val="ru-RU"/>
        </w:rPr>
        <w:t>Михалыч</w:t>
      </w:r>
      <w:proofErr w:type="spellEnd"/>
      <w:r w:rsidRPr="005C3A8B">
        <w:rPr>
          <w:lang w:val="ru-RU"/>
        </w:rPr>
        <w:t xml:space="preserve"> в диспетчерскую не пустит! И что я буду делать, если тебя уволят?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Рита</w:t>
      </w:r>
      <w:r w:rsidRPr="005C3A8B">
        <w:rPr>
          <w:lang w:val="ru-RU"/>
        </w:rPr>
        <w:t>. Найдешь — другую!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Скорее я оставлю небо… </w:t>
      </w:r>
      <w:r w:rsidRPr="005C3A8B">
        <w:rPr>
          <w:i/>
          <w:lang w:val="ru-RU"/>
        </w:rPr>
        <w:t>(Целует ее)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Павел тихо насвистывает. Свет тускнеет — комната растворяется в полумраке.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подходит к окну и смотрит наружу. Вероника оказывается за спиной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>, кладёт руки ему на плечи.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>. Вот так мы и летим… Земля где-то далеко внизу, под облаками, и будто спит — укрытая старым тёплым стёганым одеялом. И нет ни войн, ни бед, ни страданий — только сон.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(не оборачиваясь)</w:t>
      </w:r>
      <w:r w:rsidRPr="005C3A8B">
        <w:rPr>
          <w:lang w:val="ru-RU"/>
        </w:rPr>
        <w:t>. А я больше люблю ночные города. Тогда они похожи на россыпь бриллиантов на чёрном ломберном столе. И каждая крупинка — это свет в окне, где, наверное, кого-то ждут…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lang w:val="ru-RU"/>
        </w:rPr>
        <w:t xml:space="preserve">. А ты,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? О чём думаешь в эти минуты?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(глядя перед собой)</w:t>
      </w:r>
      <w:r w:rsidRPr="005C3A8B">
        <w:rPr>
          <w:lang w:val="ru-RU"/>
        </w:rPr>
        <w:t>. О безмолвии бесконечности… о свободе… и об этом сигнальном багровом маяке на левом крыле. Он выхватывает из темноты твоё лицо — и снова прячет… И когда тебя нет за моей спиной — я ещё яснее вижу тебя, там, за стеклом.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Вероника</w:t>
      </w:r>
      <w:r w:rsidRPr="005C3A8B">
        <w:rPr>
          <w:i/>
          <w:lang w:val="ru-RU"/>
        </w:rPr>
        <w:t xml:space="preserve"> (прижимается к нему)</w:t>
      </w:r>
      <w:r w:rsidRPr="005C3A8B">
        <w:rPr>
          <w:lang w:val="ru-RU"/>
        </w:rPr>
        <w:t>. А он мне напоминает стук твоего сердца.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Рита</w:t>
      </w:r>
      <w:r w:rsidRPr="005C3A8B">
        <w:rPr>
          <w:i/>
          <w:lang w:val="ru-RU"/>
        </w:rPr>
        <w:t xml:space="preserve"> (у стола, глядя перед собой)</w:t>
      </w:r>
      <w:r w:rsidRPr="005C3A8B">
        <w:rPr>
          <w:lang w:val="ru-RU"/>
        </w:rPr>
        <w:t>. А я вас вижу — как маленькую точку на радаре. И хочу только одного: чтобы она не сходила с курса.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Пауза. Гул моторов, нарастая, растворяется в свете. Свет гаснет.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ВТОРАЯ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 xml:space="preserve">Карелия. </w:t>
      </w:r>
      <w:r w:rsidR="00010410">
        <w:rPr>
          <w:i/>
          <w:lang w:val="ru-RU"/>
        </w:rPr>
        <w:t>Весна 1985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Небольшое село на берегу Ладожского озера. На берегу — Вера и Артем. Вера отстраненно смотрит на воду. Сзади, опустив голову, стоит Артем — высокий смуглый парень, в белой рубахе с засученными рукавами.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i/>
          <w:lang w:val="ru-RU"/>
        </w:rPr>
        <w:t xml:space="preserve"> (дотрагиваясь до ее плеча)</w:t>
      </w:r>
      <w:r w:rsidRPr="005C3A8B">
        <w:rPr>
          <w:lang w:val="ru-RU"/>
        </w:rPr>
        <w:t>. Вера…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Вера порывисто поднимается и как подкошенная падает на его грудь. Плачет.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Вер, ну не плачь! Следующим летом я уже вернусь! Навсегда!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 вернешься!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Обещаю тебе!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Война! Война! Война!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 xml:space="preserve">. Ну какая это война — </w:t>
      </w:r>
      <w:proofErr w:type="spellStart"/>
      <w:r w:rsidRPr="005C3A8B">
        <w:rPr>
          <w:lang w:val="ru-RU"/>
        </w:rPr>
        <w:t>душманов</w:t>
      </w:r>
      <w:proofErr w:type="spellEnd"/>
      <w:r w:rsidRPr="005C3A8B">
        <w:rPr>
          <w:lang w:val="ru-RU"/>
        </w:rPr>
        <w:t xml:space="preserve"> по горам гоняем!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Тете Симе похоронка пришла.</w:t>
      </w:r>
    </w:p>
    <w:p w:rsidR="009A66E2" w:rsidRPr="005C3A8B" w:rsidRDefault="006E136A" w:rsidP="00A15A9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Я знаю… Со мной ничего не случится!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Тём я не смогу без тебя…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 xml:space="preserve">. </w:t>
      </w:r>
      <w:r w:rsidR="00A15A9A" w:rsidRPr="00010410">
        <w:rPr>
          <w:lang w:val="ru-RU"/>
        </w:rPr>
        <w:t>И я не смогу. Поэтому с</w:t>
      </w:r>
      <w:r w:rsidRPr="005C3A8B">
        <w:rPr>
          <w:lang w:val="ru-RU"/>
        </w:rPr>
        <w:t>о мной ничего и не случится, понимаешь?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Ну как, не понимаешь? Вот представь, если бы мне миной оторвало ногу…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 говори так! Замолчи! Зачем ты мучаешь меня?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Ну хорошо, у тебя есть мама…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И ты.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А у меня — только ты, да отец. Поэтому я не могу потерять тебя и потому — со мной ничего не случится!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Тём…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Что?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Ты часто вспоминаешь маму?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Часто. Я все бы отдал, чтобы обнять ее сейчас… Если бы я не пошел в тот день к бабушке, если бы я остался дома…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Ты бы сгорел тогда!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Я мог ее спасти!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Нет! Ты бы погиб вместе с ней! Тебя — Бог спас!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Артем</w:t>
      </w:r>
      <w:r w:rsidRPr="005C3A8B">
        <w:rPr>
          <w:lang w:val="ru-RU"/>
        </w:rPr>
        <w:t>. Я часто ругаю себя, что не слушал её, прогуливал школу… Знал бы я тогда…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Ты же не мог знать…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Катюшку, вот только жалко.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Кого?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Сестренку, сводную. Она со мной в тот день была — у бабушки. Чуть не свихнулась она тогда от горя, потом от бабушки не отходила — боялась одну оставить.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сейчас она где?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Катюха</w:t>
      </w:r>
      <w:proofErr w:type="spellEnd"/>
      <w:r w:rsidRPr="005C3A8B">
        <w:rPr>
          <w:lang w:val="ru-RU"/>
        </w:rPr>
        <w:t xml:space="preserve">-то? В Ленинграде — на фельдшера поступила. Знаешь, я часто думаю… </w:t>
      </w:r>
      <w:r w:rsidRPr="005C3A8B">
        <w:rPr>
          <w:i/>
          <w:lang w:val="ru-RU"/>
        </w:rPr>
        <w:t>(Пауза.)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О чём?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Что, ты у меня для того, чтобы я изменился, стал другим… я не знаю, как объяснить. Мне хочется гладить тебя по голове, жалеть, беречь, говорить что-то хорошее… как маме.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Знаешь, когда я увидела тебя в первый раз, вот на этом самом месте… ты помнишь?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Еще бы! Ты так… полоскала белье!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Тём!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Ну, говори, говори!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Я чувствую, что на меня кто-то смотрит, оборачиваюсь и вижу — тебя. Ты стоишь и бессовестно так смотришь, даже не отвернулся! Я хотела крикнуть тебе что-нибудь обидное, такая я злая была! Но не смогла, как будто сжало что-то внутри, да так сильно, что перестала дышать и начала задыхаться! И тут что-то такое разлилось внутри, по всему телу, как будто теплый мед или как золото жидкое… Со мной никогда такого не было! Я испугалась этого, хотела бежать, но ноги окаменели. Я и шевельнуться не могла. А ты, что думал тогда?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Когда я увидел тебя, мне показалось, что я увидел маму.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Разве я похожа на нее?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Твои глаза — они такие же…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Хорошо же ты разглядел их, когда я задом перед тобой стояла!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 xml:space="preserve">. Ну, </w:t>
      </w:r>
      <w:proofErr w:type="spellStart"/>
      <w:r w:rsidRPr="005C3A8B">
        <w:rPr>
          <w:lang w:val="ru-RU"/>
        </w:rPr>
        <w:t>Верка</w:t>
      </w:r>
      <w:proofErr w:type="spellEnd"/>
      <w:r w:rsidRPr="005C3A8B">
        <w:rPr>
          <w:lang w:val="ru-RU"/>
        </w:rPr>
        <w:t xml:space="preserve">! </w:t>
      </w:r>
      <w:r w:rsidRPr="005C3A8B">
        <w:rPr>
          <w:i/>
          <w:lang w:val="ru-RU"/>
        </w:rPr>
        <w:t>(Целует ее, пытается оголить бедро)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Ну, ну! </w:t>
      </w:r>
      <w:r w:rsidRPr="005C3A8B">
        <w:rPr>
          <w:i/>
          <w:lang w:val="ru-RU"/>
        </w:rPr>
        <w:t>(Одергивает его руку.)</w:t>
      </w:r>
      <w:r w:rsidRPr="005C3A8B">
        <w:rPr>
          <w:lang w:val="ru-RU"/>
        </w:rPr>
        <w:t xml:space="preserve"> Еще чего!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Долгая пауза.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Не умею я говорить, как ты… как мед… да, радость какая-то внутри, и тоска…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Но почему, тоска? Тебе было грустно на меня смотреть?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 xml:space="preserve">. Мне казалось почему-то, что я знал тебя раньше, но мы долго не виделись и я стоял, смотрел на тебя и вспоминал тебя… и думал, что сейчас получу мокрой тряпкой по морде! </w:t>
      </w:r>
      <w:r w:rsidRPr="005C3A8B">
        <w:rPr>
          <w:i/>
          <w:lang w:val="ru-RU"/>
        </w:rPr>
        <w:t>(Смеется)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Вера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А ведь я хотела!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i/>
          <w:lang w:val="ru-RU"/>
        </w:rPr>
        <w:t xml:space="preserve"> (привлекает ее к себе)</w:t>
      </w:r>
      <w:r w:rsidRPr="005C3A8B">
        <w:rPr>
          <w:lang w:val="ru-RU"/>
        </w:rPr>
        <w:t xml:space="preserve">. Я бы все равно не отвернулся! </w:t>
      </w:r>
      <w:r w:rsidRPr="005C3A8B">
        <w:rPr>
          <w:i/>
          <w:lang w:val="ru-RU"/>
        </w:rPr>
        <w:t>(Целуются)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что еще ты обо мне подумал? Понравилась я тебе?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Очень!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Чем? Только не говори, что глазами.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Не знаю… ну понимаешь, я как будто нашел то, что долго, очень долго искал и уже не верил, что найду.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Мой папа тоже долго искал, такую круглую штуку, с леской, для рыбалки…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Катушку?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Да, и никак не мог найти, ну это — понятно, я ж ее закопала! </w:t>
      </w:r>
      <w:r w:rsidRPr="005C3A8B">
        <w:rPr>
          <w:i/>
          <w:lang w:val="ru-RU"/>
        </w:rPr>
        <w:t>(Смеется)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Закопала? Зачем?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Так он целыми днями если не на работе, то на рыбалке, а с рыбалки, приходил пьяный. Мама плакала, мне было жалко ее, вот и спрятала.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Он где-то здесь утонул?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Да, вот там его нашли, между тех шхер. Утром пришел дядя Коля и… мне было страшно не потому, что он сказал «утоп», а от того, как плакала мама, я никогда не видела ее такой. Она обнимала меня так сильно, что мне было больно, и от слез не могла сказать ни слова. А потом я увидела папу в гробу. Он был какой-то сердитый, даже потемневший от злости.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Утопленники всегда такие.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Я подумала, что он разозлился от того, что потерял катушку. Тогда я пошла в огород, выкопала ее, помыла, дождалась, когда </w:t>
      </w:r>
      <w:proofErr w:type="spellStart"/>
      <w:r w:rsidRPr="005C3A8B">
        <w:rPr>
          <w:lang w:val="ru-RU"/>
        </w:rPr>
        <w:t>читальщица</w:t>
      </w:r>
      <w:proofErr w:type="spellEnd"/>
      <w:r w:rsidRPr="005C3A8B">
        <w:rPr>
          <w:lang w:val="ru-RU"/>
        </w:rPr>
        <w:t xml:space="preserve"> уснула, подкралась к гробу, засунула ее ему под подушку и убежала.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Смешная!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Мне было девять лет тогда… Исполнилось, когда утонул папа.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А мне двенадцать стукнуло, когда случился пожар. Ну вот, опять. Вер, ну не плачь.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Ты будешь писать мне?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Конечно! Ты знаешь, как меня в части называют?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Как?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Артист! Никому не приходит столько писем, сколько мне! Ты мне каждый день пишешь!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И я хочу получать письма от тебя каждый день…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Я не могу так часто, ты же знаешь.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Знаю… Тём, расскажи, как мы встретимся?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Как только я слезу с поезда, в Кузнечном, я зайду в продмаг на Садовой и куплю самый вкусный торт.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Вера</w:t>
      </w:r>
      <w:r w:rsidRPr="005C3A8B">
        <w:rPr>
          <w:lang w:val="ru-RU"/>
        </w:rPr>
        <w:t>. Кремовый!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Кремовый! Потом поймаю попутку…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представь, что ты выходишь с поезда и видишь меня в том голубом платье с короткими рукавами…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Я не верю своим глазам, бросаю на платформу рюкзак и бегу тебе навстречу!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я к тебе!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Я подхватываю тебя как пушинку и начинаю кружить, пока не закружится твоя голова, а потом крепко-крепко прижму тебя к себе.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Я буду плакать!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А я буду целовать тебя долго-долго, пока ты не перестанешь плакать… А потом мы пойдем к твоей маме с тортом, и я буду просить… Ну вот… Вер, опять ты…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Я не хочу отпускать тебя! Там война!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i/>
          <w:lang w:val="ru-RU"/>
        </w:rPr>
        <w:t xml:space="preserve"> (сурово)</w:t>
      </w:r>
      <w:r w:rsidRPr="005C3A8B">
        <w:rPr>
          <w:lang w:val="ru-RU"/>
        </w:rPr>
        <w:t xml:space="preserve">. Я </w:t>
      </w:r>
      <w:r w:rsidR="00605713">
        <w:rPr>
          <w:lang w:val="ru-RU"/>
        </w:rPr>
        <w:t>давал присягу</w:t>
      </w:r>
      <w:r w:rsidRPr="005C3A8B">
        <w:rPr>
          <w:lang w:val="ru-RU"/>
        </w:rPr>
        <w:t>! Я должен защищать родину!</w:t>
      </w:r>
    </w:p>
    <w:p w:rsidR="009A66E2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A15A9A">
        <w:rPr>
          <w:i/>
          <w:lang w:val="ru-RU"/>
        </w:rPr>
        <w:t xml:space="preserve"> (тихо)</w:t>
      </w:r>
      <w:r w:rsidRPr="00A15A9A">
        <w:rPr>
          <w:lang w:val="ru-RU"/>
        </w:rPr>
        <w:t>. Родин</w:t>
      </w:r>
      <w:r w:rsidR="00605713">
        <w:rPr>
          <w:lang w:val="ru-RU"/>
        </w:rPr>
        <w:t>у</w:t>
      </w:r>
      <w:r w:rsidRPr="00A15A9A">
        <w:rPr>
          <w:lang w:val="ru-RU"/>
        </w:rPr>
        <w:t xml:space="preserve">… (Пауза.) А тете Симе </w:t>
      </w:r>
      <w:r w:rsidR="00605713">
        <w:rPr>
          <w:lang w:val="ru-RU"/>
        </w:rPr>
        <w:t xml:space="preserve">за </w:t>
      </w:r>
      <w:r w:rsidRPr="00A15A9A">
        <w:rPr>
          <w:lang w:val="ru-RU"/>
        </w:rPr>
        <w:t>что? Сашке два месяца оставалось…</w:t>
      </w:r>
    </w:p>
    <w:p w:rsidR="00605713" w:rsidRPr="005C3A8B" w:rsidRDefault="00605713">
      <w:pPr>
        <w:spacing w:after="80"/>
        <w:ind w:left="1701" w:hanging="1701"/>
        <w:rPr>
          <w:lang w:val="ru-RU"/>
        </w:rPr>
      </w:pPr>
      <w:r>
        <w:rPr>
          <w:b/>
          <w:lang w:val="ru-RU"/>
        </w:rPr>
        <w:t>Артем</w:t>
      </w:r>
      <w:r w:rsidRPr="00605713">
        <w:rPr>
          <w:lang w:val="ru-RU"/>
        </w:rPr>
        <w:t>.</w:t>
      </w:r>
      <w:r>
        <w:rPr>
          <w:lang w:val="ru-RU"/>
        </w:rPr>
        <w:t xml:space="preserve"> Вер…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A15A9A">
        <w:rPr>
          <w:lang w:val="ru-RU"/>
        </w:rPr>
        <w:t>. Я эту войну не просила. И присягу за тебя не давала. Мне от неё ничего не надо — только чтобы ты был живой. Тём, прошу тебя — вернись! Пожалуйста — вернись!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Вернусь. И мы больше не расстанемся никогда. Веришь мне?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Верю.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И ты мне пообещай.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Все что хочешь!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Береги маму.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Обещаю.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И к отцу моему, заходи иногда.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Хорошо…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Артем</w:t>
      </w:r>
      <w:r w:rsidRPr="005C3A8B">
        <w:rPr>
          <w:lang w:val="ru-RU"/>
        </w:rPr>
        <w:t>. Ну вот, опять слезы…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ТРЕТЬЯ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 xml:space="preserve">Ленинград. </w:t>
      </w:r>
      <w:r w:rsidR="00010410">
        <w:rPr>
          <w:i/>
          <w:lang w:val="ru-RU"/>
        </w:rPr>
        <w:t>Лето</w:t>
      </w:r>
      <w:r w:rsidRPr="005C3A8B">
        <w:rPr>
          <w:i/>
          <w:lang w:val="ru-RU"/>
        </w:rPr>
        <w:t xml:space="preserve"> 1985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Квартира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 xml:space="preserve">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сидит в кресле, возле него полупустая бутылка виски. Возле окна стоит Павел.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(наливает виски)</w:t>
      </w:r>
      <w:r w:rsidRPr="005C3A8B">
        <w:rPr>
          <w:lang w:val="ru-RU"/>
        </w:rPr>
        <w:t xml:space="preserve">. Выпьешь? «Джек </w:t>
      </w:r>
      <w:proofErr w:type="spellStart"/>
      <w:r w:rsidRPr="005C3A8B">
        <w:rPr>
          <w:lang w:val="ru-RU"/>
        </w:rPr>
        <w:t>Дэниелс</w:t>
      </w:r>
      <w:proofErr w:type="spellEnd"/>
      <w:r w:rsidRPr="005C3A8B">
        <w:rPr>
          <w:lang w:val="ru-RU"/>
        </w:rPr>
        <w:t>», американский!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Не хочу.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Как хочешь. За малую авиацию! </w:t>
      </w:r>
      <w:r w:rsidRPr="005C3A8B">
        <w:rPr>
          <w:i/>
          <w:lang w:val="ru-RU"/>
        </w:rPr>
        <w:t>(Выпивает.)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Павел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Ничего не говори!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Это не выход!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Молчи!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Кто-то должен тебе сказать!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знаю дословно, что ты хочешь сказать — это не выход, Веронику не вернешь, я погибаю, деградирую, лечу в пропасть, в синюю яму… Так?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Не только.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То, что меня отстранили от полетов, это не приговор, нужно взяться за ум, заняться собой, начать бегать, сдать экзамены, получить допуск стажёра…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Веронику этим действительно не вернешь.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Забыть я ее хочу! Забыть! Забыть небо, горы, песни твои идиотские! Понимаешь, забыть и не вспоминать больше никогда! Но не могу! Она ни разу не приснилась мне, но только я закрываю глаза — вижу ее глаза. Я устал…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у тебя есть мечта! Вспомни, как ты хотел подняться на Эльбрус!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Я вместе с ней хотел! Зачем он мне теперь? </w:t>
      </w:r>
      <w:r w:rsidRPr="005C3A8B">
        <w:rPr>
          <w:i/>
          <w:lang w:val="ru-RU"/>
        </w:rPr>
        <w:t>(Выпивает.)</w:t>
      </w:r>
      <w:r w:rsidRPr="005C3A8B">
        <w:rPr>
          <w:lang w:val="ru-RU"/>
        </w:rPr>
        <w:t xml:space="preserve"> Зачем ты пришел? Чтобы еще раз напомнить о Веронике?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Я помочь тебе хочу!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один хочу быть, я забыть хочу! Забыть… всех вас забыть хочу, как вы не понимаете, себя забыть хочу, ее! Всех!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(плачет)</w:t>
      </w:r>
      <w:r w:rsidRPr="005C3A8B">
        <w:rPr>
          <w:lang w:val="ru-RU"/>
        </w:rPr>
        <w:t xml:space="preserve">. Больно, Пашка, так больно здесь! </w:t>
      </w:r>
      <w:r w:rsidRPr="005C3A8B">
        <w:rPr>
          <w:i/>
          <w:lang w:val="ru-RU"/>
        </w:rPr>
        <w:t>(Стучит кулаком в грудь.)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Не болит только мертвое…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Мертвое… </w:t>
      </w:r>
      <w:r w:rsidRPr="005C3A8B">
        <w:rPr>
          <w:i/>
          <w:lang w:val="ru-RU"/>
        </w:rPr>
        <w:t>(Срывается с кресла.)</w:t>
      </w:r>
      <w:r w:rsidRPr="005C3A8B">
        <w:rPr>
          <w:lang w:val="ru-RU"/>
        </w:rPr>
        <w:t xml:space="preserve"> Какие были последние слова Ларина?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«Подходим к глиссаде.»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Именно! </w:t>
      </w:r>
      <w:r w:rsidRPr="005C3A8B">
        <w:rPr>
          <w:i/>
          <w:lang w:val="ru-RU"/>
        </w:rPr>
        <w:t>(Возбуждённо начинает ходить по комнате.)</w:t>
      </w:r>
      <w:r w:rsidRPr="005C3A8B">
        <w:rPr>
          <w:lang w:val="ru-RU"/>
        </w:rPr>
        <w:t xml:space="preserve"> Значит, они вышли из эшелона и до полосы оставалось не больше двадцати километров! Что могло им помешать?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Да, все что угодно! Оледенение, крен, болтанка… причин ухода с курса масса, ты знаешь это лучше меня, потом — циклон.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Держать курс на глиссаде он умел лучше всех, несмотря ни на какой циклон! Он работал с режимами двигателей как эквилибрист! Он намертво замораживал </w:t>
      </w:r>
      <w:proofErr w:type="spellStart"/>
      <w:r w:rsidRPr="005C3A8B">
        <w:rPr>
          <w:lang w:val="ru-RU"/>
        </w:rPr>
        <w:t>директорную</w:t>
      </w:r>
      <w:proofErr w:type="spellEnd"/>
      <w:r w:rsidRPr="005C3A8B">
        <w:rPr>
          <w:lang w:val="ru-RU"/>
        </w:rPr>
        <w:t>! Он пилотировал — как дышал!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A15A9A">
        <w:rPr>
          <w:lang w:val="ru-RU"/>
        </w:rPr>
        <w:t>. Радиопомехи на частоте курса, отказ вариометра, слепой заход… Сейчас можно только гадать — черные ящики так и не нашли.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A15A9A">
        <w:rPr>
          <w:lang w:val="ru-RU"/>
        </w:rPr>
        <w:t>. А почему не нашли? До берега</w:t>
      </w:r>
      <w:r w:rsidR="00605713">
        <w:rPr>
          <w:lang w:val="ru-RU"/>
        </w:rPr>
        <w:t xml:space="preserve"> оставалось </w:t>
      </w:r>
      <w:r w:rsidRPr="00A15A9A">
        <w:rPr>
          <w:lang w:val="ru-RU"/>
        </w:rPr>
        <w:t>не больше</w:t>
      </w:r>
      <w:r w:rsidR="00605713">
        <w:rPr>
          <w:lang w:val="ru-RU"/>
        </w:rPr>
        <w:t xml:space="preserve"> семи километров</w:t>
      </w:r>
      <w:r w:rsidRPr="00A15A9A">
        <w:rPr>
          <w:lang w:val="ru-RU"/>
        </w:rPr>
        <w:t>! Глубина — максимум сорок метров! Почему на берег не вынесло ничего? Ни людей, ни вещей! Где самолет?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Нашли же, кресло…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Какое кресло? Откуда оно? Ты видел его? А я — видел! Ни маркировки, никаких опознавательных знаков, цифр, ничего! Всё — стёрто!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Но комиссия… эксперты…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A15A9A">
        <w:rPr>
          <w:lang w:val="ru-RU"/>
        </w:rPr>
        <w:t>. Комиссия? Поделили бюджет, состряпали отчет, закрыли дело и сдали в архив! Баста! А люди? Пропали без вести! Нет человека — нет проблем!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Куда же делся самолет, по-твоему?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Если бы я знал… </w:t>
      </w:r>
      <w:r w:rsidRPr="005C3A8B">
        <w:rPr>
          <w:i/>
          <w:lang w:val="ru-RU"/>
        </w:rPr>
        <w:t>(Проваливается в кресло.)</w:t>
      </w:r>
      <w:r w:rsidRPr="005C3A8B">
        <w:rPr>
          <w:lang w:val="ru-RU"/>
        </w:rPr>
        <w:t xml:space="preserve"> Я не должен был уходить от неё… Нам надо было летать вместе!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Если бы, да кабы… Да найдется миллион причин для того, чтобы случилось это или не случилось! Произошло то, что произошло. Ты здесь совершенно не при чём! Ты не господь Бог!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Какая жалость! </w:t>
      </w:r>
      <w:r w:rsidRPr="005C3A8B">
        <w:rPr>
          <w:i/>
          <w:lang w:val="ru-RU"/>
        </w:rPr>
        <w:t>(Наливает и пьёт большими глотками, возбуждённо, не замечая вкуса.)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Завязывай с этим… </w:t>
      </w:r>
      <w:r w:rsidRPr="005C3A8B">
        <w:rPr>
          <w:i/>
          <w:lang w:val="ru-RU"/>
        </w:rPr>
        <w:t>(Кивает на бокал с виски.)</w:t>
      </w:r>
      <w:r w:rsidRPr="005C3A8B">
        <w:rPr>
          <w:lang w:val="ru-RU"/>
        </w:rPr>
        <w:t xml:space="preserve"> Займись собой, сходи в горы… Хочешь, и я с тобой!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хочу!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Ты — летчик! Ты должен летать! Ты не сможешь без неба!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не смогу без нее… Все там напоминает мне о ней!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Надо учиться жить без Вероники. Да, это тяжело, но другого пути нет, пойми!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Ради чего жить?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(после долгой паузы)</w:t>
      </w:r>
      <w:r w:rsidRPr="005C3A8B">
        <w:rPr>
          <w:lang w:val="ru-RU"/>
        </w:rPr>
        <w:t>. Ради Вероники.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Зачем ты пришел?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Мне приснилась она сегодня.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И что же она просила передать? Чтобы я бросил пить и достал абонемент в бассейн?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Дурак ты,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 xml:space="preserve">! </w:t>
      </w:r>
      <w:r w:rsidRPr="005C3A8B">
        <w:rPr>
          <w:i/>
          <w:lang w:val="ru-RU"/>
        </w:rPr>
        <w:t>(Собирается уходить)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Говори!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(подходит к окну. Смотрит куда-то вдаль)</w:t>
      </w:r>
      <w:r w:rsidRPr="005C3A8B">
        <w:rPr>
          <w:lang w:val="ru-RU"/>
        </w:rPr>
        <w:t xml:space="preserve">. Мы вышли в рейс на нашей «Авроре». Ночь. Мы идем на эшелоне, по курсу — Эльбрус. В кабину входит Вероника и опускает руки на твои плечи. Я не вижу ее лица, но знаю, что это она. </w:t>
      </w:r>
      <w:proofErr w:type="spellStart"/>
      <w:proofErr w:type="gram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— говорю я, — это Вероника!</w:t>
      </w:r>
      <w:proofErr w:type="gramEnd"/>
      <w:r w:rsidRPr="005C3A8B">
        <w:rPr>
          <w:lang w:val="ru-RU"/>
        </w:rPr>
        <w:t xml:space="preserve"> Она — жива! Она вернулась! Но ты не оборачиваешься и упорно всматриваешься в черное стекло между вспышками сигнального маяка. Я смотрю туда же и с ужасом понимаю, что в отражении ее нет. Но перед тем, как проснуться я услышал ее слова.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5C3A8B">
        <w:rPr>
          <w:lang w:val="ru-RU"/>
        </w:rPr>
        <w:t>. Что она сказала?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«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я жива, пока живу в твоем сердце. Если оно остановится, я погибну».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Еще что?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Ничего. Я проснулся.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Что это значит?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Это значит, что она…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(вскакивает с кресла)</w:t>
      </w:r>
      <w:r w:rsidRPr="005C3A8B">
        <w:rPr>
          <w:lang w:val="ru-RU"/>
        </w:rPr>
        <w:t>. Жива! Она — жива!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Ты не так понял…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Пашка, она — жива! Она хочет, чтобы я нашел ее!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Нет…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(возбуждённо ходит по комнате)</w:t>
      </w:r>
      <w:r w:rsidRPr="005C3A8B">
        <w:rPr>
          <w:lang w:val="ru-RU"/>
        </w:rPr>
        <w:t>. Самолет не нашли, жертв нет! Они пропали без вести! Понимаешь? Она — жива!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Она хочет, чтобы я ее нашел! Понимаешь? Я найду ее! Я обойду весь залив! Эльбрус… Эльбрус… Это должно, что-то значить… Куда мы летели? В Тбилиси? В Ереван? В Баку?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(мрачно)</w:t>
      </w:r>
      <w:r w:rsidRPr="005C3A8B">
        <w:rPr>
          <w:lang w:val="ru-RU"/>
        </w:rPr>
        <w:t>. Во сне не объявляли маршрут и номер рейса.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Жива! Она жива! Пашка, она хотела сказать, что я должен найти ее!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Мне кажется, она хотела сказать, что ты должен жить.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Жить, чтобы найти ее! Она жива! Жива! Понимаешь — жива!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Жива, </w:t>
      </w:r>
      <w:proofErr w:type="gramStart"/>
      <w:r w:rsidRPr="005C3A8B">
        <w:rPr>
          <w:lang w:val="ru-RU"/>
        </w:rPr>
        <w:t>конечно</w:t>
      </w:r>
      <w:proofErr w:type="gramEnd"/>
      <w:r w:rsidRPr="005C3A8B">
        <w:rPr>
          <w:lang w:val="ru-RU"/>
        </w:rPr>
        <w:t xml:space="preserve"> жива…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найду ее! Я обязательно найду ее! Мы снова будем вместе! Мы снова полетим втроём! Как раньше!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ЧЕТВЕРТАЯ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 xml:space="preserve">Карелия. </w:t>
      </w:r>
      <w:r w:rsidR="00010410">
        <w:rPr>
          <w:i/>
          <w:lang w:val="ru-RU"/>
        </w:rPr>
        <w:t>Осень 1985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Дом Веры. Стол, покрытый белой скатертью, скамья, большое окно. В углу комнаты — высокая кровать под покрывалом и сложенными на ней пирамидкой подушками. В противоположном углу — комод, на нем — книги, над комодом — полка с иконами. За столом Тоня и Семен.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i/>
          <w:lang w:val="ru-RU"/>
        </w:rPr>
        <w:t xml:space="preserve"> (вытирая слезы)</w:t>
      </w:r>
      <w:r w:rsidRPr="005C3A8B">
        <w:rPr>
          <w:lang w:val="ru-RU"/>
        </w:rPr>
        <w:t>. Господи, горе-то какое!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. Да, остался под старость лет один. «Герой… спасибо за сына», благодарность, орден… А что мне теперь с ним, с этим орденом, делать-то? </w:t>
      </w:r>
      <w:proofErr w:type="spellStart"/>
      <w:r w:rsidRPr="005C3A8B">
        <w:rPr>
          <w:lang w:val="ru-RU"/>
        </w:rPr>
        <w:t>Темку</w:t>
      </w:r>
      <w:proofErr w:type="spellEnd"/>
      <w:r w:rsidRPr="005C3A8B">
        <w:rPr>
          <w:lang w:val="ru-RU"/>
        </w:rPr>
        <w:t xml:space="preserve"> не вернешь!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Вера, как тень ходит уж месяц, как письма приходить перестали, ни жива, ни мертва, а узнает про похоронку, боюсь, чего сделает еще с собой, </w:t>
      </w:r>
      <w:proofErr w:type="gramStart"/>
      <w:r w:rsidRPr="005C3A8B">
        <w:rPr>
          <w:lang w:val="ru-RU"/>
        </w:rPr>
        <w:t>прости</w:t>
      </w:r>
      <w:proofErr w:type="gramEnd"/>
      <w:r w:rsidRPr="005C3A8B">
        <w:rPr>
          <w:lang w:val="ru-RU"/>
        </w:rPr>
        <w:t xml:space="preserve"> Господи!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Семен</w:t>
      </w:r>
      <w:r w:rsidRPr="005C3A8B">
        <w:rPr>
          <w:lang w:val="ru-RU"/>
        </w:rPr>
        <w:t xml:space="preserve">. Так и я о том же подумал, первым делом о </w:t>
      </w:r>
      <w:proofErr w:type="spellStart"/>
      <w:r w:rsidRPr="005C3A8B">
        <w:rPr>
          <w:lang w:val="ru-RU"/>
        </w:rPr>
        <w:t>Верке</w:t>
      </w:r>
      <w:proofErr w:type="spellEnd"/>
      <w:r w:rsidRPr="005C3A8B">
        <w:rPr>
          <w:lang w:val="ru-RU"/>
        </w:rPr>
        <w:t xml:space="preserve"> и подумал… Тонь, может не говорить ей, пока? Не надо ей знать </w:t>
      </w:r>
      <w:r w:rsidR="00605713">
        <w:rPr>
          <w:lang w:val="ru-RU"/>
        </w:rPr>
        <w:t>сейчас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Каждый </w:t>
      </w:r>
      <w:r w:rsidR="00605713">
        <w:rPr>
          <w:lang w:val="ru-RU"/>
        </w:rPr>
        <w:t xml:space="preserve">божий </w:t>
      </w:r>
      <w:r w:rsidRPr="005C3A8B">
        <w:rPr>
          <w:lang w:val="ru-RU"/>
        </w:rPr>
        <w:t>день</w:t>
      </w:r>
      <w:r w:rsidR="00605713">
        <w:rPr>
          <w:lang w:val="ru-RU"/>
        </w:rPr>
        <w:t xml:space="preserve"> бедняжка</w:t>
      </w:r>
      <w:r w:rsidRPr="005C3A8B">
        <w:rPr>
          <w:lang w:val="ru-RU"/>
        </w:rPr>
        <w:t xml:space="preserve"> на озеро ходит! Пошла я как-то за ней… она сидит, да в воду глядит и не шелохнется. А я стою в стороне и вою, закушу кулак и вою, только не в голос, чтобы. А ворочусь домой, да тут уж и отведу душу. А она как появится я и виду не подаю, знаю, что хуже только сделаю, если жалеть начну… а саму трясет всю!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. </w:t>
      </w:r>
      <w:r w:rsidR="00605713">
        <w:rPr>
          <w:lang w:val="ru-RU"/>
        </w:rPr>
        <w:t>Да…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И не ест ничего — одни глаза остались. Мне и смотреть-то на нее страшно, ни улыбнется, ни всплакнет при мне, ни поговорит, только когда </w:t>
      </w:r>
      <w:proofErr w:type="gramStart"/>
      <w:r w:rsidRPr="005C3A8B">
        <w:rPr>
          <w:lang w:val="ru-RU"/>
        </w:rPr>
        <w:t>спрошу</w:t>
      </w:r>
      <w:proofErr w:type="gramEnd"/>
      <w:r w:rsidRPr="005C3A8B">
        <w:rPr>
          <w:lang w:val="ru-RU"/>
        </w:rPr>
        <w:t xml:space="preserve"> чего, — ответит, да так, что и спрашивать после боюсь. Да и подруг-то, всех отвадила, </w:t>
      </w:r>
      <w:proofErr w:type="spellStart"/>
      <w:r w:rsidRPr="005C3A8B">
        <w:rPr>
          <w:lang w:val="ru-RU"/>
        </w:rPr>
        <w:t>Софка</w:t>
      </w:r>
      <w:proofErr w:type="spellEnd"/>
      <w:r w:rsidRPr="005C3A8B">
        <w:rPr>
          <w:lang w:val="ru-RU"/>
        </w:rPr>
        <w:t xml:space="preserve"> и та, заходить перестала.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Видно</w:t>
      </w:r>
      <w:r w:rsidR="00605713">
        <w:rPr>
          <w:lang w:val="ru-RU"/>
        </w:rPr>
        <w:t>,</w:t>
      </w:r>
      <w:r w:rsidRPr="005C3A8B">
        <w:rPr>
          <w:lang w:val="ru-RU"/>
        </w:rPr>
        <w:t xml:space="preserve"> сильно она к </w:t>
      </w:r>
      <w:proofErr w:type="spellStart"/>
      <w:r w:rsidRPr="005C3A8B">
        <w:rPr>
          <w:lang w:val="ru-RU"/>
        </w:rPr>
        <w:t>Темке</w:t>
      </w:r>
      <w:proofErr w:type="spellEnd"/>
      <w:r w:rsidRPr="005C3A8B">
        <w:rPr>
          <w:lang w:val="ru-RU"/>
        </w:rPr>
        <w:t>, прикипела…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Сильно, Семен. Я уж, грешным делом, прости ты меня, Вадику, сказать хотела, чтоб пригласил ее куда, больно нравилась она ему прежде, чуть не каждый день забегал, и мне поможет всегда, хороший </w:t>
      </w:r>
      <w:r w:rsidR="00605713">
        <w:rPr>
          <w:lang w:val="ru-RU"/>
        </w:rPr>
        <w:t xml:space="preserve">такой </w:t>
      </w:r>
      <w:r w:rsidRPr="005C3A8B">
        <w:rPr>
          <w:lang w:val="ru-RU"/>
        </w:rPr>
        <w:t>парень. Да как посмотрю на нее, и понимаю — уж не выпустит она его из сердца никак, а все глубже и глубже в него забирает. И страшно мне от того, что не знаю, что делать. Письма каждый день на почту носит и сохнет, сохнет на глазах… на тень похожа</w:t>
      </w:r>
      <w:r w:rsidR="00605713">
        <w:rPr>
          <w:lang w:val="ru-RU"/>
        </w:rPr>
        <w:t xml:space="preserve"> стала</w:t>
      </w:r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Да ты и сама, я смотрю, сдала, глядя на нее. Нельзя так.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Да, не обо мне речь. </w:t>
      </w:r>
      <w:r w:rsidRPr="005C3A8B">
        <w:rPr>
          <w:i/>
          <w:lang w:val="ru-RU"/>
        </w:rPr>
        <w:t>(Всхлипывает.)</w:t>
      </w:r>
      <w:r w:rsidRPr="005C3A8B">
        <w:rPr>
          <w:lang w:val="ru-RU"/>
        </w:rPr>
        <w:t xml:space="preserve"> Как сказать то, теперь ей?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Тонь, не надо ей знать, от греха подальше.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Не знаю, не знаю, Семен, а как узнает, от людей или еще как, ведь узнает же, не сегодня, так завтра все </w:t>
      </w:r>
      <w:r w:rsidR="00605713">
        <w:rPr>
          <w:lang w:val="ru-RU"/>
        </w:rPr>
        <w:t xml:space="preserve">одно — </w:t>
      </w:r>
      <w:r w:rsidRPr="005C3A8B">
        <w:rPr>
          <w:lang w:val="ru-RU"/>
        </w:rPr>
        <w:t>узнает…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Пусть лучше поздно… Жизнь она возьмет свое. Не надо ей пока знать, ни к чему.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i/>
          <w:lang w:val="ru-RU"/>
        </w:rPr>
        <w:t xml:space="preserve"> (плачет)</w:t>
      </w:r>
      <w:r w:rsidRPr="005C3A8B">
        <w:rPr>
          <w:lang w:val="ru-RU"/>
        </w:rPr>
        <w:t>. Горе-то какое! За что же нам смертным? За какие грехи наши тяжкие?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. Ну будет, будет причитать… </w:t>
      </w:r>
      <w:r w:rsidRPr="005C3A8B">
        <w:rPr>
          <w:i/>
          <w:lang w:val="ru-RU"/>
        </w:rPr>
        <w:t>(Смахивая слезу.)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Неужели и не осталось от него ничего?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Боекомплект в танке взорвался, да так, что башню на триста метров отнесло, металл оплавился, что тут от человека останется? Весь экипаж сразу.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Горе-то, горе какое матерям… Будь она проклята война эта!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. И похоронить-то по-человечески, да на могилку сходить — не придется. </w:t>
      </w:r>
      <w:r w:rsidRPr="005C3A8B">
        <w:rPr>
          <w:i/>
          <w:lang w:val="ru-RU"/>
        </w:rPr>
        <w:t>(Заметил что-то в окне.)</w:t>
      </w:r>
      <w:r w:rsidRPr="005C3A8B">
        <w:rPr>
          <w:lang w:val="ru-RU"/>
        </w:rPr>
        <w:t xml:space="preserve"> </w:t>
      </w:r>
      <w:proofErr w:type="spellStart"/>
      <w:r w:rsidRPr="005C3A8B">
        <w:rPr>
          <w:lang w:val="ru-RU"/>
        </w:rPr>
        <w:t>Верка</w:t>
      </w:r>
      <w:proofErr w:type="spellEnd"/>
      <w:r w:rsidRPr="005C3A8B">
        <w:rPr>
          <w:lang w:val="ru-RU"/>
        </w:rPr>
        <w:t xml:space="preserve"> идет!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i/>
          <w:lang w:val="ru-RU"/>
        </w:rPr>
        <w:t xml:space="preserve"> (вытирает рукавом слезы)</w:t>
      </w:r>
      <w:r w:rsidRPr="005C3A8B">
        <w:rPr>
          <w:lang w:val="ru-RU"/>
        </w:rPr>
        <w:t>. Господи помилуй рабов твоих грешных, за все грехи наши тяжкие, вольные и невольные…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. Пойду я. </w:t>
      </w:r>
      <w:r w:rsidRPr="005C3A8B">
        <w:rPr>
          <w:i/>
          <w:lang w:val="ru-RU"/>
        </w:rPr>
        <w:t>(Идет к двери.)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Так что же? Молчать?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Семен</w:t>
      </w:r>
      <w:r w:rsidRPr="005C3A8B">
        <w:rPr>
          <w:lang w:val="ru-RU"/>
        </w:rPr>
        <w:t>. Молчи пока.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Вера заходит.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Здравствуй, Вера.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Здравствуйте, дядя Семен.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Засиделся я… надо еще на почту зайти…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Что-то случилось?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Нет, ничего не случилось, зашел спросить про счетчик электрический… срок-то давно вышел, а я и не в духах… новый, говорят надо, а какой брать, и не знаю! Ты не знаешь?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 знаю.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>. Пойду к Вадьке зайду, может он знает.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Письма не было?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Семен</w:t>
      </w:r>
      <w:r w:rsidRPr="005C3A8B">
        <w:rPr>
          <w:lang w:val="ru-RU"/>
        </w:rPr>
        <w:t xml:space="preserve">. Не было. Ну, пойду я. </w:t>
      </w:r>
      <w:r w:rsidRPr="005C3A8B">
        <w:rPr>
          <w:i/>
          <w:lang w:val="ru-RU"/>
        </w:rPr>
        <w:t>(Уходит.)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(смотрит в окно)</w:t>
      </w:r>
      <w:r w:rsidRPr="005C3A8B">
        <w:rPr>
          <w:lang w:val="ru-RU"/>
        </w:rPr>
        <w:t xml:space="preserve">. Зачем дядя Семен приходил? </w:t>
      </w:r>
      <w:r w:rsidRPr="005C3A8B">
        <w:rPr>
          <w:i/>
          <w:lang w:val="ru-RU"/>
        </w:rPr>
        <w:t>(Переводит взгляд на мать)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Так счетчик ведь…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Мама, что с тобой?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Что такое?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У тебя прядь — седая вся!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i/>
          <w:lang w:val="ru-RU"/>
        </w:rPr>
        <w:t xml:space="preserve"> (поправляя платок)</w:t>
      </w:r>
      <w:r w:rsidRPr="005C3A8B">
        <w:rPr>
          <w:lang w:val="ru-RU"/>
        </w:rPr>
        <w:t>. Так давно уж… Я борщ сварила, сядь поешь…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Зачем он приходил? С Артемом, что-то?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Так я же говорю…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(кричит)</w:t>
      </w:r>
      <w:r w:rsidRPr="005C3A8B">
        <w:rPr>
          <w:lang w:val="ru-RU"/>
        </w:rPr>
        <w:t>. Мама, мама!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Тоня начинает всхлипывать.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Мама, скажи! Я же все равно узнаю! Что с ним? Почему он не пишет? Он в плену? Пропал без вести? Что сказал дядя Семен? Мама, прошу тебя, скажи! Он жив?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Тоня качает головой.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Убили? </w:t>
      </w:r>
      <w:r w:rsidRPr="005C3A8B">
        <w:rPr>
          <w:i/>
          <w:lang w:val="ru-RU"/>
        </w:rPr>
        <w:t>(Пытается заглянуть в глаза матери.)</w:t>
      </w:r>
      <w:r w:rsidRPr="005C3A8B">
        <w:rPr>
          <w:lang w:val="ru-RU"/>
        </w:rPr>
        <w:t xml:space="preserve"> Скажи мне, мама!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Вера!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Нет! Нет! Нет!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Вера бросается к двери. </w:t>
      </w:r>
      <w:proofErr w:type="gramStart"/>
      <w:r w:rsidRPr="005C3A8B">
        <w:rPr>
          <w:i/>
          <w:lang w:val="ru-RU"/>
        </w:rPr>
        <w:t>Тоня</w:t>
      </w:r>
      <w:proofErr w:type="gramEnd"/>
      <w:r w:rsidRPr="005C3A8B">
        <w:rPr>
          <w:i/>
          <w:lang w:val="ru-RU"/>
        </w:rPr>
        <w:t xml:space="preserve"> вскинув руки, загораживает ей путь.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Не пущу!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Пусти меня!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Делай со мной что хочешь, доченька, не пущу!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Вера</w:t>
      </w:r>
      <w:r w:rsidRPr="005C3A8B">
        <w:rPr>
          <w:lang w:val="ru-RU"/>
        </w:rPr>
        <w:t>. Мама, отойди!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Не оставляй меня одну! Прошу тебя! Пожалей меня, Христа ради! У меня нет никого на всем белом свете! Ты одна, душенька моя родная! Не ходи никуда! Прости меня!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Тоня бессильно оседает на пол. Вера распахивает дверь и вырывается наружу.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 xml:space="preserve">. Вера! Вера! Доченька! </w:t>
      </w:r>
      <w:r w:rsidRPr="005C3A8B">
        <w:rPr>
          <w:i/>
          <w:lang w:val="ru-RU"/>
        </w:rPr>
        <w:t>(Рыдает)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Спустя минуту в дверях появляется Вера и бросается к матери. Обнимаются. Плачут навзрыд.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Мама, прости меня!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И ты меня прости, доченька!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Прости меня, пожалуйста!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Ему не больно было — он быстро ушел.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Мама, мама, мамочка…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Тоня</w:t>
      </w:r>
      <w:r w:rsidRPr="005C3A8B">
        <w:rPr>
          <w:lang w:val="ru-RU"/>
        </w:rPr>
        <w:t>. Мы с тобой одинешеньки остались! Не бросай меня!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 брошу, мама! Никогда не брошу!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Тоня прижимает Веру к себе. За окном — долгий гудок проходящего поезда. Свет гаснет.</w:t>
      </w:r>
    </w:p>
    <w:p w:rsidR="009A66E2" w:rsidRPr="005C3A8B" w:rsidRDefault="006E136A">
      <w:pPr>
        <w:pageBreakBefore/>
        <w:spacing w:before="120" w:after="240"/>
        <w:jc w:val="center"/>
        <w:rPr>
          <w:lang w:val="ru-RU"/>
        </w:rPr>
      </w:pPr>
      <w:r w:rsidRPr="005C3A8B">
        <w:rPr>
          <w:b/>
          <w:lang w:val="ru-RU"/>
        </w:rPr>
        <w:lastRenderedPageBreak/>
        <w:t>ДЕЙСТВИЕ ВТОРОЕ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ПЯТАЯ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Ленинград. Зима 1988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Студенческое общежитие медицинского университета. Кровать, трюмо, письменный стол, выставленный на середину комнаты, полка с книгами, радиола, цветы на окне.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На койке сидят Вера и Костя.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i/>
          <w:lang w:val="ru-RU"/>
        </w:rPr>
        <w:t xml:space="preserve"> (играет на гитаре и поет)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Так проложите, проложите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Хоть тоннель по дну реки!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Да не забудьте, затупите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Ваши острые клыки!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Чья это песня?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Высоцкого.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Вбегает Тимур, отряхивает от снега пальто.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Заканчивай меланхолию, Высоцкий! </w:t>
      </w:r>
      <w:r w:rsidRPr="005C3A8B">
        <w:rPr>
          <w:i/>
          <w:lang w:val="ru-RU"/>
        </w:rPr>
        <w:t>(Ставит на стол бутылку.)</w:t>
      </w:r>
      <w:r w:rsidRPr="005C3A8B">
        <w:rPr>
          <w:lang w:val="ru-RU"/>
        </w:rPr>
        <w:t xml:space="preserve"> Мадера! Последнюю урвал! </w:t>
      </w:r>
      <w:r w:rsidRPr="005C3A8B">
        <w:rPr>
          <w:i/>
          <w:lang w:val="ru-RU"/>
        </w:rPr>
        <w:t>(Подскакивает к радиоле.)</w:t>
      </w:r>
      <w:r w:rsidRPr="005C3A8B">
        <w:rPr>
          <w:lang w:val="ru-RU"/>
        </w:rPr>
        <w:t xml:space="preserve"> Наши с финнами играют! </w:t>
      </w:r>
      <w:r w:rsidRPr="005C3A8B">
        <w:rPr>
          <w:i/>
          <w:lang w:val="ru-RU"/>
        </w:rPr>
        <w:t>(Настраивает.)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где Настя?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В </w:t>
      </w:r>
      <w:proofErr w:type="spellStart"/>
      <w:r w:rsidRPr="005C3A8B">
        <w:rPr>
          <w:lang w:val="ru-RU"/>
        </w:rPr>
        <w:t>магаз</w:t>
      </w:r>
      <w:proofErr w:type="spellEnd"/>
      <w:r w:rsidRPr="005C3A8B">
        <w:rPr>
          <w:lang w:val="ru-RU"/>
        </w:rPr>
        <w:t xml:space="preserve"> заскочила.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Голос из динамика</w:t>
      </w:r>
      <w:r w:rsidRPr="005C3A8B">
        <w:rPr>
          <w:lang w:val="ru-RU"/>
        </w:rPr>
        <w:t>. «Стремясь содействовать быстрому и успешному завершению афгано-пакистанских переговоров в Женеве, правительство СССР и Республики Афганистан договорились установить конкретную дату начала вывода советских войск»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(поникшим голосом)</w:t>
      </w:r>
      <w:r w:rsidRPr="005C3A8B">
        <w:rPr>
          <w:lang w:val="ru-RU"/>
        </w:rPr>
        <w:t>. У меня только две чашки, надо еще одну. Я к Аньке сбегаю.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i/>
          <w:lang w:val="ru-RU"/>
        </w:rPr>
        <w:t xml:space="preserve"> (убавляет звук)</w:t>
      </w:r>
      <w:r w:rsidRPr="005C3A8B">
        <w:rPr>
          <w:lang w:val="ru-RU"/>
        </w:rPr>
        <w:t xml:space="preserve">. Вот чем мне нравятся дамские общежития — у них чашки, а не одна алюминиевая кружка без душки, на всех! </w:t>
      </w:r>
      <w:r w:rsidRPr="005C3A8B">
        <w:rPr>
          <w:i/>
          <w:lang w:val="ru-RU"/>
        </w:rPr>
        <w:t>(Вере.)</w:t>
      </w:r>
      <w:r w:rsidRPr="005C3A8B">
        <w:rPr>
          <w:lang w:val="ru-RU"/>
        </w:rPr>
        <w:t xml:space="preserve"> А почему одну? Две бери!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Нет, мальчики, я не буду.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Нет, я все, конечно, понимаю, уважаемые коллеги терапевты и педиатры, но это же ЭК-ВА-ТОР! У некоторых он раз в жизни бывает! Экватор и Мадера, это как гитара и Высоцкий! Как Быков и клюшка, как шпатель и стетоскоп!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У меня автобус в шесть утра.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Куда намылилась?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 маме.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В деревню? Ты знаешь, что на улице творится?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Вера</w:t>
      </w:r>
      <w:r w:rsidRPr="005C3A8B">
        <w:rPr>
          <w:lang w:val="ru-RU"/>
        </w:rPr>
        <w:t>. Метёт?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Там «черт зубным порошком балуется»</w:t>
      </w:r>
      <w:r w:rsidR="00337281">
        <w:rPr>
          <w:lang w:val="ru-RU"/>
        </w:rPr>
        <w:t>! В</w:t>
      </w:r>
      <w:r w:rsidRPr="005C3A8B">
        <w:rPr>
          <w:lang w:val="ru-RU"/>
        </w:rPr>
        <w:t xml:space="preserve">се рейсы отменяются! Беги к </w:t>
      </w:r>
      <w:proofErr w:type="spellStart"/>
      <w:r w:rsidRPr="005C3A8B">
        <w:rPr>
          <w:lang w:val="ru-RU"/>
        </w:rPr>
        <w:t>Нюрке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Вера уходит. Появляется запорошенная снегом Настя.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О, Снеговик явился! </w:t>
      </w:r>
      <w:r w:rsidRPr="005C3A8B">
        <w:rPr>
          <w:i/>
          <w:lang w:val="ru-RU"/>
        </w:rPr>
        <w:t>(Забирает у нее пакет.)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Я по очередям, да по сугробам, а он уже тут прохлаждается!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i/>
          <w:lang w:val="ru-RU"/>
        </w:rPr>
        <w:t xml:space="preserve"> (помогает снять пальто)</w:t>
      </w:r>
      <w:r w:rsidRPr="005C3A8B">
        <w:rPr>
          <w:lang w:val="ru-RU"/>
        </w:rPr>
        <w:t>. Почему ты не сказала, что у вас телевизора нет? Сейчас третий период идет! И где тут у вас можно… и руки заодно помыть?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По коридору, вторая дверь налево.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Романтика! </w:t>
      </w:r>
      <w:r w:rsidRPr="005C3A8B">
        <w:rPr>
          <w:i/>
          <w:lang w:val="ru-RU"/>
        </w:rPr>
        <w:t>(Удаляется.)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Привет, Кость.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Привет.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А Вера где?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 xml:space="preserve">. К </w:t>
      </w:r>
      <w:proofErr w:type="spellStart"/>
      <w:r w:rsidRPr="005C3A8B">
        <w:rPr>
          <w:lang w:val="ru-RU"/>
        </w:rPr>
        <w:t>Звоновой</w:t>
      </w:r>
      <w:proofErr w:type="spellEnd"/>
      <w:r w:rsidRPr="005C3A8B">
        <w:rPr>
          <w:lang w:val="ru-RU"/>
        </w:rPr>
        <w:t xml:space="preserve">, за чашкой пошла. </w:t>
      </w:r>
      <w:r w:rsidRPr="005C3A8B">
        <w:rPr>
          <w:i/>
          <w:lang w:val="ru-RU"/>
        </w:rPr>
        <w:t>(Пауза.)</w:t>
      </w:r>
      <w:r w:rsidRPr="005C3A8B">
        <w:rPr>
          <w:lang w:val="ru-RU"/>
        </w:rPr>
        <w:t xml:space="preserve"> У вас довольно уютно.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Немного тесновато. Это твоя гитара?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Моя.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Ты играешь?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Немного.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Никогда бы не подумала.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Почему?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Не знаю… ты всегда казался мне таким серьёзным…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Входят Тимур и Вера.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А чем так умопомрачительно пахнет?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Картошка с курицей тушится.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Константин! Жму руку от всего своего завистливого сердца! Твоя избранница не только отличница, красавица, а судя по запаху… </w:t>
      </w:r>
      <w:r w:rsidRPr="005C3A8B">
        <w:rPr>
          <w:i/>
          <w:lang w:val="ru-RU"/>
        </w:rPr>
        <w:t>(Подскакивает к радиоле.)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i/>
          <w:lang w:val="ru-RU"/>
        </w:rPr>
        <w:t xml:space="preserve"> (вынимает продукты из пакета)</w:t>
      </w:r>
      <w:r w:rsidRPr="005C3A8B">
        <w:rPr>
          <w:lang w:val="ru-RU"/>
        </w:rPr>
        <w:t>. А я между</w:t>
      </w:r>
      <w:r w:rsidR="00337281">
        <w:rPr>
          <w:lang w:val="ru-RU"/>
        </w:rPr>
        <w:t xml:space="preserve"> прочим</w:t>
      </w:r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Тихо!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Голос из динамика</w:t>
      </w:r>
      <w:r w:rsidRPr="005C3A8B">
        <w:rPr>
          <w:lang w:val="ru-RU"/>
        </w:rPr>
        <w:t>. «Советские хоккеисты уступили со счетом 1:2. Шайбы забили…»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Эх! </w:t>
      </w:r>
      <w:r w:rsidRPr="005C3A8B">
        <w:rPr>
          <w:i/>
          <w:lang w:val="ru-RU"/>
        </w:rPr>
        <w:t>(Выключает радиолу.)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У наших все равно золото.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Так оно так, но… О, что это у нас? </w:t>
      </w:r>
      <w:r w:rsidRPr="005C3A8B">
        <w:rPr>
          <w:i/>
          <w:lang w:val="ru-RU"/>
        </w:rPr>
        <w:t>(Рассматривает покупки.)</w:t>
      </w:r>
      <w:r w:rsidRPr="005C3A8B">
        <w:rPr>
          <w:lang w:val="ru-RU"/>
        </w:rPr>
        <w:t xml:space="preserve"> Шпроты, колбаса «</w:t>
      </w:r>
      <w:proofErr w:type="spellStart"/>
      <w:r w:rsidRPr="005C3A8B">
        <w:rPr>
          <w:lang w:val="ru-RU"/>
        </w:rPr>
        <w:t>вечнорубленая</w:t>
      </w:r>
      <w:proofErr w:type="spellEnd"/>
      <w:r w:rsidRPr="005C3A8B">
        <w:rPr>
          <w:lang w:val="ru-RU"/>
        </w:rPr>
        <w:t>», плавленая дружба, батон… Ребята! Похоже, в магазине завелись мыши!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(нарезает колбасу и сыр)</w:t>
      </w:r>
      <w:r w:rsidRPr="005C3A8B">
        <w:rPr>
          <w:lang w:val="ru-RU"/>
        </w:rPr>
        <w:t xml:space="preserve">. Настька, как всегда! </w:t>
      </w:r>
      <w:r w:rsidRPr="005C3A8B">
        <w:rPr>
          <w:i/>
          <w:lang w:val="ru-RU"/>
        </w:rPr>
        <w:t>(Смеется.)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Настя</w:t>
      </w:r>
      <w:r w:rsidRPr="005C3A8B">
        <w:rPr>
          <w:lang w:val="ru-RU"/>
        </w:rPr>
        <w:t>. Он был такой тепленький и ароматный, такой блестящий, как гриб-боровик, ну не удержалась 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Ну все, все ребята, садимся!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Господа, коллеги, друзья! Я хочу поднять этот тост за нас — </w:t>
      </w:r>
      <w:proofErr w:type="gramStart"/>
      <w:r w:rsidRPr="005C3A8B">
        <w:rPr>
          <w:lang w:val="ru-RU"/>
        </w:rPr>
        <w:t>за светил</w:t>
      </w:r>
      <w:proofErr w:type="gramEnd"/>
      <w:r w:rsidRPr="005C3A8B">
        <w:rPr>
          <w:lang w:val="ru-RU"/>
        </w:rPr>
        <w:t xml:space="preserve"> медицины XXI века! За дружбу! За любовь! Ура, товарищи!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Все</w:t>
      </w:r>
      <w:r w:rsidRPr="005C3A8B">
        <w:rPr>
          <w:lang w:val="ru-RU"/>
        </w:rPr>
        <w:t>, кроме Веры, выпивают.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Зря, Вер, мадера — хороша! Правда, </w:t>
      </w:r>
      <w:proofErr w:type="spellStart"/>
      <w:r w:rsidRPr="005C3A8B">
        <w:rPr>
          <w:lang w:val="ru-RU"/>
        </w:rPr>
        <w:t>Настюх</w:t>
      </w:r>
      <w:proofErr w:type="spellEnd"/>
      <w:r w:rsidRPr="005C3A8B">
        <w:rPr>
          <w:lang w:val="ru-RU"/>
        </w:rPr>
        <w:t>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Вот все пьют за любовь. А что такое любовь? Вот для тебя, Кость, что это?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 xml:space="preserve">. Сложно сказать… </w:t>
      </w:r>
      <w:r w:rsidRPr="005C3A8B">
        <w:rPr>
          <w:i/>
          <w:lang w:val="ru-RU"/>
        </w:rPr>
        <w:t>(мельком взглянул на Веру.)</w:t>
      </w:r>
      <w:r w:rsidRPr="005C3A8B">
        <w:rPr>
          <w:lang w:val="ru-RU"/>
        </w:rPr>
        <w:t xml:space="preserve"> Некоторые боятся этого чувства и прячутся от него. Это все равно, что пугаться шорохов в темной комнате, а надо лишь включить свет…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Нет, ты за себя говори! Мы не отвечаем за других. Ты и я ответственны за себя перед ними, так же, как они перед нами. Что ты лично вкладываешь в это слово?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Любовь, это желание быть вместе, жить одной жизнью, растить детей…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Это не любовь, это соцреализм какой-то. Агитка в загсе!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А для тебя, Вер, что такое любовь?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(не сразу)</w:t>
      </w:r>
      <w:r w:rsidRPr="005C3A8B">
        <w:rPr>
          <w:lang w:val="ru-RU"/>
        </w:rPr>
        <w:t xml:space="preserve">. Честно? </w:t>
      </w:r>
      <w:r w:rsidRPr="005C3A8B">
        <w:rPr>
          <w:i/>
          <w:lang w:val="ru-RU"/>
        </w:rPr>
        <w:t>(Откладывает нож.)</w:t>
      </w:r>
      <w:r w:rsidRPr="005C3A8B">
        <w:rPr>
          <w:lang w:val="ru-RU"/>
        </w:rPr>
        <w:t xml:space="preserve"> Наверное, у каждого человека должен быть второй шанс. Свой я уже получила — и растратить его не имею права. А ещё… Любовь — это мама.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>. За наших мам!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Тимур и Настя выпивают.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А что у нас из музыкального сопровождения, кроме Высоцкого? У вас есть </w:t>
      </w:r>
      <w:proofErr w:type="spellStart"/>
      <w:r w:rsidRPr="005C3A8B">
        <w:rPr>
          <w:lang w:val="ru-RU"/>
        </w:rPr>
        <w:t>кассетник</w:t>
      </w:r>
      <w:proofErr w:type="spellEnd"/>
      <w:r w:rsidRPr="005C3A8B">
        <w:rPr>
          <w:lang w:val="ru-RU"/>
        </w:rPr>
        <w:t xml:space="preserve">, ну или пластинки на </w:t>
      </w:r>
      <w:proofErr w:type="spellStart"/>
      <w:r w:rsidRPr="005C3A8B">
        <w:rPr>
          <w:lang w:val="ru-RU"/>
        </w:rPr>
        <w:t>крайняк</w:t>
      </w:r>
      <w:proofErr w:type="spellEnd"/>
      <w:r w:rsidRPr="005C3A8B">
        <w:rPr>
          <w:lang w:val="ru-RU"/>
        </w:rPr>
        <w:t>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Включи радио.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Только не радио! </w:t>
      </w:r>
      <w:r w:rsidRPr="005C3A8B">
        <w:rPr>
          <w:i/>
          <w:lang w:val="ru-RU"/>
        </w:rPr>
        <w:t>(Включает проигрыватель.)</w:t>
      </w:r>
      <w:r w:rsidRPr="005C3A8B">
        <w:rPr>
          <w:lang w:val="ru-RU"/>
        </w:rPr>
        <w:t xml:space="preserve"> Это что-то новенькое!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Тимур выключает свет и приглашает Настю на медленный танец, его примеру следует Костя. Звучит песня «Машины времени» — «Время»: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…Встречи, прощанья — какое там,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Даже не вспомнить лица,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И только вещи верные нам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Помнят все до конца.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Помнит лодка причал, а весло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Помнит воду реки,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Помнит бумага перо, а перо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Помнит тепло руки.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lastRenderedPageBreak/>
        <w:t>Стены и двери помнят людей,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Каждого в свой срок.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Помнит дорога ушедших по ней,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Помнит выстрел курок.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Только проносится день за днем —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Значит не пробил час,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Вещи пока молчат о своем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И не тревожат нас.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Могут проснуться они летним днем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Или среди зимы,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Чтобы напомнить нам обо всем,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Что забыли мы…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На проигрыше свет падает на Костю и Веру.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То есть, если я откажусь переехать к тебе, ты скажешь мне: «до свидания»?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Я не ставлю ультиматумов, но понимаешь, два года я в подвешенном состоянии.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Так же, как и 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Поэтому и говорю тебе — переезжай ко мне!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 качестве кого?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В качестве любимой.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(спокойно)</w:t>
      </w:r>
      <w:r w:rsidRPr="005C3A8B">
        <w:rPr>
          <w:lang w:val="ru-RU"/>
        </w:rPr>
        <w:t>. Со мной уже случилось главное, Костя. Всё остальное — «пока».</w:t>
      </w:r>
    </w:p>
    <w:p w:rsidR="00337281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i/>
          <w:lang w:val="ru-RU"/>
        </w:rPr>
        <w:t xml:space="preserve"> (с усмешкой)</w:t>
      </w:r>
      <w:r w:rsidRPr="005C3A8B">
        <w:rPr>
          <w:lang w:val="ru-RU"/>
        </w:rPr>
        <w:t>. Главное уже случилось…</w:t>
      </w:r>
      <w:r w:rsidR="00337281">
        <w:rPr>
          <w:lang w:val="ru-RU"/>
        </w:rPr>
        <w:t xml:space="preserve"> И я в этой истории</w:t>
      </w:r>
      <w:r w:rsidR="00294863">
        <w:rPr>
          <w:lang w:val="ru-RU"/>
        </w:rPr>
        <w:t>,</w:t>
      </w:r>
      <w:r w:rsidR="00337281">
        <w:rPr>
          <w:lang w:val="ru-RU"/>
        </w:rPr>
        <w:t xml:space="preserve"> судя по всему</w:t>
      </w:r>
      <w:r w:rsidR="00294863">
        <w:rPr>
          <w:lang w:val="ru-RU"/>
        </w:rPr>
        <w:t>,</w:t>
      </w:r>
      <w:r w:rsidR="00337281">
        <w:rPr>
          <w:lang w:val="ru-RU"/>
        </w:rPr>
        <w:t xml:space="preserve"> — лишний.</w:t>
      </w:r>
    </w:p>
    <w:p w:rsidR="00337281" w:rsidRDefault="00337281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</w:t>
      </w:r>
      <w:r>
        <w:rPr>
          <w:lang w:val="ru-RU"/>
        </w:rPr>
        <w:t>Кость, ты же знаешь, что это не так.</w:t>
      </w:r>
    </w:p>
    <w:p w:rsidR="009A66E2" w:rsidRPr="005C3A8B" w:rsidRDefault="00337281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 xml:space="preserve">. </w:t>
      </w:r>
      <w:r>
        <w:rPr>
          <w:lang w:val="ru-RU"/>
        </w:rPr>
        <w:t>А как?</w:t>
      </w:r>
      <w:r w:rsidR="006E136A" w:rsidRPr="005C3A8B">
        <w:rPr>
          <w:lang w:val="ru-RU"/>
        </w:rPr>
        <w:t xml:space="preserve"> </w:t>
      </w:r>
      <w:r w:rsidR="00294863">
        <w:rPr>
          <w:lang w:val="ru-RU"/>
        </w:rPr>
        <w:t>(с сарказмом.) М</w:t>
      </w:r>
      <w:r>
        <w:rPr>
          <w:lang w:val="ru-RU"/>
        </w:rPr>
        <w:t>ожет</w:t>
      </w:r>
      <w:r w:rsidR="006E136A" w:rsidRPr="005C3A8B">
        <w:rPr>
          <w:lang w:val="ru-RU"/>
        </w:rPr>
        <w:t xml:space="preserve"> мне твою маму к нам пригласить?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Она никуда не поедет.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Костя</w:t>
      </w:r>
      <w:r w:rsidRPr="005C3A8B">
        <w:rPr>
          <w:lang w:val="ru-RU"/>
        </w:rPr>
        <w:t>. Так же, как и ты?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Да. </w:t>
      </w:r>
      <w:r w:rsidRPr="005C3A8B">
        <w:rPr>
          <w:i/>
          <w:lang w:val="ru-RU"/>
        </w:rPr>
        <w:t>(Музыка гаснет.)</w:t>
      </w:r>
      <w:r w:rsidRPr="005C3A8B">
        <w:rPr>
          <w:lang w:val="ru-RU"/>
        </w:rPr>
        <w:t xml:space="preserve"> Так и запиши в историю болезни. </w:t>
      </w:r>
      <w:r w:rsidRPr="005C3A8B">
        <w:rPr>
          <w:i/>
          <w:lang w:val="ru-RU"/>
        </w:rPr>
        <w:t>(Возвращается к столу.)</w:t>
      </w:r>
    </w:p>
    <w:p w:rsidR="009A66E2" w:rsidRPr="005C3A8B" w:rsidRDefault="00294863">
      <w:pPr>
        <w:spacing w:after="120"/>
        <w:rPr>
          <w:lang w:val="ru-RU"/>
        </w:rPr>
      </w:pPr>
      <w:r>
        <w:rPr>
          <w:i/>
          <w:lang w:val="ru-RU"/>
        </w:rPr>
        <w:t>Тимур</w:t>
      </w:r>
      <w:r w:rsidR="006E136A" w:rsidRPr="005C3A8B">
        <w:rPr>
          <w:i/>
          <w:lang w:val="ru-RU"/>
        </w:rPr>
        <w:t xml:space="preserve"> зажигает свет.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Девчонки, у вас есть что-то более </w:t>
      </w:r>
      <w:r w:rsidR="00294863">
        <w:rPr>
          <w:lang w:val="ru-RU"/>
        </w:rPr>
        <w:t>жизнерадостное</w:t>
      </w:r>
      <w:r w:rsidRPr="005C3A8B">
        <w:rPr>
          <w:lang w:val="ru-RU"/>
        </w:rPr>
        <w:t xml:space="preserve">? </w:t>
      </w:r>
      <w:r w:rsidRPr="005C3A8B">
        <w:rPr>
          <w:i/>
          <w:lang w:val="ru-RU"/>
        </w:rPr>
        <w:t>(Рассматривает пластинки.)</w:t>
      </w:r>
      <w:r w:rsidRPr="005C3A8B">
        <w:rPr>
          <w:lang w:val="ru-RU"/>
        </w:rPr>
        <w:t xml:space="preserve"> О!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Звучит композиция </w:t>
      </w:r>
      <w:r>
        <w:rPr>
          <w:i/>
        </w:rPr>
        <w:t>Boney</w:t>
      </w:r>
      <w:r w:rsidRPr="005C3A8B">
        <w:rPr>
          <w:i/>
          <w:lang w:val="ru-RU"/>
        </w:rPr>
        <w:t xml:space="preserve"> </w:t>
      </w:r>
      <w:r>
        <w:rPr>
          <w:i/>
        </w:rPr>
        <w:t>M</w:t>
      </w:r>
      <w:r w:rsidRPr="005C3A8B">
        <w:rPr>
          <w:i/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>. Мне кажется или нет, что картошечка сегодня будет с поджаркой?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Ой! </w:t>
      </w:r>
      <w:r w:rsidRPr="005C3A8B">
        <w:rPr>
          <w:i/>
          <w:lang w:val="ru-RU"/>
        </w:rPr>
        <w:t>(Убегает.)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i/>
          <w:lang w:val="ru-RU"/>
        </w:rPr>
        <w:t xml:space="preserve"> (вслед)</w:t>
      </w:r>
      <w:r w:rsidRPr="005C3A8B">
        <w:rPr>
          <w:lang w:val="ru-RU"/>
        </w:rPr>
        <w:t>. Обожаю с поджаркой!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Костя</w:t>
      </w:r>
      <w:r w:rsidRPr="005C3A8B">
        <w:rPr>
          <w:lang w:val="ru-RU"/>
        </w:rPr>
        <w:t xml:space="preserve">. Ребята, благодарю за компанию, но мне пора. </w:t>
      </w:r>
      <w:r w:rsidRPr="005C3A8B">
        <w:rPr>
          <w:i/>
          <w:lang w:val="ru-RU"/>
        </w:rPr>
        <w:t>(Берет гитару.)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i/>
          <w:lang w:val="ru-RU"/>
        </w:rPr>
        <w:t xml:space="preserve"> (вырубает радиолу)</w:t>
      </w:r>
      <w:r w:rsidRPr="005C3A8B">
        <w:rPr>
          <w:lang w:val="ru-RU"/>
        </w:rPr>
        <w:t xml:space="preserve">. </w:t>
      </w:r>
      <w:r w:rsidR="00294863">
        <w:rPr>
          <w:lang w:val="ru-RU"/>
        </w:rPr>
        <w:t xml:space="preserve">Все! </w:t>
      </w:r>
      <w:r w:rsidRPr="005C3A8B">
        <w:rPr>
          <w:lang w:val="ru-RU"/>
        </w:rPr>
        <w:t>Ничего, кроме Высоцкого! Извини, старик, я был не прав!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Костя жмет протянутую руку Тимура, надевает пальто и уходит.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Тимур</w:t>
      </w:r>
      <w:r w:rsidRPr="005C3A8B">
        <w:rPr>
          <w:lang w:val="ru-RU"/>
        </w:rPr>
        <w:t xml:space="preserve">. Не понял! </w:t>
      </w:r>
      <w:r w:rsidRPr="005C3A8B">
        <w:rPr>
          <w:i/>
          <w:lang w:val="ru-RU"/>
        </w:rPr>
        <w:t>(Недоуменно смотрит на Настю — та пожимает плечами.)</w:t>
      </w:r>
      <w:r w:rsidRPr="005C3A8B">
        <w:rPr>
          <w:lang w:val="ru-RU"/>
        </w:rPr>
        <w:t xml:space="preserve"> Ну, что за детский сад! </w:t>
      </w:r>
      <w:r w:rsidRPr="005C3A8B">
        <w:rPr>
          <w:i/>
          <w:lang w:val="ru-RU"/>
        </w:rPr>
        <w:t>(Схватив пальто, бежит вслед за ним.)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Настя включает радиолу. Появляется Вера с котелком в руках, ставит его на стол.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Настя</w:t>
      </w:r>
      <w:r w:rsidRPr="005C3A8B">
        <w:rPr>
          <w:lang w:val="ru-RU"/>
        </w:rPr>
        <w:t xml:space="preserve">. Не понимаю, </w:t>
      </w:r>
      <w:proofErr w:type="spellStart"/>
      <w:r w:rsidRPr="005C3A8B">
        <w:rPr>
          <w:lang w:val="ru-RU"/>
        </w:rPr>
        <w:t>Верка</w:t>
      </w:r>
      <w:proofErr w:type="spellEnd"/>
      <w:r w:rsidRPr="005C3A8B">
        <w:rPr>
          <w:lang w:val="ru-RU"/>
        </w:rPr>
        <w:t>, чего тебе не хватает?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Вера опускается на стул. Плачет.</w:t>
      </w:r>
    </w:p>
    <w:p w:rsidR="009A66E2" w:rsidRPr="005C3A8B" w:rsidRDefault="00294863">
      <w:pPr>
        <w:spacing w:after="120"/>
        <w:rPr>
          <w:lang w:val="ru-RU"/>
        </w:rPr>
      </w:pPr>
      <w:r>
        <w:rPr>
          <w:i/>
          <w:lang w:val="ru-RU"/>
        </w:rPr>
        <w:t>Заводная</w:t>
      </w:r>
      <w:r w:rsidR="006E136A" w:rsidRPr="005C3A8B">
        <w:rPr>
          <w:i/>
          <w:lang w:val="ru-RU"/>
        </w:rPr>
        <w:t xml:space="preserve"> песня </w:t>
      </w:r>
      <w:r w:rsidR="006E136A">
        <w:rPr>
          <w:i/>
        </w:rPr>
        <w:t>Boney</w:t>
      </w:r>
      <w:r w:rsidR="006E136A" w:rsidRPr="005C3A8B">
        <w:rPr>
          <w:i/>
          <w:lang w:val="ru-RU"/>
        </w:rPr>
        <w:t xml:space="preserve"> </w:t>
      </w:r>
      <w:r w:rsidR="006E136A">
        <w:rPr>
          <w:i/>
        </w:rPr>
        <w:t>M</w:t>
      </w:r>
      <w:r w:rsidR="006E136A" w:rsidRPr="005C3A8B">
        <w:rPr>
          <w:i/>
          <w:lang w:val="ru-RU"/>
        </w:rPr>
        <w:t xml:space="preserve"> звучит с нарастающей громкостью.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ШЕСТАЯ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Ленинград. Финский залив. 31 декабря 1989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Серый рассвет. Ветер. Свинцовые волны со льдом у кромки.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один, в старом пальто. У ног — потёртая сумка.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(вытаскивает из сумки потрепанную папку, перечитывает)</w:t>
      </w:r>
      <w:r w:rsidRPr="005C3A8B">
        <w:rPr>
          <w:lang w:val="ru-RU"/>
        </w:rPr>
        <w:t>. «При обследовании берега в районе посёлка Лебяжье, извлечён обломок деревянной обшивки. Конструкция — парусно-паровое судно. Конец XIX века».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Смотрит на море. Долго.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Столько лет я спрашивал себя: где самолёт? А </w:t>
      </w:r>
      <w:r w:rsidR="00E40521">
        <w:rPr>
          <w:lang w:val="ru-RU"/>
        </w:rPr>
        <w:t>там</w:t>
      </w:r>
      <w:r w:rsidRPr="005C3A8B">
        <w:rPr>
          <w:lang w:val="ru-RU"/>
        </w:rPr>
        <w:t xml:space="preserve">, где упал. Ждёт. </w:t>
      </w:r>
      <w:r w:rsidRPr="005C3A8B">
        <w:rPr>
          <w:i/>
          <w:lang w:val="ru-RU"/>
        </w:rPr>
        <w:t>(Пауза.)</w:t>
      </w:r>
      <w:r w:rsidRPr="005C3A8B">
        <w:rPr>
          <w:lang w:val="ru-RU"/>
        </w:rPr>
        <w:t xml:space="preserve"> Как </w:t>
      </w:r>
      <w:r w:rsidR="00E40521">
        <w:rPr>
          <w:lang w:val="ru-RU"/>
        </w:rPr>
        <w:t>э</w:t>
      </w:r>
      <w:r w:rsidRPr="005C3A8B">
        <w:rPr>
          <w:lang w:val="ru-RU"/>
        </w:rPr>
        <w:t xml:space="preserve">тот баркас. Сто лет — пока не вынесло на берег. </w:t>
      </w:r>
      <w:r w:rsidRPr="005C3A8B">
        <w:rPr>
          <w:i/>
          <w:lang w:val="ru-RU"/>
        </w:rPr>
        <w:t>(Тяжело)</w:t>
      </w:r>
      <w:r w:rsidRPr="005C3A8B">
        <w:rPr>
          <w:lang w:val="ru-RU"/>
        </w:rPr>
        <w:t>. Нашли. Да не то…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Пауза.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Вероника погибла.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Смотрит на воду. Долго. Медленно опускается на валун.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Достаёт из сумки бутылку коньяка и две рюмки. Наливает одну, ставит рядом на камень — вторую.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Проводим старый год. Поблагодарим за всё хорошее. </w:t>
      </w:r>
      <w:r w:rsidRPr="005C3A8B">
        <w:rPr>
          <w:i/>
          <w:lang w:val="ru-RU"/>
        </w:rPr>
        <w:t>(Пауза.)</w:t>
      </w:r>
      <w:r w:rsidRPr="005C3A8B">
        <w:rPr>
          <w:lang w:val="ru-RU"/>
        </w:rPr>
        <w:t xml:space="preserve"> А плохое — пусть забирает.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Выпивает свою. Вторую, не поднимая, — медленно выливает на песок. Смотрит, как темнеет мокрое пятно.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Достаёт из внутреннего кармана сложенный лист. Разглаживает на колене. Достаёт авторучку. Долго смотрит на ручку. Подписывает.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Дело закрыто.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Поднимается. Стоит лицом к заливу. Небо и вода одного цвета.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(тихо)</w:t>
      </w:r>
      <w:r w:rsidRPr="005C3A8B">
        <w:rPr>
          <w:lang w:val="ru-RU"/>
        </w:rPr>
        <w:t>. Облака… Просто облака.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lastRenderedPageBreak/>
        <w:t>Смотрит ещё мгновение. Поднимает сумку, поправляет воротник. Идёт вдоль берега — медленно, потом твёрже. Свет гаснет.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СЕДЬМАЯ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Санкт-Петербург. Февраль 1992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Квартира Кати. На стойке возле окна — пара платьев и костюм. У стены — диван, напротив — журнальный столик. Повсюду лежат незаконченные вышивки, мозаика, </w:t>
      </w:r>
      <w:proofErr w:type="spellStart"/>
      <w:r w:rsidRPr="005C3A8B">
        <w:rPr>
          <w:i/>
          <w:lang w:val="ru-RU"/>
        </w:rPr>
        <w:t>пазлы</w:t>
      </w:r>
      <w:proofErr w:type="spellEnd"/>
      <w:r w:rsidRPr="005C3A8B">
        <w:rPr>
          <w:i/>
          <w:lang w:val="ru-RU"/>
        </w:rPr>
        <w:t xml:space="preserve">, пластилин, глиняные поделки, всевозможные формочки, баночки, кисти, гуашь, мольберт, свечи, ароматические масла… На голой стене — металлическая гравюра с изображением балерины. На диване сидят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и Катя. Рассматривают фотоальбом.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А это я в балетной студии.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Какая смешная. Сколько тебе здесь?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</w:t>
      </w:r>
      <w:r w:rsidR="00E40521">
        <w:rPr>
          <w:lang w:val="ru-RU"/>
        </w:rPr>
        <w:t>Семь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Долго ты занималась балетом?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Три года.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почему бросила?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Папа ушел от нас, мы с мамой и </w:t>
      </w:r>
      <w:proofErr w:type="spellStart"/>
      <w:r w:rsidRPr="005C3A8B">
        <w:rPr>
          <w:lang w:val="ru-RU"/>
        </w:rPr>
        <w:t>Темкой</w:t>
      </w:r>
      <w:proofErr w:type="spellEnd"/>
      <w:r w:rsidRPr="005C3A8B">
        <w:rPr>
          <w:lang w:val="ru-RU"/>
        </w:rPr>
        <w:t xml:space="preserve"> уехали в деревню, там моя бабушка — ее мама — жила, тяжело ей было одной… Это долгая и грустная история, я потом как-нибудь расскажу… А вот и мама! Здесь она еще не замужем. Правда, красивая?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Красивая. Ты на нее очень похожа.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Нет, я больше на отца. Вот, они вместе.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в коляске — ты?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Темка</w:t>
      </w:r>
      <w:proofErr w:type="spellEnd"/>
      <w:r w:rsidRPr="005C3A8B">
        <w:rPr>
          <w:lang w:val="ru-RU"/>
        </w:rPr>
        <w:t>. Я через два года родилась.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это кто?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Кто, кто — 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Да это ж пацан!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Меня так бабушка стригла, считала, что от этого волосы гуще будут. Это мы все вместе, на турбазе… Нас папин друг фотографировал — дядя Женя. Помню, такая метель в тот день началась, что мы кое-как нашли дорогу обратно. Папа посадил меня на шею, а мне смешно, я лыжами болтаю, а он дышит так тяжело, и от него пар идет, как от самовара! А потом мы пили чай с липовым медом. Его дядя Женя с пасеки привез.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Твой отец так и не вернулся?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Нет. Где он, я не знаю, у него другая семья. Мы с </w:t>
      </w:r>
      <w:proofErr w:type="spellStart"/>
      <w:r w:rsidRPr="005C3A8B">
        <w:rPr>
          <w:lang w:val="ru-RU"/>
        </w:rPr>
        <w:t>Темкой</w:t>
      </w:r>
      <w:proofErr w:type="spellEnd"/>
      <w:r w:rsidRPr="005C3A8B">
        <w:rPr>
          <w:lang w:val="ru-RU"/>
        </w:rPr>
        <w:t xml:space="preserve"> — сводные, по маме. Мама потом вернулась к его отцу. А через два года погибла при пожаре. </w:t>
      </w:r>
      <w:r w:rsidRPr="005C3A8B">
        <w:rPr>
          <w:i/>
          <w:lang w:val="ru-RU"/>
        </w:rPr>
        <w:t>(Замолкает.)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lastRenderedPageBreak/>
        <w:t>Ванис</w:t>
      </w:r>
      <w:proofErr w:type="spellEnd"/>
      <w:r w:rsidRPr="005C3A8B">
        <w:rPr>
          <w:i/>
          <w:lang w:val="ru-RU"/>
        </w:rPr>
        <w:t xml:space="preserve"> прижимает ее голову к своей груди, гладит по волосам.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(шмыгая)</w:t>
      </w:r>
      <w:r w:rsidRPr="005C3A8B">
        <w:rPr>
          <w:lang w:val="ru-RU"/>
        </w:rPr>
        <w:t xml:space="preserve">. Мы с </w:t>
      </w:r>
      <w:proofErr w:type="spellStart"/>
      <w:r w:rsidRPr="005C3A8B">
        <w:rPr>
          <w:lang w:val="ru-RU"/>
        </w:rPr>
        <w:t>Темкой</w:t>
      </w:r>
      <w:proofErr w:type="spellEnd"/>
      <w:r w:rsidRPr="005C3A8B">
        <w:rPr>
          <w:lang w:val="ru-RU"/>
        </w:rPr>
        <w:t xml:space="preserve"> — в тот день были у бабушки, потому и остались живы. Растил нас дядя Семён — Темкин отец.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(перелистывая страницу альбома)</w:t>
      </w:r>
      <w:r w:rsidRPr="005C3A8B">
        <w:rPr>
          <w:lang w:val="ru-RU"/>
        </w:rPr>
        <w:t>. Это Дима?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Димыч</w:t>
      </w:r>
      <w:proofErr w:type="spellEnd"/>
      <w:r w:rsidRPr="005C3A8B">
        <w:rPr>
          <w:lang w:val="ru-RU"/>
        </w:rPr>
        <w:t>. Он похож на меня?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Вылитый. Сколько ему сейчас?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Шесть, он в первый класс пошел… А это мы на катке! Он в три года встал на коньки, представляешь! День рождения, тут ему пять… Это у бабушки в саду… Мы бассейн купили в прошлом году, так он всё лето из него не вылезал!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Он помнит отца?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Нет, ему же всего два годика было, когда Сергей погиб…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У тебя есть его фото?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(закрывает альбом)</w:t>
      </w:r>
      <w:r w:rsidRPr="005C3A8B">
        <w:rPr>
          <w:lang w:val="ru-RU"/>
        </w:rPr>
        <w:t>. Да, но не в этом альбоме… Если хочешь, я покажу тебе, потом…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Да, в другой раз.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(кротко)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чего бы ты хотел сейчас больше всего?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Лететь над облаками.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Это, наверное, так красиво… Я никогда не летала на самолете.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Как? Ни разу в жизни?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Ни разу. Я боюсь. Это тебе смешно, наверно, но такая вот я трусиха! </w:t>
      </w:r>
      <w:r w:rsidRPr="005C3A8B">
        <w:rPr>
          <w:i/>
          <w:lang w:val="ru-RU"/>
        </w:rPr>
        <w:t>(Смеется.)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Нет, ничуть не смешно. </w:t>
      </w:r>
      <w:r w:rsidRPr="005C3A8B">
        <w:rPr>
          <w:i/>
          <w:lang w:val="ru-RU"/>
        </w:rPr>
        <w:t>(Целует ее в макушку.)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А знаешь, чего больше всего хочу 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Чего?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Я хочу, чтобы мы все вместе пошли на каток! Ты, я и </w:t>
      </w:r>
      <w:proofErr w:type="spellStart"/>
      <w:r w:rsidRPr="005C3A8B">
        <w:rPr>
          <w:lang w:val="ru-RU"/>
        </w:rPr>
        <w:t>Димыч</w:t>
      </w:r>
      <w:proofErr w:type="spellEnd"/>
      <w:r w:rsidRPr="005C3A8B">
        <w:rPr>
          <w:lang w:val="ru-RU"/>
        </w:rPr>
        <w:t>! Ты умеешь кататься на коньках?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Я научу тебя! </w:t>
      </w:r>
      <w:r w:rsidRPr="005C3A8B">
        <w:rPr>
          <w:i/>
          <w:lang w:val="ru-RU"/>
        </w:rPr>
        <w:t>(Просовывает голову у него под мышкой.)</w:t>
      </w:r>
      <w:r w:rsidRPr="005C3A8B">
        <w:rPr>
          <w:lang w:val="ru-RU"/>
        </w:rPr>
        <w:t xml:space="preserve"> Хочешь?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Хочу. </w:t>
      </w:r>
      <w:r w:rsidRPr="005C3A8B">
        <w:rPr>
          <w:i/>
          <w:lang w:val="ru-RU"/>
        </w:rPr>
        <w:t>(Гладит ее по голове.)</w:t>
      </w:r>
      <w:r w:rsidRPr="005C3A8B">
        <w:rPr>
          <w:lang w:val="ru-RU"/>
        </w:rPr>
        <w:t xml:space="preserve"> Катюша, маленький котенок…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А ты мой нежный тигр!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Ррррр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Тиииигр</w:t>
      </w:r>
      <w:proofErr w:type="spellEnd"/>
      <w:r w:rsidRPr="005C3A8B">
        <w:rPr>
          <w:lang w:val="ru-RU"/>
        </w:rPr>
        <w:t xml:space="preserve">! </w:t>
      </w:r>
      <w:r w:rsidRPr="005C3A8B">
        <w:rPr>
          <w:i/>
          <w:lang w:val="ru-RU"/>
        </w:rPr>
        <w:t>(Смеется.)</w:t>
      </w:r>
      <w:r w:rsidRPr="005C3A8B">
        <w:rPr>
          <w:lang w:val="ru-RU"/>
        </w:rPr>
        <w:t xml:space="preserve"> Я в раю…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Катюш…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Я знаю, знаю, ты опять хочешь сказать: «Не привыкай». Ну почему, когда мне особенно хорошо, ты говоришь это? Мне горько так становится и так хочется плакать…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Катюш, если вдруг со мной что-нибудь случится…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Катя</w:t>
      </w:r>
      <w:r w:rsidRPr="005C3A8B">
        <w:rPr>
          <w:i/>
          <w:lang w:val="ru-RU"/>
        </w:rPr>
        <w:t xml:space="preserve"> (закрывает ему рот ладошкой)</w:t>
      </w:r>
      <w:r w:rsidRPr="005C3A8B">
        <w:rPr>
          <w:lang w:val="ru-RU"/>
        </w:rPr>
        <w:t>. Не говори! Не говори так! Я не хочу, чтобы с тобой что-то случилось! Я умру тогда… И твое «не привыкай» меня нисколько не спасет. Вот ни капельки! Уж поверь!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надо так говорить.</w:t>
      </w:r>
    </w:p>
    <w:p w:rsidR="0082377D" w:rsidRPr="0082377D" w:rsidRDefault="006E136A" w:rsidP="0082377D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A15A9A">
        <w:rPr>
          <w:lang w:val="ru-RU"/>
        </w:rPr>
        <w:t>. И ты не говори! Зачем думать о плохом? Сколько раз со мной было такое — я гоню плохие мысли, а они, как назло, лезут обратно, и я все больше думаю про это, переживаю, плачу, как будто это уже случилось, — и оно обязательно случается! Поэтому я и стараюсь думать только о хорошем</w:t>
      </w:r>
      <w:r w:rsidR="0082377D">
        <w:rPr>
          <w:lang w:val="ru-RU"/>
        </w:rPr>
        <w:t>.</w:t>
      </w:r>
    </w:p>
    <w:p w:rsidR="0082377D" w:rsidRPr="0082377D" w:rsidRDefault="0082377D" w:rsidP="0082377D">
      <w:pPr>
        <w:jc w:val="both"/>
        <w:rPr>
          <w:szCs w:val="24"/>
          <w:lang w:val="ru-RU"/>
        </w:rPr>
      </w:pPr>
      <w:proofErr w:type="spellStart"/>
      <w:r w:rsidRPr="0082377D">
        <w:rPr>
          <w:b/>
          <w:szCs w:val="24"/>
          <w:lang w:val="ru-RU"/>
        </w:rPr>
        <w:t>Ванис</w:t>
      </w:r>
      <w:proofErr w:type="spellEnd"/>
      <w:r w:rsidRPr="0082377D">
        <w:rPr>
          <w:szCs w:val="24"/>
          <w:lang w:val="ru-RU"/>
        </w:rPr>
        <w:t xml:space="preserve">. </w:t>
      </w:r>
      <w:r>
        <w:rPr>
          <w:szCs w:val="24"/>
          <w:lang w:val="ru-RU"/>
        </w:rPr>
        <w:t>М</w:t>
      </w:r>
      <w:r w:rsidRPr="0082377D">
        <w:rPr>
          <w:szCs w:val="24"/>
          <w:lang w:val="ru-RU"/>
        </w:rPr>
        <w:t xml:space="preserve">ой маленький </w:t>
      </w:r>
      <w:r>
        <w:rPr>
          <w:szCs w:val="24"/>
          <w:lang w:val="ru-RU"/>
        </w:rPr>
        <w:t xml:space="preserve">глупенький </w:t>
      </w:r>
      <w:r w:rsidRPr="0082377D">
        <w:rPr>
          <w:szCs w:val="24"/>
          <w:lang w:val="ru-RU"/>
        </w:rPr>
        <w:t>котенок.</w:t>
      </w:r>
    </w:p>
    <w:p w:rsidR="0082377D" w:rsidRPr="0082377D" w:rsidRDefault="0082377D" w:rsidP="0082377D">
      <w:pPr>
        <w:jc w:val="both"/>
        <w:rPr>
          <w:szCs w:val="24"/>
          <w:lang w:val="ru-RU"/>
        </w:rPr>
      </w:pPr>
      <w:r w:rsidRPr="0082377D">
        <w:rPr>
          <w:b/>
          <w:szCs w:val="24"/>
          <w:lang w:val="ru-RU"/>
        </w:rPr>
        <w:t>Катя</w:t>
      </w:r>
      <w:r w:rsidRPr="0082377D">
        <w:rPr>
          <w:szCs w:val="24"/>
          <w:lang w:val="ru-RU"/>
        </w:rPr>
        <w:t>. Твой? Правда твой?</w:t>
      </w:r>
    </w:p>
    <w:p w:rsidR="0082377D" w:rsidRPr="0082377D" w:rsidRDefault="0082377D" w:rsidP="0082377D">
      <w:pPr>
        <w:jc w:val="both"/>
        <w:rPr>
          <w:szCs w:val="24"/>
          <w:lang w:val="ru-RU"/>
        </w:rPr>
      </w:pPr>
      <w:proofErr w:type="spellStart"/>
      <w:r w:rsidRPr="0082377D">
        <w:rPr>
          <w:b/>
          <w:szCs w:val="24"/>
          <w:lang w:val="ru-RU"/>
        </w:rPr>
        <w:t>Ванис</w:t>
      </w:r>
      <w:proofErr w:type="spellEnd"/>
      <w:r w:rsidRPr="0082377D">
        <w:rPr>
          <w:szCs w:val="24"/>
          <w:lang w:val="ru-RU"/>
        </w:rPr>
        <w:t xml:space="preserve">. Мой, мой… </w:t>
      </w:r>
      <w:r w:rsidRPr="0082377D">
        <w:rPr>
          <w:i/>
          <w:szCs w:val="24"/>
          <w:lang w:val="ru-RU"/>
        </w:rPr>
        <w:t>(Целуются).</w:t>
      </w:r>
    </w:p>
    <w:p w:rsidR="0082377D" w:rsidRPr="0082377D" w:rsidRDefault="0082377D" w:rsidP="0082377D">
      <w:pPr>
        <w:jc w:val="both"/>
        <w:rPr>
          <w:szCs w:val="24"/>
          <w:lang w:val="ru-RU"/>
        </w:rPr>
      </w:pPr>
      <w:r w:rsidRPr="0082377D">
        <w:rPr>
          <w:b/>
          <w:szCs w:val="24"/>
          <w:lang w:val="ru-RU"/>
        </w:rPr>
        <w:t>Катя</w:t>
      </w:r>
      <w:r w:rsidRPr="0082377D">
        <w:rPr>
          <w:szCs w:val="24"/>
          <w:lang w:val="ru-RU"/>
        </w:rPr>
        <w:t xml:space="preserve">. Я в раю… </w:t>
      </w:r>
      <w:r w:rsidRPr="0082377D">
        <w:rPr>
          <w:i/>
          <w:szCs w:val="24"/>
          <w:lang w:val="ru-RU"/>
        </w:rPr>
        <w:t>(Занимает его рот поцелуем.)</w:t>
      </w:r>
      <w:r w:rsidRPr="0082377D">
        <w:rPr>
          <w:szCs w:val="24"/>
          <w:lang w:val="ru-RU"/>
        </w:rPr>
        <w:t xml:space="preserve"> </w:t>
      </w:r>
      <w:proofErr w:type="spellStart"/>
      <w:r w:rsidRPr="0082377D">
        <w:rPr>
          <w:szCs w:val="24"/>
          <w:lang w:val="ru-RU"/>
        </w:rPr>
        <w:t>Ванис</w:t>
      </w:r>
      <w:proofErr w:type="spellEnd"/>
      <w:r w:rsidRPr="0082377D">
        <w:rPr>
          <w:szCs w:val="24"/>
          <w:lang w:val="ru-RU"/>
        </w:rPr>
        <w:t>…</w:t>
      </w:r>
    </w:p>
    <w:p w:rsidR="009A66E2" w:rsidRPr="0082377D" w:rsidRDefault="0082377D" w:rsidP="0082377D">
      <w:pPr>
        <w:jc w:val="both"/>
        <w:rPr>
          <w:szCs w:val="24"/>
          <w:lang w:val="ru-RU"/>
        </w:rPr>
      </w:pPr>
      <w:proofErr w:type="spellStart"/>
      <w:r w:rsidRPr="0082377D">
        <w:rPr>
          <w:b/>
          <w:szCs w:val="24"/>
          <w:lang w:val="ru-RU"/>
        </w:rPr>
        <w:t>Ванис</w:t>
      </w:r>
      <w:proofErr w:type="spellEnd"/>
      <w:r w:rsidRPr="0082377D">
        <w:rPr>
          <w:szCs w:val="24"/>
          <w:lang w:val="ru-RU"/>
        </w:rPr>
        <w:t>. Что?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Почему ты никогда не рассказываешь о себе?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 не рассказываю? Ты же сама говорила, что много нового узнала от меня.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Да! Мне так интересно слушать тебя! Особенно про самолеты, про горы, походы, перевалы! Я столько узнала от тебя! И стихи… Мне никто и никогда не читал стихи! Я так счастлива, когда слушаю их! Но… ты никогда не говоришь о прошлом, как будто у тебя не было его.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На то и прошлое, что прошло. Зачем ворошить его?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Наверное… Но почему-то мне кажется… Ты не будешь сердиться, если я скажу?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буду.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Мне кажется, у тебя было что-то очень грустное там, и тебе больно вспоминать про это. И ты как мальчик Кай… Знаешь сказку про Снежную королеву?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Знаю.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Так вот, ты Кай, которому вонзилось в сердце ледяное стеклышко и не дает тебе глубоко вздохнуть от боли. И мне кажется, что ты настолько привык к нему, что даже боишься, если оно вдруг растает. Но я так хочу, чтобы оно растаяло. Тебе, наверное, смешно, что я так думаю?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Глупенькая ты моя…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Твоя… Мне так хорошо с тобой… </w:t>
      </w:r>
      <w:r w:rsidRPr="005C3A8B">
        <w:rPr>
          <w:i/>
          <w:lang w:val="ru-RU"/>
        </w:rPr>
        <w:t>(Гладит его по щеке.)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Ррррр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И я вижу твое сердце, как ледяную розу, и думаю, что если я буду долго-долго дышать на него, оно оттает…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5C3A8B">
        <w:rPr>
          <w:lang w:val="ru-RU"/>
        </w:rPr>
        <w:t xml:space="preserve">. И эта роза потеряет форму, обмякнет и увянет, прежде чем успеет источить свой аромат! </w:t>
      </w:r>
      <w:r w:rsidRPr="005C3A8B">
        <w:rPr>
          <w:i/>
          <w:lang w:val="ru-RU"/>
        </w:rPr>
        <w:t>(Смеется)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Не говори так… Оно же стучит! Оно живое… </w:t>
      </w:r>
      <w:r w:rsidRPr="005C3A8B">
        <w:rPr>
          <w:i/>
          <w:lang w:val="ru-RU"/>
        </w:rPr>
        <w:t>(Прижимает ухо к его груди.)</w:t>
      </w:r>
      <w:r w:rsidRPr="005C3A8B">
        <w:rPr>
          <w:lang w:val="ru-RU"/>
        </w:rPr>
        <w:t xml:space="preserve"> Стучит! Я буду медленно согревать его, и льдинка растает.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Смешная ты.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Зато мне так хорошо с тобой, даже с этим ледяным </w:t>
      </w:r>
      <w:proofErr w:type="spellStart"/>
      <w:r w:rsidRPr="005C3A8B">
        <w:rPr>
          <w:lang w:val="ru-RU"/>
        </w:rPr>
        <w:t>стёклышком</w:t>
      </w:r>
      <w:proofErr w:type="spellEnd"/>
      <w:r w:rsidRPr="005C3A8B">
        <w:rPr>
          <w:lang w:val="ru-RU"/>
        </w:rPr>
        <w:t xml:space="preserve"> в твоем сердце. Пусть оно только стучит у меня под ухом всегда!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Когда Дима придет?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У него четыре урока сегодня. Сейчас сколько времени?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Одиннадцать.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Где-то через час — пообедает, а потом у него хоккей.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Что?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Может, поужинаем все вместе, сегодня?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с пустыми руками, это не дело. Давай в следующий раз</w:t>
      </w:r>
      <w:r w:rsidR="00190F83">
        <w:rPr>
          <w:lang w:val="ru-RU"/>
        </w:rPr>
        <w:t>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Катя срывается с места, стаскивает с дивана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Что такое? Катюш…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Помоги!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Поднимают </w:t>
      </w:r>
      <w:proofErr w:type="spellStart"/>
      <w:r w:rsidRPr="005C3A8B">
        <w:rPr>
          <w:i/>
          <w:lang w:val="ru-RU"/>
        </w:rPr>
        <w:t>седушку</w:t>
      </w:r>
      <w:proofErr w:type="spellEnd"/>
      <w:r w:rsidRPr="005C3A8B">
        <w:rPr>
          <w:i/>
          <w:lang w:val="ru-RU"/>
        </w:rPr>
        <w:t xml:space="preserve"> дивана, Катя достает большую цветную коробку.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Конструктор?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Лего</w:t>
      </w:r>
      <w:proofErr w:type="spellEnd"/>
      <w:r w:rsidRPr="005C3A8B">
        <w:rPr>
          <w:lang w:val="ru-RU"/>
        </w:rPr>
        <w:t xml:space="preserve">! Я его в </w:t>
      </w:r>
      <w:proofErr w:type="spellStart"/>
      <w:r w:rsidRPr="005C3A8B">
        <w:rPr>
          <w:lang w:val="ru-RU"/>
        </w:rPr>
        <w:t>ГУМе</w:t>
      </w:r>
      <w:proofErr w:type="spellEnd"/>
      <w:r w:rsidRPr="005C3A8B">
        <w:rPr>
          <w:lang w:val="ru-RU"/>
        </w:rPr>
        <w:t xml:space="preserve"> купила! Знаешь, какую я очередь отстояла!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Ты специально ездила в Москву за ним?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Ну не только за ним… Такого ни у кого еще нет! А у </w:t>
      </w:r>
      <w:proofErr w:type="spellStart"/>
      <w:r w:rsidRPr="005C3A8B">
        <w:rPr>
          <w:lang w:val="ru-RU"/>
        </w:rPr>
        <w:t>Димыча</w:t>
      </w:r>
      <w:proofErr w:type="spellEnd"/>
      <w:r w:rsidRPr="005C3A8B">
        <w:rPr>
          <w:lang w:val="ru-RU"/>
        </w:rPr>
        <w:t xml:space="preserve"> — будет!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Ты ему на день рождения купила?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Да, но… Подари ему ты сегодня!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Нет, Катюш, это твой подарок, я так не могу.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Так мы не скажем, что мой! Ну пожалуйста,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как же день рождения?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Так до него еще — целый месяц! Я еще что-нибудь куплю или вместе купим. Подари! Он будет так рад! Он часто спрашивает о тебе и очень хочет познакомиться с тобой!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Нет, Катюш…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убирает подарок на место и закрывает </w:t>
      </w:r>
      <w:proofErr w:type="spellStart"/>
      <w:r w:rsidRPr="005C3A8B">
        <w:rPr>
          <w:i/>
          <w:lang w:val="ru-RU"/>
        </w:rPr>
        <w:t>седушку</w:t>
      </w:r>
      <w:proofErr w:type="spellEnd"/>
      <w:r w:rsidRPr="005C3A8B">
        <w:rPr>
          <w:i/>
          <w:lang w:val="ru-RU"/>
        </w:rPr>
        <w:t>. Садится, увлекает Катю к себе на колени.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Котенок, это твой подарок, ты подаришь его сама. Какого числа у него день рождения?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Катя</w:t>
      </w:r>
      <w:r w:rsidRPr="005C3A8B">
        <w:rPr>
          <w:i/>
          <w:lang w:val="ru-RU"/>
        </w:rPr>
        <w:t xml:space="preserve"> (насупившись)</w:t>
      </w:r>
      <w:r w:rsidRPr="005C3A8B">
        <w:rPr>
          <w:lang w:val="ru-RU"/>
        </w:rPr>
        <w:t>. 14 марта.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Вот и отлично! 14 марта я приду с подарком, тогда и поужинаем все вместе за праздничным столом. Идет? Ну вот, опять… </w:t>
      </w:r>
      <w:proofErr w:type="spellStart"/>
      <w:r w:rsidRPr="005C3A8B">
        <w:rPr>
          <w:lang w:val="ru-RU"/>
        </w:rPr>
        <w:t>Ррррр</w:t>
      </w:r>
      <w:proofErr w:type="spellEnd"/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Ты всегда так говоришь, потом уходишь в горы или улетаешь на целый месяц, и мы снова одни…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Я прилетаю из Будапешта 9 марта. У нас будет целых пять дней, чтобы придумать, как лучше отпраздновать день рождения </w:t>
      </w:r>
      <w:proofErr w:type="spellStart"/>
      <w:r w:rsidRPr="005C3A8B">
        <w:rPr>
          <w:lang w:val="ru-RU"/>
        </w:rPr>
        <w:t>Димыча</w:t>
      </w:r>
      <w:proofErr w:type="spellEnd"/>
      <w:r w:rsidRPr="005C3A8B">
        <w:rPr>
          <w:lang w:val="ru-RU"/>
        </w:rPr>
        <w:t>. А после ужина пойдем на каток! И ты меня научишь кататься!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Там уже все растает, наверное.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растает.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Не растает… </w:t>
      </w:r>
      <w:r w:rsidRPr="005C3A8B">
        <w:rPr>
          <w:i/>
          <w:lang w:val="ru-RU"/>
        </w:rPr>
        <w:t>(Прижимается щекой к его груди)</w:t>
      </w:r>
      <w:r w:rsidRPr="005C3A8B">
        <w:rPr>
          <w:lang w:val="ru-RU"/>
        </w:rPr>
        <w:t>. Тук-тук-тук… не привыкай, не привыкай, не привыкай…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ВОСЬМАЯ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Будапешт. Март 1992 г.</w:t>
      </w:r>
    </w:p>
    <w:p w:rsidR="009A66E2" w:rsidRDefault="006E136A">
      <w:pPr>
        <w:spacing w:after="120"/>
      </w:pPr>
      <w:r w:rsidRPr="005C3A8B">
        <w:rPr>
          <w:i/>
          <w:lang w:val="ru-RU"/>
        </w:rPr>
        <w:t xml:space="preserve">Мост </w:t>
      </w:r>
      <w:proofErr w:type="spellStart"/>
      <w:r w:rsidRPr="005C3A8B">
        <w:rPr>
          <w:i/>
          <w:lang w:val="ru-RU"/>
        </w:rPr>
        <w:t>Сечени</w:t>
      </w:r>
      <w:proofErr w:type="spellEnd"/>
      <w:r w:rsidRPr="005C3A8B">
        <w:rPr>
          <w:i/>
          <w:lang w:val="ru-RU"/>
        </w:rPr>
        <w:t xml:space="preserve"> через Дунай.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, прислонившись к каменному парапету, смотрит на заходящее за здание парламента солнце. </w:t>
      </w:r>
      <w:proofErr w:type="spellStart"/>
      <w:r>
        <w:rPr>
          <w:i/>
        </w:rPr>
        <w:t>Над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Дунаем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плывет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вальс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Листа</w:t>
      </w:r>
      <w:proofErr w:type="spellEnd"/>
      <w:r>
        <w:rPr>
          <w:i/>
        </w:rPr>
        <w:t>.</w:t>
      </w:r>
    </w:p>
    <w:p w:rsidR="009A66E2" w:rsidRDefault="006E136A">
      <w:pPr>
        <w:spacing w:after="80"/>
        <w:ind w:left="1701" w:hanging="1701"/>
      </w:pPr>
      <w:proofErr w:type="spellStart"/>
      <w:r>
        <w:rPr>
          <w:b/>
        </w:rPr>
        <w:t>Вера</w:t>
      </w:r>
      <w:proofErr w:type="spellEnd"/>
      <w:r>
        <w:t>. Excuse me, could you take a picture of me?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(оборачивается)</w:t>
      </w:r>
      <w:r w:rsidRPr="005C3A8B">
        <w:rPr>
          <w:lang w:val="ru-RU"/>
        </w:rPr>
        <w:t xml:space="preserve">. </w:t>
      </w:r>
      <w:r>
        <w:t>Gladly</w:t>
      </w:r>
      <w:r w:rsidRPr="005C3A8B">
        <w:rPr>
          <w:lang w:val="ru-RU"/>
        </w:rPr>
        <w:t xml:space="preserve">. </w:t>
      </w:r>
      <w:r w:rsidRPr="005C3A8B">
        <w:rPr>
          <w:i/>
          <w:lang w:val="ru-RU"/>
        </w:rPr>
        <w:t>(Берет в руки ее фотоаппарат.)</w:t>
      </w:r>
      <w:r w:rsidRPr="005C3A8B">
        <w:rPr>
          <w:lang w:val="ru-RU"/>
        </w:rPr>
        <w:t xml:space="preserve"> </w:t>
      </w:r>
      <w:r>
        <w:t>Zenith</w:t>
      </w:r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Зенит!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Вы говорите по-русски!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И вы!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Представьте себе!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Меня выдал мой акцент?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Нет, ваш фотоаппарат. У меня был точно такой же! Так на каком фоне вас сфотографировать?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На фоне церкви </w:t>
      </w:r>
      <w:proofErr w:type="spellStart"/>
      <w:r w:rsidRPr="005C3A8B">
        <w:rPr>
          <w:lang w:val="ru-RU"/>
        </w:rPr>
        <w:t>Матьяша</w:t>
      </w:r>
      <w:proofErr w:type="spellEnd"/>
      <w:r w:rsidRPr="005C3A8B">
        <w:rPr>
          <w:lang w:val="ru-RU"/>
        </w:rPr>
        <w:t>, заката и вот этого чудовищного льва без языка!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На самом деле у него есть язык, но скульптор спрятал его слишком глубоко. Улыбайтесь! </w:t>
      </w:r>
      <w:r w:rsidRPr="005C3A8B">
        <w:rPr>
          <w:i/>
          <w:lang w:val="ru-RU"/>
        </w:rPr>
        <w:t>(Делает два шага назад.)</w:t>
      </w:r>
      <w:r w:rsidRPr="005C3A8B">
        <w:rPr>
          <w:lang w:val="ru-RU"/>
        </w:rPr>
        <w:t xml:space="preserve"> Так выставим </w:t>
      </w:r>
      <w:proofErr w:type="spellStart"/>
      <w:r w:rsidRPr="005C3A8B">
        <w:rPr>
          <w:lang w:val="ru-RU"/>
        </w:rPr>
        <w:t>экспопару</w:t>
      </w:r>
      <w:proofErr w:type="spellEnd"/>
      <w:r w:rsidRPr="005C3A8B">
        <w:rPr>
          <w:lang w:val="ru-RU"/>
        </w:rPr>
        <w:t>, выдержку… Внимание, снимаю! Теперь чуть левее, еще немного, раз, два! Снято! А теперь с другой стороны! Внимание! Отлично! Держите ваш фотоаппарат.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Спасибо большое!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Кстати, вы случайно не знаете, где тут поблизости, магазин игрушек?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Нет, не знаю… Я недавно в Будапеште, и хожу по всяким достопримечательностям, и на магазины, тем более игрушечные, совсем не обращаю внимания. (Смеется).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5C3A8B">
        <w:rPr>
          <w:lang w:val="ru-RU"/>
        </w:rPr>
        <w:t>. Ясно. Что ж, хорошо вам провести время.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Спасибо, и вам тоже.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И непременно поднимитесь на гору </w:t>
      </w:r>
      <w:proofErr w:type="spellStart"/>
      <w:r w:rsidRPr="005C3A8B">
        <w:rPr>
          <w:lang w:val="ru-RU"/>
        </w:rPr>
        <w:t>Геллерт</w:t>
      </w:r>
      <w:proofErr w:type="spellEnd"/>
      <w:r w:rsidRPr="005C3A8B">
        <w:rPr>
          <w:lang w:val="ru-RU"/>
        </w:rPr>
        <w:t xml:space="preserve">, оттуда великолепный вид на город и на Дунай. </w:t>
      </w:r>
      <w:proofErr w:type="spellStart"/>
      <w:r w:rsidRPr="005C3A8B">
        <w:rPr>
          <w:lang w:val="ru-RU"/>
        </w:rPr>
        <w:t>Вооон</w:t>
      </w:r>
      <w:proofErr w:type="spellEnd"/>
      <w:r w:rsidRPr="005C3A8B">
        <w:rPr>
          <w:lang w:val="ru-RU"/>
        </w:rPr>
        <w:t xml:space="preserve"> она, совсем недалеко отсюда.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Спасибо! Я люблю горы!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Правда?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Там — свобода! Там дышится и чувствуется совсем не так, как на земле!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Согласен!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Завтра я обязательно заберусь на нее! Но сейчас мне нужно в гостиницу.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Где вы остановились?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Недалеко от оперного театра.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Вот как! Не могу ли я вас попросить об одном одолжении?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Конечно!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Если вы не против, я провожу вас, а вы мне поможете выбрать подарок мальчику.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Не против… А сколько ему?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(неуверенно)</w:t>
      </w:r>
      <w:r w:rsidRPr="005C3A8B">
        <w:rPr>
          <w:lang w:val="ru-RU"/>
        </w:rPr>
        <w:t>. Шесть… Нет, семь!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Ну, хорошо — попробуем.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Ну вот и отлично! Нам туда! Кстати, я —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. А вас как зовут?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Вера.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Вера? </w:t>
      </w:r>
      <w:r w:rsidRPr="005C3A8B">
        <w:rPr>
          <w:i/>
          <w:lang w:val="ru-RU"/>
        </w:rPr>
        <w:t>(После паузы.)</w:t>
      </w:r>
      <w:r w:rsidRPr="005C3A8B">
        <w:rPr>
          <w:lang w:val="ru-RU"/>
        </w:rPr>
        <w:t xml:space="preserve"> Очень красивое имя… Вы впервые в Будапеште?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Я вообще первый раз за границей. А вы?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первый, но сегодня между рейсами целых двенадцать часов и удалось выбраться в город.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Вы летчик?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Пилот, а вы, наверное, фотокорреспондент?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Нет, врач! Я в частной клинике работаю в Ленинграде…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 Питере! Так мы земляки с вами!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Правда?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Где вы там живете?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На Пражской…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(разворачивается к ней лицом)</w:t>
      </w:r>
      <w:r w:rsidRPr="005C3A8B">
        <w:rPr>
          <w:lang w:val="ru-RU"/>
        </w:rPr>
        <w:t>. Дом девять!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Тринадцатый! </w:t>
      </w:r>
      <w:r w:rsidRPr="005C3A8B">
        <w:rPr>
          <w:i/>
          <w:lang w:val="ru-RU"/>
        </w:rPr>
        <w:t>(Смеется.)</w:t>
      </w:r>
      <w:r w:rsidRPr="005C3A8B">
        <w:rPr>
          <w:lang w:val="ru-RU"/>
        </w:rPr>
        <w:t xml:space="preserve"> А вы в девятом?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 девятом!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Так мы с вами соседи, а встретились не в булочной на углу, а на мосту через Дунай!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5C3A8B">
        <w:rPr>
          <w:lang w:val="ru-RU"/>
        </w:rPr>
        <w:t>. Да, «есть многое на свете, друг Горацио…»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«Чего не снилось вашим мудрецам» </w:t>
      </w:r>
      <w:r w:rsidRPr="005C3A8B">
        <w:rPr>
          <w:i/>
          <w:lang w:val="ru-RU"/>
        </w:rPr>
        <w:t>(Смеется)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Вы здесь по путевке?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По работе. У меня стажировка в клинике Иштвана.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Вы врач?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Эндокринолог.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Вам нравится Будапешт?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Очень! Но я пока не добралась до Буды.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Что же вы можете сказать о </w:t>
      </w:r>
      <w:proofErr w:type="spellStart"/>
      <w:r w:rsidRPr="005C3A8B">
        <w:rPr>
          <w:lang w:val="ru-RU"/>
        </w:rPr>
        <w:t>Пеште</w:t>
      </w:r>
      <w:proofErr w:type="spellEnd"/>
      <w:r w:rsidRPr="005C3A8B">
        <w:rPr>
          <w:lang w:val="ru-RU"/>
        </w:rPr>
        <w:t>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Если в двух словах — уютная монументальность, величие и свобода.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А если более пространно?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Знаете, что первое, о чем подумалось — это маленькие, домашние, до боли знакомые дворики… Уличные музыканты, художники, кофейни с ажурными занавесками… И вальс Листа — он где-то постоянно кружится в воздухе!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Осторожно! </w:t>
      </w:r>
      <w:r w:rsidRPr="005C3A8B">
        <w:rPr>
          <w:i/>
          <w:lang w:val="ru-RU"/>
        </w:rPr>
        <w:t>(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оттаскивает Веру от мчащегося на них велосипедиста)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Вот, видите! </w:t>
      </w:r>
      <w:r w:rsidRPr="005C3A8B">
        <w:rPr>
          <w:i/>
          <w:lang w:val="ru-RU"/>
        </w:rPr>
        <w:t>(Смеётся.)</w:t>
      </w:r>
      <w:r w:rsidRPr="005C3A8B">
        <w:rPr>
          <w:lang w:val="ru-RU"/>
        </w:rPr>
        <w:t xml:space="preserve"> Кажется, если сюда добавить мальчишек с газетами, чистильщиков обуви и конную повозку, можно подумать, что это Вена XIX века.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Да, в этом что-то есть!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И тут же, совсем рядом — величественные замки, храмы, крепости, фонтаны… Словно ты перечитываешь любимую книгу с картинками — настолько это близко и знакомо.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Да, пожалуй, вы правы, но мне всё-таки ближе Буда. </w:t>
      </w:r>
      <w:r w:rsidRPr="005C3A8B">
        <w:rPr>
          <w:i/>
          <w:lang w:val="ru-RU"/>
        </w:rPr>
        <w:t>(Оглядывается назад.)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Тут мы не на равных! </w:t>
      </w:r>
      <w:r w:rsidRPr="005C3A8B">
        <w:rPr>
          <w:i/>
          <w:lang w:val="ru-RU"/>
        </w:rPr>
        <w:t>(Смеется.)</w:t>
      </w:r>
      <w:r w:rsidRPr="005C3A8B">
        <w:rPr>
          <w:lang w:val="ru-RU"/>
        </w:rPr>
        <w:t xml:space="preserve"> Я там еще не была.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Завидую вам! Все ваши открытия и восторги — еще впереди.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Чем же вам нравится Буда?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знаю… своей изящной небрежностью… Кривые улочки, кабачки, обвитые плющом, из которых доносятся звуки скрипки… Буда пропитана ароматом какой-то непреодолимой грусти — то ли о далекой мечте, то ли о дальней дороге… Это как тоска по небу, когда ты уже на земле.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Вы так мне все расскажете, что открытий и восторгов уже не останется!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Уверяю вас, Вера, останется! </w:t>
      </w:r>
      <w:r w:rsidRPr="005C3A8B">
        <w:rPr>
          <w:i/>
          <w:lang w:val="ru-RU"/>
        </w:rPr>
        <w:t>(Смеется.)</w:t>
      </w:r>
      <w:r w:rsidRPr="005C3A8B">
        <w:rPr>
          <w:lang w:val="ru-RU"/>
        </w:rPr>
        <w:t xml:space="preserve"> Знаете, сейчас мне вдруг подумалось, что этот город удивительно напоминает выдуманный Грином порт </w:t>
      </w:r>
      <w:proofErr w:type="spellStart"/>
      <w:r w:rsidRPr="005C3A8B">
        <w:rPr>
          <w:lang w:val="ru-RU"/>
        </w:rPr>
        <w:t>Лисс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«Свитки парусов, их сон и крылатое утро, зеленая вода, скалы, пожар звезд, лодки со смеющимися голосами…»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«Аромат цветов и зелени, рождающих глухую тоску о влюблённости и свиданиях…»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Вера</w:t>
      </w:r>
      <w:r w:rsidRPr="005C3A8B">
        <w:rPr>
          <w:lang w:val="ru-RU"/>
        </w:rPr>
        <w:t>. Ну вот мы и пришли.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Уже?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Да… это моя гостиница.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 быстро стемнело.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Здесь рано темнеет.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подарок мальчику мы так и не выбрали.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Ничего страшного, я куплю его в «Детском мире».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Ну тогда, до свидания?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До свидания, Вера. Спасибо вам за прекрасный вечер! </w:t>
      </w:r>
      <w:r w:rsidRPr="005C3A8B">
        <w:rPr>
          <w:i/>
          <w:lang w:val="ru-RU"/>
        </w:rPr>
        <w:t>(Целует ей руку)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И вам спасибо. Может еще увидимся…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 булочной на Пражской.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(смеется)</w:t>
      </w:r>
      <w:r w:rsidRPr="005C3A8B">
        <w:rPr>
          <w:lang w:val="ru-RU"/>
        </w:rPr>
        <w:t>. Или на мосту через Сену!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ДЕВЯТАЯ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Санкт-Петербург. 14 марта 1992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Квартира Кати. На столе — торт, коробка </w:t>
      </w:r>
      <w:proofErr w:type="spellStart"/>
      <w:r w:rsidRPr="005C3A8B">
        <w:rPr>
          <w:i/>
          <w:lang w:val="ru-RU"/>
        </w:rPr>
        <w:t>Лего</w:t>
      </w:r>
      <w:proofErr w:type="spellEnd"/>
      <w:r w:rsidRPr="005C3A8B">
        <w:rPr>
          <w:i/>
          <w:lang w:val="ru-RU"/>
        </w:rPr>
        <w:t xml:space="preserve">. Дима в новой куртке вертится у окна. Звонок в дверь. Катя открывает —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с коробкой в руках. Целует Катю, жмет руку Диме, вручает коробку.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 днём рождения, хоккеист!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Дима</w:t>
      </w:r>
      <w:r w:rsidRPr="005C3A8B">
        <w:rPr>
          <w:i/>
          <w:lang w:val="ru-RU"/>
        </w:rPr>
        <w:t xml:space="preserve"> (смущенно)</w:t>
      </w:r>
      <w:r w:rsidRPr="005C3A8B">
        <w:rPr>
          <w:lang w:val="ru-RU"/>
        </w:rPr>
        <w:t>. Спасибо.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Ну что же ты? Открывай скорее!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Дима</w:t>
      </w:r>
      <w:r w:rsidRPr="005C3A8B">
        <w:rPr>
          <w:i/>
          <w:lang w:val="ru-RU"/>
        </w:rPr>
        <w:t xml:space="preserve"> (открывает)</w:t>
      </w:r>
      <w:r w:rsidRPr="005C3A8B">
        <w:rPr>
          <w:lang w:val="ru-RU"/>
        </w:rPr>
        <w:t>. Коньки!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Настоящие — хоккейные!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(взволнованно)</w:t>
      </w:r>
      <w:r w:rsidRPr="005C3A8B">
        <w:rPr>
          <w:lang w:val="ru-RU"/>
        </w:rPr>
        <w:t xml:space="preserve">. Вот это подарок! Спасибо,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Играй теперь, как Ларионов!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(решительно)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Димыч</w:t>
      </w:r>
      <w:proofErr w:type="spellEnd"/>
      <w:r w:rsidRPr="005C3A8B">
        <w:rPr>
          <w:lang w:val="ru-RU"/>
        </w:rPr>
        <w:t>, сбегай к тете Гале — попроси свечек для торта!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Дима выбегает. Пауза.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Катюш, ты чего?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(протягивает ему конверт)</w:t>
      </w:r>
      <w:r w:rsidRPr="005C3A8B">
        <w:rPr>
          <w:lang w:val="ru-RU"/>
        </w:rPr>
        <w:t>. Письмо. Из Гамбурга.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(берет)</w:t>
      </w:r>
      <w:r w:rsidRPr="005C3A8B">
        <w:rPr>
          <w:lang w:val="ru-RU"/>
        </w:rPr>
        <w:t>. От кого?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От отца. Он нашёл нас… зовёт с Димкой к себе. Пишет — всё устроено, ждёт.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молча смотрит на конверт.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(тихо)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, расскажи мне про нее.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5C3A8B">
        <w:rPr>
          <w:i/>
          <w:lang w:val="ru-RU"/>
        </w:rPr>
        <w:t xml:space="preserve"> (глухо)</w:t>
      </w:r>
      <w:r w:rsidRPr="005C3A8B">
        <w:rPr>
          <w:lang w:val="ru-RU"/>
        </w:rPr>
        <w:t xml:space="preserve">. Ее звали Вероника. Ее не стало семь лет назад. Самолёт не нашли. Ни людей, ни вещей. Два года назад я впервые сказал вслух: она погибла. И перестал искать и ждать. </w:t>
      </w:r>
      <w:r w:rsidRPr="005C3A8B">
        <w:rPr>
          <w:i/>
          <w:lang w:val="ru-RU"/>
        </w:rPr>
        <w:t>(Отдает ей письмо не читая.)</w:t>
      </w:r>
      <w:r w:rsidRPr="005C3A8B">
        <w:rPr>
          <w:lang w:val="ru-RU"/>
        </w:rPr>
        <w:t xml:space="preserve"> Что ты решила?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Я не могу остаться,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. Не потому, что там лучше. А потому, что здесь мы оба жили с теми, кто не вернулся.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Катя…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(достаёт фото)</w:t>
      </w:r>
      <w:r w:rsidRPr="005C3A8B">
        <w:rPr>
          <w:lang w:val="ru-RU"/>
        </w:rPr>
        <w:t xml:space="preserve">. Посмотри. Это </w:t>
      </w:r>
      <w:proofErr w:type="spellStart"/>
      <w:r w:rsidRPr="005C3A8B">
        <w:rPr>
          <w:lang w:val="ru-RU"/>
        </w:rPr>
        <w:t>Темка</w:t>
      </w:r>
      <w:proofErr w:type="spellEnd"/>
      <w:r w:rsidRPr="005C3A8B">
        <w:rPr>
          <w:lang w:val="ru-RU"/>
        </w:rPr>
        <w:t>. Мой брат. В восемьдесят пятом он не вернулся из Афганистана.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="00584947">
        <w:rPr>
          <w:b/>
          <w:lang w:val="ru-RU"/>
        </w:rPr>
        <w:t xml:space="preserve"> </w:t>
      </w:r>
      <w:r w:rsidRPr="005C3A8B">
        <w:rPr>
          <w:i/>
          <w:lang w:val="ru-RU"/>
        </w:rPr>
        <w:t>(смотрит на фото)</w:t>
      </w:r>
      <w:r w:rsidRPr="005C3A8B">
        <w:rPr>
          <w:lang w:val="ru-RU"/>
        </w:rPr>
        <w:t>. В восемьдесят пятом…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Я знала всё. Я тебя не спрашивала — я собрала. Как </w:t>
      </w:r>
      <w:proofErr w:type="spellStart"/>
      <w:r w:rsidRPr="005C3A8B">
        <w:rPr>
          <w:lang w:val="ru-RU"/>
        </w:rPr>
        <w:t>пазл</w:t>
      </w:r>
      <w:proofErr w:type="spellEnd"/>
      <w:r w:rsidRPr="005C3A8B">
        <w:rPr>
          <w:lang w:val="ru-RU"/>
        </w:rPr>
        <w:t xml:space="preserve">. Когда сложился — тогда и полюбила. Я тоже молчала. Молчание, </w:t>
      </w:r>
      <w:proofErr w:type="spellStart"/>
      <w:r w:rsidR="00584947">
        <w:rPr>
          <w:lang w:val="ru-RU"/>
        </w:rPr>
        <w:t>Ванис</w:t>
      </w:r>
      <w:proofErr w:type="spellEnd"/>
      <w:r w:rsidR="00584947">
        <w:rPr>
          <w:lang w:val="ru-RU"/>
        </w:rPr>
        <w:t xml:space="preserve">, </w:t>
      </w:r>
      <w:r w:rsidRPr="005C3A8B">
        <w:rPr>
          <w:lang w:val="ru-RU"/>
        </w:rPr>
        <w:t xml:space="preserve">это не милосердие: это стена, за которой спрятана боль. </w:t>
      </w:r>
      <w:r w:rsidRPr="005C3A8B">
        <w:rPr>
          <w:i/>
          <w:lang w:val="ru-RU"/>
        </w:rPr>
        <w:t>(Берет его руку и подносит к губам.)</w:t>
      </w:r>
      <w:r w:rsidRPr="005C3A8B">
        <w:rPr>
          <w:lang w:val="ru-RU"/>
        </w:rPr>
        <w:t xml:space="preserve"> Не наказывай себя мною. Я не твоя Вероника и не хочу ею быть.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</w:t>
      </w:r>
      <w:r w:rsidR="00584947">
        <w:rPr>
          <w:lang w:val="ru-RU"/>
        </w:rPr>
        <w:t>Зачем ты это говоришь, Катюш…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 xml:space="preserve">. </w:t>
      </w:r>
      <w:r w:rsidRPr="005C3A8B">
        <w:rPr>
          <w:i/>
          <w:lang w:val="ru-RU"/>
        </w:rPr>
        <w:t xml:space="preserve">(Пронзительно смотрит на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>.)</w:t>
      </w:r>
      <w:r w:rsidRPr="005C3A8B">
        <w:rPr>
          <w:lang w:val="ru-RU"/>
        </w:rPr>
        <w:t xml:space="preserve"> Я помню его Верочку…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Кого?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(не отводя глаз)</w:t>
      </w:r>
      <w:r w:rsidRPr="005C3A8B">
        <w:rPr>
          <w:lang w:val="ru-RU"/>
        </w:rPr>
        <w:t>. Невесту Темы.</w:t>
      </w:r>
    </w:p>
    <w:p w:rsidR="009A66E2" w:rsidRDefault="006E136A">
      <w:pPr>
        <w:spacing w:after="120"/>
        <w:rPr>
          <w:i/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отворачивается к окну. Долгая пауза.</w:t>
      </w:r>
    </w:p>
    <w:p w:rsidR="00584947" w:rsidRPr="005C3A8B" w:rsidRDefault="00584947">
      <w:pPr>
        <w:spacing w:after="120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</w:t>
      </w:r>
      <w:r>
        <w:rPr>
          <w:lang w:val="ru-RU"/>
        </w:rPr>
        <w:t xml:space="preserve"> Что?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Ничего. Просто имя.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lang w:val="ru-RU"/>
        </w:rPr>
        <w:t>. В этом мире не бывает просто имён.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Вбегает Дима. В руках у него свечи. Катя прижимает его к себе. Плачет.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Дима</w:t>
      </w:r>
      <w:r w:rsidRPr="005C3A8B">
        <w:rPr>
          <w:i/>
          <w:lang w:val="ru-RU"/>
        </w:rPr>
        <w:t xml:space="preserve"> (растерянно)</w:t>
      </w:r>
      <w:r w:rsidRPr="005C3A8B">
        <w:rPr>
          <w:lang w:val="ru-RU"/>
        </w:rPr>
        <w:t>. Мам… ты чего?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Катя</w:t>
      </w:r>
      <w:r w:rsidRPr="005C3A8B">
        <w:rPr>
          <w:i/>
          <w:lang w:val="ru-RU"/>
        </w:rPr>
        <w:t xml:space="preserve"> (вытирает глаза, улыбается)</w:t>
      </w:r>
      <w:r w:rsidRPr="005C3A8B">
        <w:rPr>
          <w:lang w:val="ru-RU"/>
        </w:rPr>
        <w:t>. От радости. Дуй на кухню, будем зажигать. Загадывай желание!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Свет гаснет.</w:t>
      </w:r>
    </w:p>
    <w:p w:rsidR="009A66E2" w:rsidRPr="005C3A8B" w:rsidRDefault="006E136A">
      <w:pPr>
        <w:spacing w:before="360"/>
        <w:jc w:val="center"/>
        <w:rPr>
          <w:lang w:val="ru-RU"/>
        </w:rPr>
      </w:pPr>
      <w:r w:rsidRPr="005C3A8B">
        <w:rPr>
          <w:b/>
          <w:lang w:val="ru-RU"/>
        </w:rPr>
        <w:t>КАРТИНА ДЕСЯТАЯ</w:t>
      </w:r>
    </w:p>
    <w:p w:rsidR="009A66E2" w:rsidRPr="005C3A8B" w:rsidRDefault="006E136A">
      <w:pPr>
        <w:spacing w:after="160"/>
        <w:jc w:val="center"/>
        <w:rPr>
          <w:lang w:val="ru-RU"/>
        </w:rPr>
      </w:pPr>
      <w:r w:rsidRPr="005C3A8B">
        <w:rPr>
          <w:i/>
          <w:lang w:val="ru-RU"/>
        </w:rPr>
        <w:t>Санкт-Петербург. 31 декабря 1999 г.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Квартира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 xml:space="preserve">. Елка. В комнате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и Ника.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(забирается к нему на колени)</w:t>
      </w:r>
      <w:r w:rsidRPr="005C3A8B">
        <w:rPr>
          <w:lang w:val="ru-RU"/>
        </w:rPr>
        <w:t>. Папа, когда ты улетаешь?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Завтра, Ника.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Но ведь завтра — Новый год!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Да и люди спешат встретиться друг с другом в этот праздник, и я им помогаю.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Но ты улетишь от нас с мамой.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lastRenderedPageBreak/>
        <w:t>Ванис</w:t>
      </w:r>
      <w:proofErr w:type="spellEnd"/>
      <w:r w:rsidRPr="005C3A8B">
        <w:rPr>
          <w:lang w:val="ru-RU"/>
        </w:rPr>
        <w:t xml:space="preserve">. Но я же </w:t>
      </w:r>
      <w:r w:rsidR="00CA6845">
        <w:rPr>
          <w:lang w:val="ru-RU"/>
        </w:rPr>
        <w:t>потом</w:t>
      </w:r>
      <w:r w:rsidRPr="005C3A8B">
        <w:rPr>
          <w:lang w:val="ru-RU"/>
        </w:rPr>
        <w:t xml:space="preserve"> вернусь.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Звонок в дверь.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(убегает)</w:t>
      </w:r>
      <w:r w:rsidRPr="005C3A8B">
        <w:rPr>
          <w:lang w:val="ru-RU"/>
        </w:rPr>
        <w:t>. Мама!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Голос из прихожей. Я спешил, прийти старался и вот, кажется, добрался!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(вбегает в комнату)</w:t>
      </w:r>
      <w:r w:rsidRPr="005C3A8B">
        <w:rPr>
          <w:lang w:val="ru-RU"/>
        </w:rPr>
        <w:t>. Папа! Папа! Там Дед Мороз!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 может быть!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i/>
          <w:lang w:val="ru-RU"/>
        </w:rPr>
        <w:t xml:space="preserve"> (заходит следом)</w:t>
      </w:r>
      <w:r w:rsidRPr="005C3A8B">
        <w:rPr>
          <w:lang w:val="ru-RU"/>
        </w:rPr>
        <w:t>. Я принес пургу и стужу, лед на речке и на лужи, снега полные охапки, иней на усах и шапке, лыжи, санки и коньки и на елку огоньки!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Ничего себе!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Вот мешок мой в три обхвата! В нем гостинцы вам, ребята! Здравствуй, Ника! Здравствуй, папа Ники! Вы ждали дедушку?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Да!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Здравствуй, дедушка! Очень ждали!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И елочку нарядили! Ах, какая красавица! А что же это она у вас такая грустная стоит? Огоньками не горит? Эту мы беду исправим, елку вмиг гореть заставим! Скажем дружно: раз, два, три, наша елочка, гори! Давайте, все вместе, хором, дружно: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Все</w:t>
      </w:r>
      <w:r w:rsidRPr="005C3A8B">
        <w:rPr>
          <w:lang w:val="ru-RU"/>
        </w:rPr>
        <w:t>. Раз, два, три — елочка, гори!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включает гирлянду.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Мы не зря старались с вами, елка вспыхнула огнями! Дед Мороз вас всех зовет в новогодний хоровод! А Ника знает любимую песенку Дедушки Мороза?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В лесу родилась елочка!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Верно!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Звонок в дверь.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(убегает)</w:t>
      </w:r>
      <w:r w:rsidRPr="005C3A8B">
        <w:rPr>
          <w:lang w:val="ru-RU"/>
        </w:rPr>
        <w:t>. Мама! Это мама пришла! Подождите пока, не пойте без нас!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(вполголоса)</w:t>
      </w:r>
      <w:r w:rsidRPr="005C3A8B">
        <w:rPr>
          <w:lang w:val="ru-RU"/>
        </w:rPr>
        <w:t>. Ну ты, Пашка, жжёшь! Я тебя не сразу узнал!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Но узнал! В чем я прокололся, Станиславский?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Голос Ники</w:t>
      </w:r>
      <w:r w:rsidRPr="005C3A8B">
        <w:rPr>
          <w:lang w:val="ru-RU"/>
        </w:rPr>
        <w:t>. Самый настоящий!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Часы «Полет»!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i/>
          <w:lang w:val="ru-RU"/>
        </w:rPr>
        <w:t xml:space="preserve"> (оттягивает рукав шубы)</w:t>
      </w:r>
      <w:r w:rsidRPr="005C3A8B">
        <w:rPr>
          <w:lang w:val="ru-RU"/>
        </w:rPr>
        <w:t>. Ах, ты!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Вера и Ника появляются в комнате.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Здравствуй, Дедушка Мороз!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Здравствуй, здравствуй, мама Ники! Дед Мороз вас всех зовет в новогодний хоровод! Вокруг елочки пойдем, песню звонко запоем!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Поют песню «В лесу родилась елочка».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Дед Мороз</w:t>
      </w:r>
      <w:r w:rsidRPr="005C3A8B">
        <w:rPr>
          <w:lang w:val="ru-RU"/>
        </w:rPr>
        <w:t>. Вот молодцы, порадовали дедушку. А теперь я хочу порадовать и вас, ведь я пришел не с пустыми руками, а с волшебным мешком. А кто знает, что там внутри?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Подарки!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Правильно! Но чтобы получить их, вы должны угадать загадки. Согласны?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Да! Да! Согласны!</w:t>
      </w:r>
    </w:p>
    <w:p w:rsidR="002F1920" w:rsidRDefault="006E136A" w:rsidP="002F1920">
      <w:pPr>
        <w:rPr>
          <w:szCs w:val="24"/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Итак, загадка первая: «</w:t>
      </w:r>
      <w:r w:rsidR="002F1920" w:rsidRPr="002F1920">
        <w:rPr>
          <w:szCs w:val="24"/>
          <w:lang w:val="ru-RU"/>
        </w:rPr>
        <w:t>В чаще, голову задрав, воет с голоду…»</w:t>
      </w:r>
    </w:p>
    <w:p w:rsidR="009A66E2" w:rsidRPr="002F1920" w:rsidRDefault="006E136A" w:rsidP="002F1920">
      <w:pPr>
        <w:rPr>
          <w:szCs w:val="24"/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</w:t>
      </w:r>
      <w:r w:rsidR="002F1920">
        <w:rPr>
          <w:lang w:val="ru-RU"/>
        </w:rPr>
        <w:t>Жираф</w:t>
      </w:r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 xml:space="preserve">. Папа, это же </w:t>
      </w:r>
      <w:r w:rsidR="002F1920">
        <w:rPr>
          <w:lang w:val="ru-RU"/>
        </w:rPr>
        <w:t>волк</w:t>
      </w:r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 xml:space="preserve">. Эх, папа Ники! Стыдно! </w:t>
      </w:r>
      <w:r w:rsidR="002F1920">
        <w:rPr>
          <w:lang w:val="ru-RU"/>
        </w:rPr>
        <w:t>Волк</w:t>
      </w:r>
      <w:r w:rsidRPr="005C3A8B">
        <w:rPr>
          <w:lang w:val="ru-RU"/>
        </w:rPr>
        <w:t xml:space="preserve">, конечно! И еще одна </w:t>
      </w:r>
      <w:proofErr w:type="spellStart"/>
      <w:r w:rsidRPr="005C3A8B">
        <w:rPr>
          <w:lang w:val="ru-RU"/>
        </w:rPr>
        <w:t>загадочка</w:t>
      </w:r>
      <w:proofErr w:type="spellEnd"/>
      <w:r w:rsidRPr="005C3A8B">
        <w:rPr>
          <w:lang w:val="ru-RU"/>
        </w:rPr>
        <w:t>: «С пальмы вниз, на пальму снова, ловко прыгает…»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Корова!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Мама, какая корова! Это — обезьянка!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 xml:space="preserve">. Верно! </w:t>
      </w:r>
      <w:r w:rsidRPr="005C3A8B">
        <w:rPr>
          <w:i/>
          <w:lang w:val="ru-RU"/>
        </w:rPr>
        <w:t>(достает книгу</w:t>
      </w:r>
      <w:proofErr w:type="gramStart"/>
      <w:r w:rsidRPr="005C3A8B">
        <w:rPr>
          <w:i/>
          <w:lang w:val="ru-RU"/>
        </w:rPr>
        <w:t>)</w:t>
      </w:r>
      <w:proofErr w:type="gramEnd"/>
      <w:r w:rsidRPr="005C3A8B">
        <w:rPr>
          <w:lang w:val="ru-RU"/>
        </w:rPr>
        <w:t xml:space="preserve"> Раз Ника такая сообразительная, то получает</w:t>
      </w:r>
      <w:r w:rsidRPr="005C3A8B">
        <w:rPr>
          <w:i/>
          <w:lang w:val="ru-RU"/>
        </w:rPr>
        <w:t xml:space="preserve"> книгу</w:t>
      </w:r>
      <w:r w:rsidR="002F1920">
        <w:rPr>
          <w:i/>
          <w:lang w:val="ru-RU"/>
        </w:rPr>
        <w:t xml:space="preserve"> </w:t>
      </w:r>
      <w:r w:rsidRPr="005C3A8B">
        <w:rPr>
          <w:lang w:val="ru-RU"/>
        </w:rPr>
        <w:t>«Анатомия человека»! Держи!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Спасибо</w:t>
      </w:r>
      <w:r w:rsidR="002F1920">
        <w:rPr>
          <w:lang w:val="ru-RU"/>
        </w:rPr>
        <w:t>, Дедушка Мороз</w:t>
      </w:r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i/>
          <w:lang w:val="ru-RU"/>
        </w:rPr>
        <w:t xml:space="preserve"> (достает коробку)</w:t>
      </w:r>
      <w:r w:rsidRPr="005C3A8B">
        <w:rPr>
          <w:lang w:val="ru-RU"/>
        </w:rPr>
        <w:t>. А это подарок родителям Ники.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(читает надпись)</w:t>
      </w:r>
      <w:r w:rsidRPr="005C3A8B">
        <w:rPr>
          <w:lang w:val="ru-RU"/>
        </w:rPr>
        <w:t xml:space="preserve">. Па — лат — ка… Палатка! </w:t>
      </w:r>
      <w:r w:rsidR="002F1920">
        <w:rPr>
          <w:lang w:val="ru-RU"/>
        </w:rPr>
        <w:t>Ура</w:t>
      </w:r>
      <w:r w:rsidRPr="005C3A8B">
        <w:rPr>
          <w:lang w:val="ru-RU"/>
        </w:rPr>
        <w:t>! У нас новая палатка!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Трехместная!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Да еще и с тамбуром!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Спасибо, дедушка!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Спасибо большое!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Дед Мороз</w:t>
      </w:r>
      <w:r w:rsidRPr="005C3A8B">
        <w:rPr>
          <w:lang w:val="ru-RU"/>
        </w:rPr>
        <w:t>. Ну что ж, пора мне собираться, в путь-дорогу отправляться! Меня ждут другие детки. До свидания, Ника, до свидания, папа и мама Ники!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Все</w:t>
      </w:r>
      <w:r w:rsidRPr="005C3A8B">
        <w:rPr>
          <w:lang w:val="ru-RU"/>
        </w:rPr>
        <w:t>. До свидания, Дед Мороз!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Дед Мороз уходит.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А давайте откроем палатку!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Давайте!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И поставим ее прямо здесь!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Да! И будем ночевать там!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Все вместе?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="002F1920">
        <w:rPr>
          <w:lang w:val="ru-RU"/>
        </w:rPr>
        <w:t xml:space="preserve"> (прыгает.) </w:t>
      </w:r>
      <w:r w:rsidRPr="005C3A8B">
        <w:rPr>
          <w:lang w:val="ru-RU"/>
        </w:rPr>
        <w:t>Да! Да! Да!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Раскладывают палатку. Звонок в дверь.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(убегает)</w:t>
      </w:r>
      <w:r w:rsidRPr="005C3A8B">
        <w:rPr>
          <w:lang w:val="ru-RU"/>
        </w:rPr>
        <w:t>. Это — баб</w:t>
      </w:r>
      <w:r w:rsidR="002F1920">
        <w:rPr>
          <w:lang w:val="ru-RU"/>
        </w:rPr>
        <w:t>а Тоня!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Голос Ники</w:t>
      </w:r>
      <w:r w:rsidRPr="005C3A8B">
        <w:rPr>
          <w:lang w:val="ru-RU"/>
        </w:rPr>
        <w:t>. Дядя Паша, к нам Дед Мороз приходил!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Голос Павла</w:t>
      </w:r>
      <w:r w:rsidRPr="005C3A8B">
        <w:rPr>
          <w:lang w:val="ru-RU"/>
        </w:rPr>
        <w:t>. Не может быть!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Правда! Он нам палатку подарил! Идем!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Павел и Ника входят в зал.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О, Пашка! Здорово!</w:t>
      </w:r>
    </w:p>
    <w:p w:rsidR="009A66E2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Здравствуйте, родители Ники. К </w:t>
      </w:r>
      <w:proofErr w:type="spellStart"/>
      <w:r w:rsidRPr="005C3A8B">
        <w:rPr>
          <w:lang w:val="ru-RU"/>
        </w:rPr>
        <w:t>турслёту</w:t>
      </w:r>
      <w:proofErr w:type="spellEnd"/>
      <w:r w:rsidRPr="005C3A8B">
        <w:rPr>
          <w:lang w:val="ru-RU"/>
        </w:rPr>
        <w:t xml:space="preserve"> готовитесь?</w:t>
      </w:r>
    </w:p>
    <w:p w:rsidR="002F1920" w:rsidRPr="005C3A8B" w:rsidRDefault="002F1920">
      <w:pPr>
        <w:spacing w:after="80"/>
        <w:ind w:left="1701" w:hanging="1701"/>
        <w:rPr>
          <w:lang w:val="ru-RU"/>
        </w:rPr>
      </w:pPr>
      <w:proofErr w:type="spellStart"/>
      <w:r>
        <w:rPr>
          <w:b/>
          <w:lang w:val="ru-RU"/>
        </w:rPr>
        <w:t>Ванис</w:t>
      </w:r>
      <w:proofErr w:type="spellEnd"/>
      <w:r w:rsidRPr="002F1920">
        <w:rPr>
          <w:lang w:val="ru-RU"/>
        </w:rPr>
        <w:t>.</w:t>
      </w:r>
      <w:r>
        <w:rPr>
          <w:lang w:val="ru-RU"/>
        </w:rPr>
        <w:t xml:space="preserve"> Учимся правилам выживания в экстремальных условиях!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Ника, ты мне поможешь салат накрошить?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А палатка?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А потом палатку </w:t>
      </w:r>
      <w:r w:rsidR="002F1920">
        <w:rPr>
          <w:lang w:val="ru-RU"/>
        </w:rPr>
        <w:t>поставим</w:t>
      </w:r>
      <w:r w:rsidRPr="005C3A8B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Обещаешь?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Слово командира!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Ура!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Вера и Ника уходят.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складывает палатку в коробку.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Ника не догадалась?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думаю, что и Вера тоже!</w:t>
      </w:r>
      <w:r w:rsidR="002F1920">
        <w:rPr>
          <w:lang w:val="ru-RU"/>
        </w:rPr>
        <w:t xml:space="preserve"> Талант!</w:t>
      </w:r>
      <w:r w:rsidRPr="005C3A8B">
        <w:rPr>
          <w:lang w:val="ru-RU"/>
        </w:rPr>
        <w:t xml:space="preserve"> Уйдешь на пенсию — не пропадешь!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Да пока не собираюсь.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 поживает речной флот?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Нормально поживает!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 Рита?</w:t>
      </w:r>
    </w:p>
    <w:p w:rsidR="000E355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A15A9A">
        <w:rPr>
          <w:lang w:val="ru-RU"/>
        </w:rPr>
        <w:t>. Она в Таллине, у неё семья.</w:t>
      </w:r>
      <w:r w:rsidR="002F1920">
        <w:rPr>
          <w:lang w:val="ru-RU"/>
        </w:rPr>
        <w:t xml:space="preserve"> Пусть будет счастлива!</w:t>
      </w:r>
    </w:p>
    <w:p w:rsidR="000E355B" w:rsidRDefault="000E355B">
      <w:pPr>
        <w:spacing w:after="80"/>
        <w:ind w:left="1701" w:hanging="1701"/>
        <w:rPr>
          <w:lang w:val="ru-RU"/>
        </w:rPr>
      </w:pPr>
      <w:proofErr w:type="spellStart"/>
      <w:r>
        <w:rPr>
          <w:b/>
          <w:lang w:val="ru-RU"/>
        </w:rPr>
        <w:t>Ванис</w:t>
      </w:r>
      <w:proofErr w:type="spellEnd"/>
      <w:r w:rsidRPr="000E355B">
        <w:rPr>
          <w:lang w:val="ru-RU"/>
        </w:rPr>
        <w:t>.</w:t>
      </w:r>
      <w:r>
        <w:rPr>
          <w:lang w:val="ru-RU"/>
        </w:rPr>
        <w:t xml:space="preserve"> А как же ты?</w:t>
      </w:r>
    </w:p>
    <w:p w:rsidR="009A66E2" w:rsidRPr="005C3A8B" w:rsidRDefault="000E355B">
      <w:pPr>
        <w:spacing w:after="80"/>
        <w:ind w:left="1701" w:hanging="1701"/>
        <w:rPr>
          <w:lang w:val="ru-RU"/>
        </w:rPr>
      </w:pPr>
      <w:r w:rsidRPr="000E355B">
        <w:rPr>
          <w:b/>
          <w:bCs/>
          <w:lang w:val="ru-RU"/>
        </w:rPr>
        <w:t>Павел.</w:t>
      </w:r>
      <w:r>
        <w:rPr>
          <w:lang w:val="ru-RU"/>
        </w:rPr>
        <w:t xml:space="preserve"> А что я? Я счастлив — </w:t>
      </w:r>
      <w:r w:rsidR="002F1920">
        <w:rPr>
          <w:lang w:val="ru-RU"/>
        </w:rPr>
        <w:t>д</w:t>
      </w:r>
      <w:r w:rsidR="006E136A" w:rsidRPr="00A15A9A">
        <w:rPr>
          <w:lang w:val="ru-RU"/>
        </w:rPr>
        <w:t>елаю что хочу, а чего не хочу — не делаю!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Так вот она, формула счастья!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</w:t>
      </w:r>
      <w:r w:rsidR="000E355B">
        <w:rPr>
          <w:lang w:val="ru-RU"/>
        </w:rPr>
        <w:t xml:space="preserve">Это, </w:t>
      </w:r>
      <w:r w:rsidRPr="005C3A8B">
        <w:rPr>
          <w:lang w:val="ru-RU"/>
        </w:rPr>
        <w:t>наверное, сложно понять, но… есть удовольствие в том, когда можно идти сколь угодно долго и как угодно далеко, не боясь, что тебя потеряют.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Какое-то мизантропическое удовольствие.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Пусть так. Но мне хорошо одному! Никогда не было так хорошо, как сейчас.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«Вас так мало избранных, счастливцев праздных…»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Смеются.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А по-твоему, в чем счастье?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(вполголоса)</w:t>
      </w:r>
      <w:r w:rsidRPr="005C3A8B">
        <w:rPr>
          <w:lang w:val="ru-RU"/>
        </w:rPr>
        <w:t xml:space="preserve">. Когда любимые рядом, и ты хочешь и можешь делать то, в чем видишь смысл </w:t>
      </w:r>
      <w:r w:rsidR="00447900">
        <w:rPr>
          <w:lang w:val="ru-RU"/>
        </w:rPr>
        <w:t>этой</w:t>
      </w:r>
      <w:r w:rsidRPr="005C3A8B">
        <w:rPr>
          <w:lang w:val="ru-RU"/>
        </w:rPr>
        <w:t xml:space="preserve"> жизни. Знаешь, когда Ника забирается ко мне на колени и </w:t>
      </w:r>
      <w:r w:rsidRPr="005C3A8B">
        <w:rPr>
          <w:lang w:val="ru-RU"/>
        </w:rPr>
        <w:lastRenderedPageBreak/>
        <w:t>заглядывает в глаза, меня словно кипятком ошпаривает — я вижу Веронику! Это ее глаза. Она вернулась ко мне!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i/>
          <w:lang w:val="ru-RU"/>
        </w:rPr>
        <w:t xml:space="preserve"> (подходит к окну)</w:t>
      </w:r>
      <w:r w:rsidRPr="005C3A8B">
        <w:rPr>
          <w:lang w:val="ru-RU"/>
        </w:rPr>
        <w:t>. «Всё, что ты считал невозможным, осуществится… „Не упаду“, — скажешь, да упадёшь, „не ошибусь“ — и ошибешься. Это „конец“, — скажешь, и всё равно будешь жить».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Появляется Ника.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Папа! Палатка!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Ника, давай чуть позже — </w:t>
      </w:r>
      <w:r w:rsidR="00447900">
        <w:rPr>
          <w:lang w:val="ru-RU"/>
        </w:rPr>
        <w:t>нужно</w:t>
      </w:r>
      <w:r w:rsidRPr="005C3A8B">
        <w:rPr>
          <w:lang w:val="ru-RU"/>
        </w:rPr>
        <w:t xml:space="preserve"> стол ставить!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Ну ты же обещал!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 xml:space="preserve">. Бери палатку! </w:t>
      </w:r>
      <w:r w:rsidR="00447900">
        <w:rPr>
          <w:lang w:val="ru-RU"/>
        </w:rPr>
        <w:t xml:space="preserve">Идем — </w:t>
      </w:r>
      <w:r w:rsidRPr="005C3A8B">
        <w:rPr>
          <w:lang w:val="ru-RU"/>
        </w:rPr>
        <w:t>в твоей спальне разложим.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Ура!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Ника и Павел уходят с палаткой.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начинает раскладывать стол. Появляется Вера, вытирая руки о фартук, затем достает из кармашка фартука письмо.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</w:t>
      </w:r>
      <w:r w:rsidR="00447351">
        <w:rPr>
          <w:lang w:val="ru-RU"/>
        </w:rPr>
        <w:t>И</w:t>
      </w:r>
      <w:r w:rsidRPr="005C3A8B">
        <w:rPr>
          <w:lang w:val="ru-RU"/>
        </w:rPr>
        <w:t>з почтового ящика достала.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От кого?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От Катюши. Из Гамбурга.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Что пишет?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У Йонаса новый проект гостиницы в Мюнхене, а Димка — лучший нападающий и первый кандидат в сборную.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(улыбаясь)</w:t>
      </w:r>
      <w:r w:rsidRPr="005C3A8B">
        <w:rPr>
          <w:lang w:val="ru-RU"/>
        </w:rPr>
        <w:t>. Молодец!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(пауза)</w:t>
      </w:r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Ванис</w:t>
      </w:r>
      <w:proofErr w:type="spellEnd"/>
      <w:r w:rsidRPr="005C3A8B">
        <w:rPr>
          <w:lang w:val="ru-RU"/>
        </w:rPr>
        <w:t>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(отрываясь от стола, удивленно)</w:t>
      </w:r>
      <w:r w:rsidRPr="005C3A8B">
        <w:rPr>
          <w:lang w:val="ru-RU"/>
        </w:rPr>
        <w:t>. Да?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Катя написала мне в марте девяносто второго. Я как раз вернулась из Будапешта. Она писала, что уезжает с сыном к отцу в Германию. Мой адрес дал ей отец Тё… Артема. Я не сказала тебе тогда про него и о том, что ждала его</w:t>
      </w:r>
      <w:r w:rsidR="00447351">
        <w:rPr>
          <w:lang w:val="ru-RU"/>
        </w:rPr>
        <w:t>…</w:t>
      </w:r>
      <w:r w:rsidR="00447351" w:rsidRPr="00447351">
        <w:rPr>
          <w:lang w:val="ru-RU"/>
        </w:rPr>
        <w:t xml:space="preserve"> </w:t>
      </w:r>
      <w:r w:rsidRPr="005C3A8B">
        <w:rPr>
          <w:lang w:val="ru-RU"/>
        </w:rPr>
        <w:t>вздрагивая от каждого звонка.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Я знал, что твой Артем — Катин брат, а его Верочка — ты. И еще. (Пауза.) Катя и я…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Я знала…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И все эти годы… молчала?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Как и ты… Молчание — это не милосердие…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Это стена, за которой спрятана боль.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 xml:space="preserve">. Катюша… Она все решила </w:t>
      </w:r>
      <w:r w:rsidR="00447351">
        <w:rPr>
          <w:lang w:val="ru-RU"/>
        </w:rPr>
        <w:t xml:space="preserve">тогда </w:t>
      </w:r>
      <w:r w:rsidRPr="005C3A8B">
        <w:rPr>
          <w:lang w:val="ru-RU"/>
        </w:rPr>
        <w:t>за нас.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Голос Ники</w:t>
      </w:r>
      <w:r w:rsidRPr="005C3A8B">
        <w:rPr>
          <w:lang w:val="ru-RU"/>
        </w:rPr>
        <w:t>. Мама!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(уходит)</w:t>
      </w:r>
      <w:r w:rsidRPr="005C3A8B">
        <w:rPr>
          <w:lang w:val="ru-RU"/>
        </w:rPr>
        <w:t>. Иду!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берет оставленный Верой конверт, долго смотрит на него и, не распечатывая, убирает в стол.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lastRenderedPageBreak/>
        <w:t>Смена света. За окном — звон курантов.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открывает шампанское, наливает Вере и Павлу.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А мне?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А нам с тобой — фанта! </w:t>
      </w:r>
      <w:r w:rsidRPr="005C3A8B">
        <w:rPr>
          <w:i/>
          <w:lang w:val="ru-RU"/>
        </w:rPr>
        <w:t>(Наливает.)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Обожаю фанту!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Проводим старый год, поблагодарим его за все хорошее.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А все плохое пусть забирает!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За мир!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Павел</w:t>
      </w:r>
      <w:r w:rsidRPr="005C3A8B">
        <w:rPr>
          <w:lang w:val="ru-RU"/>
        </w:rPr>
        <w:t>. За любовь!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За папу с мамой!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За Нику! С Новым годом!</w:t>
      </w:r>
    </w:p>
    <w:p w:rsidR="009A66E2" w:rsidRPr="005C3A8B" w:rsidRDefault="006E136A">
      <w:pPr>
        <w:spacing w:before="80" w:after="80"/>
        <w:jc w:val="center"/>
        <w:rPr>
          <w:lang w:val="ru-RU"/>
        </w:rPr>
      </w:pPr>
      <w:r w:rsidRPr="005C3A8B">
        <w:rPr>
          <w:i/>
          <w:lang w:val="ru-RU"/>
        </w:rPr>
        <w:t>Выпивают.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Идемте на каток!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Сейчас?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Да!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lang w:val="ru-RU"/>
        </w:rPr>
        <w:t>. У папы завтра рейс — ему нужно поспать.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До него еще двенадцать часов! </w:t>
      </w:r>
      <w:r w:rsidR="00447351">
        <w:rPr>
          <w:lang w:val="ru-RU"/>
        </w:rPr>
        <w:t>Все н</w:t>
      </w:r>
      <w:r w:rsidRPr="005C3A8B">
        <w:rPr>
          <w:lang w:val="ru-RU"/>
        </w:rPr>
        <w:t>а каток!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Ура!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Смена света. Ночь. Каток под открытым небом. Гирлянды на ёлках. Над городом — новогодний салют. Звучит вальс Листа. Вера зашнуровывает Нике коньки.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надевает свои.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Папа, а ты умеешь кататься?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Нет, не умею…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Тогда я тебя научу! Ножки — паровозиком. Руки — вот сюда. И не смотри под ноги — смотри вперед!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делает шаг, второй, качается — и падает. Смеётся — взахлёб, громко.</w:t>
      </w:r>
    </w:p>
    <w:p w:rsidR="009A66E2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lang w:val="ru-RU"/>
        </w:rPr>
        <w:t>. О, папа! Это настоящий полёт! Привыкай!</w:t>
      </w:r>
    </w:p>
    <w:p w:rsidR="00447351" w:rsidRPr="005C3A8B" w:rsidRDefault="00447351">
      <w:pPr>
        <w:spacing w:after="80"/>
        <w:ind w:left="1701" w:hanging="1701"/>
        <w:rPr>
          <w:lang w:val="ru-RU"/>
        </w:rPr>
      </w:pPr>
      <w:proofErr w:type="spellStart"/>
      <w:r>
        <w:rPr>
          <w:b/>
          <w:lang w:val="ru-RU"/>
        </w:rPr>
        <w:t>Ванис</w:t>
      </w:r>
      <w:proofErr w:type="spellEnd"/>
      <w:r w:rsidRPr="00447351">
        <w:rPr>
          <w:lang w:val="ru-RU"/>
        </w:rPr>
        <w:t>.</w:t>
      </w:r>
      <w:r>
        <w:rPr>
          <w:lang w:val="ru-RU"/>
        </w:rPr>
        <w:t xml:space="preserve"> Привыкаю…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</w:t>
      </w:r>
      <w:r w:rsidR="00447351">
        <w:rPr>
          <w:i/>
          <w:lang w:val="ru-RU"/>
        </w:rPr>
        <w:t>снимает на камеру</w:t>
      </w:r>
      <w:r w:rsidRPr="005C3A8B">
        <w:rPr>
          <w:i/>
          <w:lang w:val="ru-RU"/>
        </w:rPr>
        <w:t>)</w:t>
      </w:r>
      <w:r w:rsidRPr="005C3A8B">
        <w:rPr>
          <w:lang w:val="ru-RU"/>
        </w:rPr>
        <w:t xml:space="preserve">. </w:t>
      </w:r>
      <w:r w:rsidR="00447351">
        <w:rPr>
          <w:lang w:val="ru-RU"/>
        </w:rPr>
        <w:t>А теперь улыбаемся</w:t>
      </w:r>
      <w:r w:rsidR="00F62CF9">
        <w:rPr>
          <w:lang w:val="ru-RU"/>
        </w:rPr>
        <w:t>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(тянет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 xml:space="preserve"> за руку)</w:t>
      </w:r>
      <w:r w:rsidRPr="005C3A8B">
        <w:rPr>
          <w:lang w:val="ru-RU"/>
        </w:rPr>
        <w:t>. Держись за меня — вот так! Молодец! Папа, теперь ты — диспетчер! Я — самолёт!</w:t>
      </w:r>
      <w:r w:rsidR="00F62CF9">
        <w:rPr>
          <w:lang w:val="ru-RU"/>
        </w:rPr>
        <w:t xml:space="preserve"> Мама — снимай!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Борт 009 полосу освобождаю. Взлёт разрешаю!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(разбегается по льду, руки раскинуты)</w:t>
      </w:r>
      <w:r w:rsidRPr="005C3A8B">
        <w:rPr>
          <w:lang w:val="ru-RU"/>
        </w:rPr>
        <w:t xml:space="preserve">. Двести сорок… двести шестьдесят… Рубеж… </w:t>
      </w:r>
      <w:proofErr w:type="spellStart"/>
      <w:r w:rsidRPr="005C3A8B">
        <w:rPr>
          <w:lang w:val="ru-RU"/>
        </w:rPr>
        <w:t>Отры</w:t>
      </w:r>
      <w:proofErr w:type="spellEnd"/>
      <w:r w:rsidRPr="005C3A8B">
        <w:rPr>
          <w:lang w:val="ru-RU"/>
        </w:rPr>
        <w:t>-ы-</w:t>
      </w:r>
      <w:proofErr w:type="spellStart"/>
      <w:r w:rsidRPr="005C3A8B">
        <w:rPr>
          <w:lang w:val="ru-RU"/>
        </w:rPr>
        <w:t>ыв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Вера</w:t>
      </w:r>
      <w:r w:rsidRPr="005C3A8B">
        <w:rPr>
          <w:i/>
          <w:lang w:val="ru-RU"/>
        </w:rPr>
        <w:t xml:space="preserve"> (снимает)</w:t>
      </w:r>
      <w:r w:rsidRPr="005C3A8B">
        <w:rPr>
          <w:lang w:val="ru-RU"/>
        </w:rPr>
        <w:t>. И новый круг!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lastRenderedPageBreak/>
        <w:t>Ника</w:t>
      </w:r>
      <w:r w:rsidRPr="005C3A8B">
        <w:rPr>
          <w:lang w:val="ru-RU"/>
        </w:rPr>
        <w:t xml:space="preserve">. Продолжаем набор высоты! </w:t>
      </w:r>
      <w:r w:rsidRPr="005C3A8B">
        <w:rPr>
          <w:i/>
          <w:lang w:val="ru-RU"/>
        </w:rPr>
        <w:t>(Идет на новый круг.)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(неуклюже пытается догнать ее)</w:t>
      </w:r>
      <w:r w:rsidRPr="005C3A8B">
        <w:rPr>
          <w:lang w:val="ru-RU"/>
        </w:rPr>
        <w:t>. Борт 009, заходите на посадку!</w:t>
      </w:r>
      <w:r w:rsidR="00F62CF9">
        <w:rPr>
          <w:lang w:val="ru-RU"/>
        </w:rPr>
        <w:t xml:space="preserve"> Немедленно заходите на посадку!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Ника замедляется, останавливается. </w:t>
      </w: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настигает ее, обхватывает и вместе падают в сугроб.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r w:rsidRPr="005C3A8B">
        <w:rPr>
          <w:b/>
          <w:lang w:val="ru-RU"/>
        </w:rPr>
        <w:t>Ника</w:t>
      </w:r>
      <w:r w:rsidRPr="005C3A8B">
        <w:rPr>
          <w:i/>
          <w:lang w:val="ru-RU"/>
        </w:rPr>
        <w:t xml:space="preserve"> (смеётся)</w:t>
      </w:r>
      <w:r w:rsidRPr="005C3A8B">
        <w:rPr>
          <w:lang w:val="ru-RU"/>
        </w:rPr>
        <w:t>. Касание!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>. Мягкая посадка!</w:t>
      </w:r>
    </w:p>
    <w:p w:rsidR="009A66E2" w:rsidRPr="005C3A8B" w:rsidRDefault="00F62CF9" w:rsidP="00F62CF9">
      <w:pPr>
        <w:spacing w:after="80"/>
        <w:ind w:left="1701" w:hanging="1701"/>
        <w:rPr>
          <w:lang w:val="ru-RU"/>
        </w:rPr>
      </w:pPr>
      <w:r>
        <w:rPr>
          <w:b/>
          <w:lang w:val="ru-RU"/>
        </w:rPr>
        <w:t>Вера</w:t>
      </w:r>
      <w:r w:rsidR="006E136A" w:rsidRPr="005C3A8B">
        <w:rPr>
          <w:lang w:val="ru-RU"/>
        </w:rPr>
        <w:t>. За каждой посадкой — новый полет!</w:t>
      </w:r>
      <w:r>
        <w:rPr>
          <w:lang w:val="ru-RU"/>
        </w:rPr>
        <w:t xml:space="preserve"> (</w:t>
      </w:r>
      <w:r w:rsidR="006E136A" w:rsidRPr="005C3A8B">
        <w:rPr>
          <w:i/>
          <w:lang w:val="ru-RU"/>
        </w:rPr>
        <w:t>Выключает камеру и обнимает обоих.</w:t>
      </w:r>
      <w:r>
        <w:rPr>
          <w:i/>
          <w:lang w:val="ru-RU"/>
        </w:rPr>
        <w:t>)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</w:t>
      </w:r>
      <w:r w:rsidR="00F62CF9">
        <w:rPr>
          <w:b/>
          <w:lang w:val="ru-RU"/>
        </w:rPr>
        <w:t>анис</w:t>
      </w:r>
      <w:proofErr w:type="spellEnd"/>
      <w:r w:rsidR="00F62CF9">
        <w:rPr>
          <w:b/>
          <w:lang w:val="ru-RU"/>
        </w:rPr>
        <w:t>.</w:t>
      </w:r>
      <w:r w:rsidRPr="005C3A8B">
        <w:rPr>
          <w:lang w:val="ru-RU"/>
        </w:rPr>
        <w:t xml:space="preserve"> И за каждой разлукой — новая встреча.</w:t>
      </w:r>
    </w:p>
    <w:p w:rsidR="009A66E2" w:rsidRPr="005C3A8B" w:rsidRDefault="00F62CF9">
      <w:pPr>
        <w:spacing w:after="80"/>
        <w:ind w:left="1701" w:hanging="1701"/>
        <w:rPr>
          <w:lang w:val="ru-RU"/>
        </w:rPr>
      </w:pPr>
      <w:r>
        <w:rPr>
          <w:b/>
          <w:lang w:val="ru-RU"/>
        </w:rPr>
        <w:t>Ника</w:t>
      </w:r>
      <w:r w:rsidR="006E136A" w:rsidRPr="005C3A8B">
        <w:rPr>
          <w:lang w:val="ru-RU"/>
        </w:rPr>
        <w:t>. На взлет!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 xml:space="preserve">Идут по новому кругу. Над городом салют. У </w:t>
      </w:r>
      <w:proofErr w:type="spellStart"/>
      <w:r w:rsidRPr="005C3A8B">
        <w:rPr>
          <w:i/>
          <w:lang w:val="ru-RU"/>
        </w:rPr>
        <w:t>Ваниса</w:t>
      </w:r>
      <w:proofErr w:type="spellEnd"/>
      <w:r w:rsidRPr="005C3A8B">
        <w:rPr>
          <w:i/>
          <w:lang w:val="ru-RU"/>
        </w:rPr>
        <w:t xml:space="preserve"> развязывается шнурок. Он приседает на колено. И вдруг, звонко: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lang w:val="ru-RU"/>
        </w:rPr>
        <w:t xml:space="preserve">. </w:t>
      </w:r>
      <w:proofErr w:type="spellStart"/>
      <w:r w:rsidRPr="005C3A8B">
        <w:rPr>
          <w:lang w:val="ru-RU"/>
        </w:rPr>
        <w:t>Ве́ра</w:t>
      </w:r>
      <w:proofErr w:type="spellEnd"/>
      <w:r w:rsidRPr="005C3A8B">
        <w:rPr>
          <w:lang w:val="ru-RU"/>
        </w:rPr>
        <w:t xml:space="preserve">! </w:t>
      </w:r>
      <w:proofErr w:type="spellStart"/>
      <w:r w:rsidRPr="005C3A8B">
        <w:rPr>
          <w:lang w:val="ru-RU"/>
        </w:rPr>
        <w:t>Ни́ка</w:t>
      </w:r>
      <w:proofErr w:type="spellEnd"/>
      <w:r w:rsidRPr="005C3A8B">
        <w:rPr>
          <w:lang w:val="ru-RU"/>
        </w:rPr>
        <w:t>!</w:t>
      </w:r>
    </w:p>
    <w:p w:rsidR="009A66E2" w:rsidRPr="005C3A8B" w:rsidRDefault="006E136A">
      <w:pPr>
        <w:spacing w:after="120"/>
        <w:rPr>
          <w:lang w:val="ru-RU"/>
        </w:rPr>
      </w:pPr>
      <w:r w:rsidRPr="005C3A8B">
        <w:rPr>
          <w:i/>
          <w:lang w:val="ru-RU"/>
        </w:rPr>
        <w:t>Эхом возвращается — Вероника.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(улыбается)</w:t>
      </w:r>
      <w:r w:rsidRPr="005C3A8B">
        <w:rPr>
          <w:lang w:val="ru-RU"/>
        </w:rPr>
        <w:t>. В этом мире не бывает просто имён.</w:t>
      </w:r>
    </w:p>
    <w:p w:rsidR="009A66E2" w:rsidRPr="005C3A8B" w:rsidRDefault="006E136A">
      <w:pPr>
        <w:spacing w:after="120"/>
        <w:rPr>
          <w:lang w:val="ru-RU"/>
        </w:rPr>
      </w:pPr>
      <w:proofErr w:type="spellStart"/>
      <w:r w:rsidRPr="005C3A8B">
        <w:rPr>
          <w:i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поднимает голову к небу.</w:t>
      </w:r>
    </w:p>
    <w:p w:rsidR="009A66E2" w:rsidRPr="005C3A8B" w:rsidRDefault="006E136A">
      <w:pPr>
        <w:spacing w:after="80"/>
        <w:ind w:left="1701" w:hanging="1701"/>
        <w:rPr>
          <w:lang w:val="ru-RU"/>
        </w:rPr>
      </w:pPr>
      <w:proofErr w:type="spellStart"/>
      <w:r w:rsidRPr="005C3A8B">
        <w:rPr>
          <w:b/>
          <w:lang w:val="ru-RU"/>
        </w:rPr>
        <w:t>Ванис</w:t>
      </w:r>
      <w:proofErr w:type="spellEnd"/>
      <w:r w:rsidRPr="005C3A8B">
        <w:rPr>
          <w:i/>
          <w:lang w:val="ru-RU"/>
        </w:rPr>
        <w:t xml:space="preserve"> (тихо; пауза)</w:t>
      </w:r>
      <w:r w:rsidRPr="005C3A8B">
        <w:rPr>
          <w:lang w:val="ru-RU"/>
        </w:rPr>
        <w:t>. Облака… Просто облака.</w:t>
      </w:r>
    </w:p>
    <w:p w:rsidR="009A66E2" w:rsidRDefault="006E136A">
      <w:pPr>
        <w:spacing w:after="120"/>
      </w:pPr>
      <w:r w:rsidRPr="005C3A8B">
        <w:rPr>
          <w:i/>
          <w:lang w:val="ru-RU"/>
        </w:rPr>
        <w:t xml:space="preserve">Берёт Нику за одну руку, Веру — за другую. Втроём идут по льду. Вальс Листа нарастает. </w:t>
      </w:r>
      <w:proofErr w:type="spellStart"/>
      <w:r>
        <w:rPr>
          <w:i/>
        </w:rPr>
        <w:t>Свет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гаснет</w:t>
      </w:r>
      <w:proofErr w:type="spellEnd"/>
      <w:r>
        <w:rPr>
          <w:i/>
        </w:rPr>
        <w:t>.</w:t>
      </w:r>
    </w:p>
    <w:p w:rsidR="009A66E2" w:rsidRDefault="006E136A">
      <w:pPr>
        <w:spacing w:before="80" w:after="80"/>
        <w:jc w:val="center"/>
        <w:rPr>
          <w:i/>
        </w:rPr>
      </w:pPr>
      <w:proofErr w:type="spellStart"/>
      <w:r>
        <w:rPr>
          <w:i/>
        </w:rPr>
        <w:t>Занавес</w:t>
      </w:r>
      <w:proofErr w:type="spellEnd"/>
      <w:r>
        <w:rPr>
          <w:i/>
        </w:rPr>
        <w:t>.</w:t>
      </w:r>
    </w:p>
    <w:p w:rsidR="00BA2374" w:rsidRDefault="00BA2374">
      <w:pPr>
        <w:spacing w:before="80" w:after="80"/>
        <w:jc w:val="center"/>
        <w:rPr>
          <w:i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  <w:r>
        <w:rPr>
          <w:i/>
          <w:lang w:val="ru-RU"/>
        </w:rPr>
        <w:t>2026</w:t>
      </w: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Default="00BA2374">
      <w:pPr>
        <w:spacing w:before="80" w:after="80"/>
        <w:jc w:val="center"/>
        <w:rPr>
          <w:i/>
          <w:lang w:val="ru-RU"/>
        </w:rPr>
      </w:pPr>
    </w:p>
    <w:p w:rsidR="00BA2374" w:rsidRPr="00BA2374" w:rsidRDefault="00BA2374" w:rsidP="00BA2374">
      <w:pPr>
        <w:spacing w:before="80" w:after="80"/>
        <w:rPr>
          <w:lang w:val="ru-RU"/>
        </w:rPr>
      </w:pPr>
      <w:bookmarkStart w:id="0" w:name="_GoBack"/>
      <w:bookmarkEnd w:id="0"/>
    </w:p>
    <w:sectPr w:rsidR="00BA2374" w:rsidRPr="00BA2374" w:rsidSect="00034616">
      <w:footerReference w:type="default" r:id="rId8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5846" w:rsidRDefault="00B95846">
      <w:pPr>
        <w:spacing w:after="0" w:line="240" w:lineRule="auto"/>
      </w:pPr>
      <w:r>
        <w:separator/>
      </w:r>
    </w:p>
  </w:endnote>
  <w:endnote w:type="continuationSeparator" w:id="0">
    <w:p w:rsidR="00B95846" w:rsidRDefault="00B95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37281" w:rsidRDefault="00337281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5846" w:rsidRDefault="00B95846">
      <w:pPr>
        <w:spacing w:after="0" w:line="240" w:lineRule="auto"/>
      </w:pPr>
      <w:r>
        <w:separator/>
      </w:r>
    </w:p>
  </w:footnote>
  <w:footnote w:type="continuationSeparator" w:id="0">
    <w:p w:rsidR="00B95846" w:rsidRDefault="00B958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410"/>
    <w:rsid w:val="00034616"/>
    <w:rsid w:val="0006063C"/>
    <w:rsid w:val="000D6345"/>
    <w:rsid w:val="000E355B"/>
    <w:rsid w:val="0015074B"/>
    <w:rsid w:val="00190F83"/>
    <w:rsid w:val="00294863"/>
    <w:rsid w:val="0029639D"/>
    <w:rsid w:val="002F1920"/>
    <w:rsid w:val="00326F90"/>
    <w:rsid w:val="00337281"/>
    <w:rsid w:val="00447351"/>
    <w:rsid w:val="00447900"/>
    <w:rsid w:val="00584947"/>
    <w:rsid w:val="005B2946"/>
    <w:rsid w:val="005C3A8B"/>
    <w:rsid w:val="00605713"/>
    <w:rsid w:val="006D3ED1"/>
    <w:rsid w:val="006E136A"/>
    <w:rsid w:val="00713F4A"/>
    <w:rsid w:val="0078416C"/>
    <w:rsid w:val="0082377D"/>
    <w:rsid w:val="009A66E2"/>
    <w:rsid w:val="00A15A9A"/>
    <w:rsid w:val="00AA1D8D"/>
    <w:rsid w:val="00AA57E3"/>
    <w:rsid w:val="00B47730"/>
    <w:rsid w:val="00B95846"/>
    <w:rsid w:val="00BA2374"/>
    <w:rsid w:val="00CA6845"/>
    <w:rsid w:val="00CB0664"/>
    <w:rsid w:val="00E40521"/>
    <w:rsid w:val="00F62CF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9289B5"/>
  <w14:defaultImageDpi w14:val="300"/>
  <w15:docId w15:val="{D4ADF8AD-7EAC-9A4B-A51A-31A6665A1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23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428E66B-F8A0-D941-B85E-BF2E1C4ECE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36</Pages>
  <Words>8207</Words>
  <Characters>46782</Characters>
  <Application>Microsoft Office Word</Application>
  <DocSecurity>0</DocSecurity>
  <Lines>389</Lines>
  <Paragraphs>109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54880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13</cp:revision>
  <dcterms:created xsi:type="dcterms:W3CDTF">2013-12-23T23:15:00Z</dcterms:created>
  <dcterms:modified xsi:type="dcterms:W3CDTF">2026-11-02T23:44:00Z</dcterms:modified>
  <cp:category/>
</cp:coreProperties>
</file>