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36"/>
        </w:rPr>
        <w:t>Голубь по имени Арсений</w:t>
      </w:r>
    </w:p>
    <w:p>
      <w:pPr>
        <w:jc w:val="center"/>
      </w:pPr>
      <w:r>
        <w:rPr>
          <w:i/>
          <w:sz w:val="24"/>
        </w:rPr>
        <w:t>Малик Н.В.</w:t>
      </w:r>
    </w:p>
    <w:p>
      <w:r>
        <w:br w:type="page"/>
      </w:r>
    </w:p>
    <w:p>
      <w:pPr>
        <w:widowControl/>
        <w:spacing w:before="200" w:after="240"/>
        <w:jc w:val="center"/>
      </w:pPr>
      <w:r>
        <w:rPr>
          <w:b/>
          <w:sz w:val="28"/>
        </w:rPr>
        <w:t>ДЕЙСТВИЕ ПЕРВОЕ И ЕДИНСТВЕННОЕ</w:t>
      </w:r>
    </w:p>
    <w:p>
      <w:pPr>
        <w:widowControl/>
      </w:pPr>
      <w:r>
        <w:rPr>
          <w:b/>
        </w:rPr>
        <w:t>ЖАНР: Чёрная комедия с элементами трагедии</w:t>
      </w:r>
    </w:p>
    <w:p>
      <w:pPr>
        <w:widowControl/>
      </w:pPr>
      <w:r>
        <w:rPr>
          <w:b/>
        </w:rPr>
        <w:t>МЕСТО ДЕЙСТВИЯ: Небольшой безлюдный парк Санкт-Петербурга. Закат.</w:t>
      </w:r>
    </w:p>
    <w:p>
      <w:pPr>
        <w:widowControl/>
      </w:pPr>
      <w:r>
        <w:rPr>
          <w:b/>
        </w:rPr>
        <w:t>ДЕЙСТВУЮЩИЕ ЛИЦА:</w:t>
      </w:r>
    </w:p>
    <w:p>
      <w:pPr>
        <w:widowControl/>
        <w:ind w:left="340" w:right="227"/>
      </w:pPr>
      <w:r>
        <w:rPr>
          <w:i/>
        </w:rPr>
        <w:t>ЛАВРЕНТИЙ ПАВЛОВИЧ — плохо пахнущий и одетый в лохмотья старик бомжеватого вида.</w:t>
      </w:r>
    </w:p>
    <w:p>
      <w:pPr>
        <w:widowControl/>
        <w:ind w:left="340" w:right="227"/>
      </w:pPr>
      <w:r>
        <w:rPr>
          <w:i/>
        </w:rPr>
        <w:t>АРСЕНИЙ — молодой интеллигентного вида человек, около 25 лет.</w:t>
      </w:r>
    </w:p>
    <w:p>
      <w:pPr>
        <w:widowControl/>
        <w:ind w:left="340" w:right="227"/>
      </w:pPr>
      <w:r>
        <w:rPr>
          <w:i/>
        </w:rPr>
        <w:t>Под небольшой и пыльной скамейкой спит ЛАВРЕНТИЙ ПАВЛОВИЧ. Он накрыт кипой грязных и мятых газет и выглядит, словно непримечательная куча мусора. Повсюду снуют голуби. К скамейке подходит АРСЕНИЙ. В руках у него — горшок с крупным кактусом, под мышкой — батон. Он садится, случайно задевая ЛАВРЕНТИЯ ногой.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Ну какого хрена, ты что, слепой?</w:t>
      </w:r>
    </w:p>
    <w:p>
      <w:pPr>
        <w:widowControl/>
        <w:ind w:left="340" w:right="227"/>
      </w:pPr>
      <w:r>
        <w:rPr>
          <w:i/>
        </w:rPr>
        <w:t>АРСЕНИЙ вскакивает и хватается за сердце.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Простите, Бога ради, я вас не заметил.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А смотреть нужно, куда жопу свою интеллигентную приземляешь. Тут, между прочим, люди отдыхают.</w:t>
      </w:r>
    </w:p>
    <w:p>
      <w:pPr>
        <w:widowControl/>
        <w:ind w:left="340" w:right="227"/>
      </w:pPr>
      <w:r>
        <w:rPr>
          <w:i/>
        </w:rPr>
        <w:t>Они молчат какое-то время. АРСЕНИЙ непонимающе смотрит на ЛАВРЕНТИЯ ПАВЛОВИЧА, пытающегося вновь укутаться газетами.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А почему не на лавочке?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Чего?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Ну, почему вы под лавочкой спите, а не на ней?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Голову к небу подними.</w:t>
      </w:r>
    </w:p>
    <w:p>
      <w:pPr>
        <w:widowControl/>
        <w:ind w:left="340" w:right="227"/>
      </w:pPr>
      <w:r>
        <w:rPr>
          <w:i/>
        </w:rPr>
        <w:t>АРСЕНИЙ поднимает голову и смотрит на небо.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Чё видишь?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Темнеет.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Пасмурнеет.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Что?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Тучи, говорю, собираются. А я на своём бую вертел ещё раз воспалением лёгких болеть.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Тяжело переносите?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Нет, дорого болеть. Слышь, интеллигент, ты чё до меня докопался? Тебе заняться нечем?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А вы сильно против будете, если я тут с краешку присяду?</w:t>
      </w:r>
    </w:p>
    <w:p>
      <w:pPr>
        <w:widowControl/>
        <w:ind w:left="340" w:right="227"/>
      </w:pPr>
      <w:r>
        <w:rPr>
          <w:i/>
        </w:rPr>
        <w:t>ЛАВРЕНТИЙ ПАВЛОВИЧ выползает из-под лавки. Достаёт из-за пазухи пакет, внутри которого бутылка портвейна. Делает глоток.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Да хрен с тобой, садись, всё равно на сон охоту отбил.</w:t>
      </w:r>
    </w:p>
    <w:p>
      <w:pPr>
        <w:widowControl/>
        <w:ind w:left="340" w:right="227"/>
      </w:pPr>
      <w:r>
        <w:rPr>
          <w:i/>
        </w:rPr>
        <w:t>ЛАВРЕНТИЙ снова делает глоток, протягивает бутылку АРСЕНИЮ. Тот жестом отказывается от выпивки, садится на лавочку, ставит кактус рядом с собой на лавочку.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Спасибо, я не пью.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Считаешь, что пить с таким, как я — выше твоего достоинства?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Да нет, просто я не люблю вкус алкоголя.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Его вкус никому не нравится, мы пьём не из-за охренительных гастрономических качеств, а для того, чтобы прожить ещё один день.</w:t>
      </w:r>
    </w:p>
    <w:p>
      <w:pPr>
        <w:widowControl/>
        <w:ind w:left="340" w:right="227"/>
      </w:pPr>
      <w:r>
        <w:rPr>
          <w:i/>
        </w:rPr>
        <w:t>АРСЕНИЙ с неохотой берёт бутылку. Поднимает её чуть вверх, пытаясь произнести тост так, словно он делает это в первый раз в своей жизни.  Нелепо.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Ну, за знакомство, или как там говорится...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Чтобы пить за знакомство, нужно для начала познакомиться, а я в душе не еб... не знаю, как тебя величать.</w:t>
      </w:r>
    </w:p>
    <w:p>
      <w:pPr>
        <w:widowControl/>
        <w:ind w:left="340" w:right="227"/>
      </w:pPr>
      <w:r>
        <w:rPr>
          <w:i/>
        </w:rPr>
        <w:t>АРСЕНИЙ протягивает руку.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Будем знакомы. Арсений Попов.</w:t>
      </w:r>
    </w:p>
    <w:p>
      <w:pPr>
        <w:widowControl/>
        <w:ind w:left="340" w:right="227"/>
      </w:pPr>
      <w:r>
        <w:rPr>
          <w:i/>
        </w:rPr>
        <w:t>ЛАВРЕНТИЙ ПАВЛОВИЧ нехотя пожимает ему руку.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Лаврентий Павлович. Но не Берия.</w:t>
      </w:r>
    </w:p>
    <w:p>
      <w:pPr>
        <w:widowControl/>
        <w:ind w:left="340" w:right="227"/>
      </w:pPr>
      <w:r>
        <w:rPr>
          <w:i/>
        </w:rPr>
        <w:t>АРСЕНИЙ делает глоток, морщится, протягивает бутылку ЛАВРЕНТИЮ ПАВЛОВИЧУ.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Да ты батоном зажуй. Всему вас молодёжь учить надо.</w:t>
      </w:r>
    </w:p>
    <w:p>
      <w:pPr>
        <w:widowControl/>
        <w:ind w:left="340" w:right="227"/>
      </w:pPr>
      <w:r>
        <w:rPr>
          <w:i/>
        </w:rPr>
        <w:t>АРСЕНИЙ занюхивает рукавом.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Он не для этого.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А для чего же?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Голубок покормить.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Этих крыс пернатых?</w:t>
      </w:r>
    </w:p>
    <w:p>
      <w:pPr>
        <w:widowControl/>
        <w:ind w:left="340" w:right="227"/>
      </w:pPr>
      <w:r>
        <w:rPr>
          <w:i/>
        </w:rPr>
        <w:t>АРСЕНИЙ (немного обидевшись): Зря вы так, Лаврентий Павлович, голуби — очень умные и интеллигентные птицы.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И грязные, как мои яйца.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Ну что вы такое говорите?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Ты когда-нибудь от сальмонеллёза страдал?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Нет.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А вот я как-то с голодухи голубя поймал, пожарил и съел. И знаешь что?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Что?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Срался и блевал дальше, чем видел — фонтаном из всех щелей, парень. Думал, что всё, к Богу и отправлюсь. Но, видимо, рано мне ещё в царствие его.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Ужас какой!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Вот и я говорю, а ты — "умные и интеллигентные".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Да я про то, что есть птицу не надо было.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Да чего ты прикопался? Вот не пожрёшь три дня — посмотрим на тебя.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Ну уж голубей я бы есть точно не стал.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Ну и чем они лучше долбанных куриц? Почему их нельзя, а куриц можно? В ресторанах Франции — это ещё и деликатес. Другое дело, что там, наверное, их готовят получше, чтобы поноса не было, но принцип тот же.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Как орнитолог вам заявляю — голубей есть не нужно. Это уникальные птицы, которые ещё и обидчиков своих хорошо запоминают, между прочим.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Не ссы, орнитолог. От того уже ничего не осталось, чтобы запоминать. Хотя, если учитывать, как мне днище рвало, можно сказать, что он отмщён моим ЖКТ.</w:t>
      </w:r>
    </w:p>
    <w:p>
      <w:pPr>
        <w:widowControl/>
        <w:ind w:left="340" w:right="227"/>
      </w:pPr>
      <w:r>
        <w:rPr>
          <w:i/>
        </w:rPr>
        <w:t>АРСЕНИЙ начинает ломать батон и раскидывать крошки у себя под ногами. Голуби начинают курлыкать вокруг него.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В каких-то местах, может, и человеческое мясо — деликатес. Так и что, значит, что и человека можно в пищу потреблять?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Пугаешь ты меня, Сеня, такими вопросами. Хотя, если бы не трупоедство в блокадном Ленинграде, может, ни тебя, ни меня и не сидело бы тут.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Так говорите, словно вы там были.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Сколько, по-твоему, мне годов?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Что-то между сорока и девяносто пятью.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Тьфу на тебя! А вообще, раз на то пошло — бабка моя блокадницей была, рассказывала про те времена. И ты будешь удивлён, Сеня, но ни одного голубя к какому-то моменту в городе не осталось.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Время, конечно, страшное было, никто и не спорит. Но тогда и выбора не было у людей.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А сейчас?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Что сейчас?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Лёгкое, что ли, время?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Ну, люди от голода не умирают, от обморожений тоже. Ипотеки берут, дома строят, семьи заводят.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А что же ты тогда с бомжом сидишь — с голубями и кактусом, а не как твои однокашники? Или ты с конца решил начать? Сначала дерево посадить... хотя кактус — это не дерево.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Неинтересно мне это. Да и никогда не было.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А что тебе тогда от жизни нужно?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Да я всегда мечтал о том, что у меня голубятня своя будет. С самого детства мечтал.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Смешной ты, Сеня. Родители, небось, с тебя потешались знатно?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Папа говорил, что нормальную профессию надо получить. В военный институт поступить. Гонял меня — да я по три километра каждым вечером и утром бегал.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А по итогу что?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А по итогу поставили мне язву, которая на нервной почве у меня появилась, и пошёл я в аграрный институт — прям как мечтал. А вы?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А чё я?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Ну, вы же явно не мечтали под лавкой в ожидании дождя прятаться.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Не. Хотел в космос слетать, но я однажды так нахрюкался, что нашёл себя в коробке из-под холодильника. Видимо, пытался выйти в открытый космос. Считай, мечты сбываются.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(неловко) А как вы…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Чё я?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Ну как на улице оказались?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Да как-то с женой поссорился, вышел из дома за сигаретами и подумал: "Да пошло оно всё нахрен".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Вот так просто?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Ну да. Только на хер я пошёл. Шёл долго, ноги в кровь сбил, пока до Брянска не дошёл. Решил я там стопануть. Думал, что моя жена меня ищет, может, она с мусорами меня ищет. Зашёл в стакан и представился. А эта сука даже заяву не написала, Представляешь? Настолько ей похер на меня было. Сейчас с другом моим детства живёт.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Правда?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Нет, конечно! Вас, молодых, обвести вокруг пальца проще, чем под забор поссать.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Я, между прочим, правду рассказал. Рассчитывал, что у нас тут диалог выстраивается.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Ты серьёзно всю жизнь мечтал голубей разводить? Не блогером там быть, не плясать под тупую музыку…</w:t>
      </w:r>
    </w:p>
    <w:p>
      <w:pPr>
        <w:widowControl/>
        <w:ind w:left="340" w:right="227"/>
      </w:pPr>
      <w:r>
        <w:rPr>
          <w:i/>
        </w:rPr>
        <w:t>ЛАВРЕНТИЙ ПАВЛОВИЧ поднимается и нелепо изображает какой-то танец из «Тик-Тока». Потом садится обратно.</w:t>
      </w:r>
    </w:p>
    <w:p>
      <w:pPr>
        <w:widowControl/>
        <w:ind w:left="624"/>
      </w:pPr>
      <w:r>
        <w:t>...А просто птицами заниматься?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Они казались мне лучше, чем люди и любая социальная активность. Наверное, поэтому.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Так ты сказал, что это... Мечты твои стали кам тру.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Я сказал, что в университет поступил, но не сказал, что я сейчас любимым делом занимаюсь.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И чё ты по жизни сейчас делаешь?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Провожу исследование. Изучаю. Правда, за это мне никто не платит, но я изучаю. Но знание это меня гложет. Оно всё сильнее и сильнее комом у меня в горле встаёт.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Не ссы, орнитолог. Тебе бы и так, и так ничего бы не платили. Ведь у нас как — хоть трижды будь учёным, максимум, что ты получишь — это кукиш с маслом и прямо за щеку.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И вот всё-таки интересно, как вы в таком положении оказались? Может, всё-таки расскажете?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Ладно, расскажу. Был я матросом на рыбопромысловом судне. Ещё при Советском Союзе. На палубе работал. Как сейчас помню, как в мороз трал вязал.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Много где, наверное, побывали?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Ой, дохрена где. И в Африке, и на Фарерских островах.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А потом?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А потом Союз развалился, суда распродали, люди оказались не нужны. Ну я и запил. А дальше — лавочка, парк, газеты.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Правда?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Да нет, конечно!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Опять двадцать пять... Вас хоть Лаврентий Павлович зовут?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Тут я не соврал. Ну ты сам подумай, я что, по-твоему, на морехода похож? Я морскую болезнь не переношу. Ты лучше расскажи, что у тебя за исследование такое?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Да вам, наверное, не очень интересно будет.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Я сам решу, что мне интересно, Сеня.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Ну что ж. Знаете, голуби, как бы они вам ни нравились — существа достаточно системные.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Где же они системные? Какой-то хаос — из стороны в сторону мечутся, курлык-курлык, туда-сюда.</w:t>
      </w:r>
    </w:p>
    <w:p>
      <w:pPr>
        <w:widowControl/>
        <w:ind w:left="340" w:right="227"/>
      </w:pPr>
      <w:r>
        <w:rPr>
          <w:i/>
        </w:rPr>
        <w:t>ЛАВРЕНТИЙ ПАВЛОВИЧ бьёт в сторону одного из голубей, пытаясь того прогнать. АРСЕНИЙ напрягается.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Прекратите! Это вам так кажется. Я вот сюда почти каждый день прихожу их покормить. И они знают, что я приду, ждут меня, не боятся, подходят. Ты им — добро, и они тебе его в ответ. В отличие от людей.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А что — люди?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Ты им — добро, а они тебе — плевок в душу.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Так, кажется, я понял. Баба тебе не дала, вот ты с пернатыми и возишься.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Да при чём тут женщина вообще?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Ах да, голуби. Голубок! Мужик, получается! Теперь-то всё сходится. И мордочка твоя сладенькая, и причёсочка зализанная, и костюмчик с иголочки.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Остановитесь. Дело вообще не в этом.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А чё тогда?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Я пытаюсь вам рассказать, а вы всё время превращаете это в шутку.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Ладно, всё, молчу.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Ну вот, даже вы надо мной смеётесь. Всю мою жизнь одно и то же. Папа говорил, что ерунда мои увлечения. Мама ему потакала. А вот сами-то они для себя никогда и не жили, хотя меня жизни и пытались научить.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Да так все люди живут. Сам же сказал — семья, ипотека, ячейка общества и всё такое. Но всё это про одно и то же.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Про что?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Про то, чтобы в одиночестве под лавочкой не оказаться, а быть с близкими.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Да получается, не все. Вы вот — выбиваетесь.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Да была у меня семья, малой. И жена была, и сын, и бизнес. А потом всё по одному месту пошло. Бизнес развалился по кусочкам, жена взяла мелкого в охапку и свинтила, а мне что оставалось? Бухать, да и ждать, когда всё это закончится.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А вы хотите, чтобы всё это закончилось?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Очень хочу, Сеня. Только не думай, что это значит, будто я хочу умереть прямо сейчас.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А я хочу, чтобы прекратилось то, что происходит у меня внутри.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А ты о чём сейчас?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Моё исследование. Я ведь с вами тоже был не совсем честен.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В каком конкретно месте?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Я ведь не столько голубей изучаю, сколько людей. Себя понять хочу. Во мне с самого детства такой комок ярости к людям сидит, что я ничего не могу с ним поделать. Только голуби мне интересны.</w:t>
      </w:r>
    </w:p>
    <w:p>
      <w:pPr>
        <w:widowControl/>
        <w:ind w:left="340" w:right="227"/>
      </w:pPr>
      <w:r>
        <w:rPr>
          <w:i/>
        </w:rPr>
        <w:t>АРСЕНИЙ встаёт со скамейки и берёт кактус в руки. Начинается дождь.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Малой, ты меня опять пугаешь.</w:t>
      </w:r>
    </w:p>
    <w:p>
      <w:pPr>
        <w:widowControl/>
        <w:ind w:left="624"/>
      </w:pPr>
      <w:r>
        <w:rPr>
          <w:b/>
        </w:rPr>
        <w:t>АРСЕНИЙ:</w:t>
      </w:r>
      <w:r>
        <w:t xml:space="preserve"> Это такое чувство, из-за которого невозможно ни есть, ни спать. Оно засело в моей голове и горле и не позволяет мне нормально существовать в пространстве уже долгое время. Это желание сильнее, чем жажда в жаркий летний день, сильнее, чем вожделение к самой красивой девушке на планете Земля. И долго я не решался ему поддаться. Ходил сюда, кормил голубей и думал: вот если найду я того, кому терять, как и мне, нечего — тогда я и сделаю всё.</w:t>
      </w:r>
    </w:p>
    <w:p>
      <w:pPr>
        <w:widowControl/>
        <w:ind w:left="340" w:right="227"/>
      </w:pPr>
      <w:r>
        <w:rPr>
          <w:i/>
        </w:rPr>
        <w:t>АРСЕНИЙ медленно подходит к ЛАВРЕНТИЮ ПАВЛОВИЧУ. Тот пятится, задевает скамейку и падает.</w:t>
      </w:r>
    </w:p>
    <w:p>
      <w:pPr>
        <w:widowControl/>
        <w:ind w:left="624"/>
      </w:pPr>
      <w:r>
        <w:rPr>
          <w:b/>
        </w:rPr>
        <w:t>ЛАВРЕНТИЙ ПАВЛОВИЧ:</w:t>
      </w:r>
      <w:r>
        <w:t xml:space="preserve"> Слышь, малой… Не надо. Я же ничего тебе не сделал. Извини, если обидел.</w:t>
      </w:r>
    </w:p>
    <w:p>
      <w:pPr>
        <w:widowControl/>
        <w:ind w:left="340" w:right="227"/>
      </w:pPr>
      <w:r>
        <w:rPr>
          <w:i/>
        </w:rPr>
        <w:t>АРСЕНИЙ замахивается кактусом и бьёт ЛАВРЕНТИЯ несколько раз по голове. Тот падает под лавку. АРСЕНИЙ прикрывает его тело газетами, садится и смотрит на голубей, которые даже не сдвинулись со своих точек. АРСЕНИЙ отламывает кусочек хлеба и кидает голубям. Через какое-то время, может через 5 минут, а может через полчаса из ниоткуда появляется мячик, он подкатывается к ноге АРСЕНИЯ. Тот смотрит на него и не решается взять. К скамейке подходит мальчик, боится подойти. АРСЕНИЙ толкает мяч ногой в сторону мальчика.</w:t>
      </w:r>
    </w:p>
    <w:p>
      <w:pPr>
        <w:widowControl/>
        <w:spacing w:before="320"/>
        <w:jc w:val="center"/>
      </w:pPr>
      <w:r>
        <w:rPr>
          <w:b/>
        </w:rPr>
        <w:t>КОНЕЦ.</w:t>
      </w:r>
    </w:p>
    <w:sectPr w:rsidR="00FC693F" w:rsidRPr="0006063C" w:rsidSect="00034616">
      <w:footerReference w:type="default" r:id="rId9"/>
      <w:pgSz w:w="12240" w:h="15840"/>
      <w:pgMar w:top="1247" w:right="1134" w:bottom="1134" w:left="15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