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51C" w:rsidRPr="00851D81" w:rsidRDefault="0084151C" w:rsidP="0084151C">
      <w:pPr>
        <w:pStyle w:val="PlayTitle"/>
        <w:rPr>
          <w:lang w:val="ru-RU"/>
        </w:rPr>
      </w:pPr>
      <w:r w:rsidRPr="008B3D1B">
        <w:rPr>
          <w:lang w:val="ru-RU"/>
        </w:rPr>
        <w:t>ЕСЕНИН</w:t>
      </w:r>
      <w:r w:rsidRPr="00851D81">
        <w:rPr>
          <w:lang w:val="ru-RU"/>
        </w:rPr>
        <w:t>-</w:t>
      </w:r>
      <w:r>
        <w:rPr>
          <w:lang w:val="ru-RU"/>
        </w:rPr>
        <w:t>Сергей</w:t>
      </w:r>
    </w:p>
    <w:p w:rsidR="0084151C" w:rsidRPr="008B3D1B" w:rsidRDefault="0084151C" w:rsidP="0084151C">
      <w:pPr>
        <w:pStyle w:val="PlaySubtitle"/>
        <w:rPr>
          <w:lang w:val="ru-RU"/>
        </w:rPr>
      </w:pPr>
      <w:r w:rsidRPr="008B3D1B">
        <w:rPr>
          <w:lang w:val="ru-RU"/>
        </w:rPr>
        <w:t>Трагический балаган в двух действиях</w:t>
      </w:r>
    </w:p>
    <w:p w:rsidR="0084151C" w:rsidRDefault="0084151C" w:rsidP="0084151C">
      <w:pPr>
        <w:spacing w:before="2400"/>
        <w:jc w:val="center"/>
        <w:rPr>
          <w:i/>
          <w:sz w:val="22"/>
          <w:lang w:val="ru-RU"/>
        </w:rPr>
      </w:pPr>
      <w:r w:rsidRPr="008B3D1B">
        <w:rPr>
          <w:i/>
          <w:sz w:val="22"/>
          <w:lang w:val="ru-RU"/>
        </w:rPr>
        <w:t>Концепция: человек, всю жизнь считавший себя лицедеем,</w:t>
      </w:r>
      <w:r w:rsidRPr="008B3D1B">
        <w:rPr>
          <w:i/>
          <w:sz w:val="22"/>
          <w:lang w:val="ru-RU"/>
        </w:rPr>
        <w:br/>
        <w:t>в финале понимает — это не навязанная маска, а часть его самого.</w:t>
      </w:r>
    </w:p>
    <w:p w:rsidR="0084151C" w:rsidRDefault="0084151C" w:rsidP="0084151C">
      <w:pPr>
        <w:spacing w:before="2400"/>
        <w:jc w:val="center"/>
        <w:rPr>
          <w:i/>
          <w:sz w:val="22"/>
          <w:lang w:val="ru-RU"/>
        </w:rPr>
      </w:pPr>
    </w:p>
    <w:p w:rsidR="0084151C" w:rsidRDefault="0084151C" w:rsidP="0084151C">
      <w:pPr>
        <w:spacing w:before="2400"/>
        <w:jc w:val="center"/>
        <w:rPr>
          <w:i/>
          <w:sz w:val="22"/>
          <w:lang w:val="ru-RU"/>
        </w:rPr>
      </w:pPr>
    </w:p>
    <w:p w:rsidR="0084151C" w:rsidRPr="008B3D1B" w:rsidRDefault="0084151C" w:rsidP="0084151C">
      <w:pPr>
        <w:spacing w:before="2400"/>
        <w:jc w:val="center"/>
        <w:rPr>
          <w:lang w:val="ru-RU"/>
        </w:rPr>
      </w:pPr>
      <w:r>
        <w:rPr>
          <w:i/>
          <w:sz w:val="22"/>
          <w:lang w:val="ru-RU"/>
        </w:rPr>
        <w:t>Автор: Калагин Евгений Александрович.</w:t>
      </w:r>
    </w:p>
    <w:p w:rsidR="0084151C" w:rsidRPr="008B3D1B" w:rsidRDefault="0084151C" w:rsidP="0084151C">
      <w:pPr>
        <w:rPr>
          <w:lang w:val="ru-RU"/>
        </w:rPr>
      </w:pPr>
      <w:r w:rsidRPr="008B3D1B">
        <w:rPr>
          <w:lang w:val="ru-RU"/>
        </w:rPr>
        <w:br w:type="page"/>
      </w:r>
    </w:p>
    <w:p w:rsidR="0084151C" w:rsidRPr="008B3D1B" w:rsidRDefault="0084151C" w:rsidP="0084151C">
      <w:pPr>
        <w:pStyle w:val="SectionHead"/>
        <w:rPr>
          <w:lang w:val="ru-RU"/>
        </w:rPr>
      </w:pPr>
      <w:r w:rsidRPr="008B3D1B">
        <w:rPr>
          <w:lang w:val="ru-RU"/>
        </w:rPr>
        <w:lastRenderedPageBreak/>
        <w:t>ЭПИГРАФ</w:t>
      </w:r>
    </w:p>
    <w:p w:rsidR="0084151C" w:rsidRPr="008B3D1B" w:rsidRDefault="0084151C" w:rsidP="0084151C">
      <w:pPr>
        <w:pStyle w:val="CenteredNote"/>
        <w:rPr>
          <w:lang w:val="ru-RU"/>
        </w:rPr>
      </w:pPr>
      <w:r w:rsidRPr="008B3D1B">
        <w:rPr>
          <w:lang w:val="ru-RU"/>
        </w:rPr>
        <w:t>«Я надел цилиндр, чтобы быть похожим на джентльмена, но остался хулиганом».</w:t>
      </w:r>
    </w:p>
    <w:p w:rsidR="0084151C" w:rsidRPr="008B3D1B" w:rsidRDefault="0084151C" w:rsidP="0084151C">
      <w:pPr>
        <w:pStyle w:val="SectionHead"/>
        <w:rPr>
          <w:lang w:val="ru-RU"/>
        </w:rPr>
      </w:pPr>
      <w:r w:rsidRPr="008B3D1B">
        <w:rPr>
          <w:lang w:val="ru-RU"/>
        </w:rPr>
        <w:t>АВТОРСКАЯ РЕМАРКА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Это не документальная реконструкция и не версия обстоятельств смерти Сергея Есенина. Это трагический балаган о человеке, который всю жизнь ощущал себя лицедеем, научился менять лица быстрее, чем окружающие успевали их разглядеть, а в последнюю ночь понял: его маски создавала не только публика — он сам любил их, сам выбирал их и сам выходил на свет рампы.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Реальные факты биографии соединены с художественным вымыслом. Стихи Есенина звучат не как литературные вставки, а как моменты, когда герой перестаёт играть и на короткое время говорит точнее, чем способен сказать прозой.</w:t>
      </w:r>
    </w:p>
    <w:p w:rsidR="0084151C" w:rsidRPr="008B3D1B" w:rsidRDefault="0084151C" w:rsidP="0084151C">
      <w:pPr>
        <w:pStyle w:val="SectionHead"/>
        <w:rPr>
          <w:lang w:val="ru-RU"/>
        </w:rPr>
      </w:pPr>
      <w:r w:rsidRPr="008B3D1B">
        <w:rPr>
          <w:lang w:val="ru-RU"/>
        </w:rPr>
        <w:t>ДЕЙСТВУЮЩИЕ ЛИЦА</w:t>
      </w:r>
    </w:p>
    <w:p w:rsidR="0084151C" w:rsidRPr="008B3D1B" w:rsidRDefault="0084151C" w:rsidP="0084151C">
      <w:pPr>
        <w:pStyle w:val="CastEntry"/>
        <w:rPr>
          <w:lang w:val="ru-RU"/>
        </w:rPr>
      </w:pPr>
      <w:r w:rsidRPr="008B3D1B">
        <w:rPr>
          <w:b/>
          <w:lang w:val="ru-RU"/>
        </w:rPr>
        <w:t>СЕРГЕЙ ЕСЕНИН</w:t>
      </w:r>
      <w:r w:rsidRPr="008B3D1B">
        <w:rPr>
          <w:lang w:val="ru-RU"/>
        </w:rPr>
        <w:t xml:space="preserve"> — тридцать лет. В воспоминаниях — от восемнадцати до тридцати. Один и тот же актёр. Молодость обозначается не гримом: чем моложе Есенин в сцене, тем легче его походка и быстрее дыхание.</w:t>
      </w:r>
    </w:p>
    <w:p w:rsidR="0084151C" w:rsidRPr="008B3D1B" w:rsidRDefault="0084151C" w:rsidP="0084151C">
      <w:pPr>
        <w:pStyle w:val="CastEntry"/>
        <w:rPr>
          <w:lang w:val="ru-RU"/>
        </w:rPr>
      </w:pPr>
      <w:r w:rsidRPr="008B3D1B">
        <w:rPr>
          <w:b/>
          <w:lang w:val="ru-RU"/>
        </w:rPr>
        <w:t>ЗАЗЫВАЛА</w:t>
      </w:r>
      <w:r w:rsidRPr="008B3D1B">
        <w:rPr>
          <w:lang w:val="ru-RU"/>
        </w:rPr>
        <w:t xml:space="preserve"> — хозяин балагана, конферансье, суфлёр, распорядитель, смешной и неприятно обаятельный. Никогда не стареет. Только к финалу становится ясно, что он существует внутри есенинского сознания.</w:t>
      </w:r>
    </w:p>
    <w:p w:rsidR="0084151C" w:rsidRPr="008B3D1B" w:rsidRDefault="0084151C" w:rsidP="0084151C">
      <w:pPr>
        <w:pStyle w:val="CastEntry"/>
        <w:rPr>
          <w:lang w:val="ru-RU"/>
        </w:rPr>
      </w:pPr>
      <w:r w:rsidRPr="008B3D1B">
        <w:rPr>
          <w:b/>
          <w:lang w:val="ru-RU"/>
        </w:rPr>
        <w:t>ЗИНАИДА РАЙХ</w:t>
      </w:r>
      <w:r w:rsidRPr="008B3D1B">
        <w:rPr>
          <w:lang w:val="ru-RU"/>
        </w:rPr>
        <w:t xml:space="preserve"> — женщина, перед которой Есенину труднее всего изображать Есенина.</w:t>
      </w:r>
    </w:p>
    <w:p w:rsidR="0084151C" w:rsidRPr="008B3D1B" w:rsidRDefault="0084151C" w:rsidP="0084151C">
      <w:pPr>
        <w:pStyle w:val="CastEntry"/>
        <w:rPr>
          <w:lang w:val="ru-RU"/>
        </w:rPr>
      </w:pPr>
      <w:r w:rsidRPr="008B3D1B">
        <w:rPr>
          <w:b/>
          <w:lang w:val="ru-RU"/>
        </w:rPr>
        <w:t>АЙСЕДОРА ДУНКАН</w:t>
      </w:r>
      <w:r w:rsidRPr="008B3D1B">
        <w:rPr>
          <w:lang w:val="ru-RU"/>
        </w:rPr>
        <w:t xml:space="preserve"> — танцовщица. Русские слова произносит редко; часть её реплик может звучать на английском или французском с переводом Хора, но в главных сценах перевод исчезает: смысл передаётся телом.</w:t>
      </w:r>
    </w:p>
    <w:p w:rsidR="0084151C" w:rsidRPr="008B3D1B" w:rsidRDefault="0084151C" w:rsidP="0084151C">
      <w:pPr>
        <w:pStyle w:val="CastEntry"/>
        <w:rPr>
          <w:lang w:val="ru-RU"/>
        </w:rPr>
      </w:pPr>
      <w:r w:rsidRPr="008B3D1B">
        <w:rPr>
          <w:b/>
          <w:lang w:val="ru-RU"/>
        </w:rPr>
        <w:t>АНАТОЛИЙ МАРИЕНГОФ</w:t>
      </w:r>
      <w:r w:rsidRPr="008B3D1B">
        <w:rPr>
          <w:lang w:val="ru-RU"/>
        </w:rPr>
        <w:t xml:space="preserve"> — друг, соратник, свидетель рождения сценического образа «Есенина».</w:t>
      </w:r>
    </w:p>
    <w:p w:rsidR="0084151C" w:rsidRPr="008B3D1B" w:rsidRDefault="0084151C" w:rsidP="0084151C">
      <w:pPr>
        <w:pStyle w:val="CastEntry"/>
        <w:rPr>
          <w:lang w:val="ru-RU"/>
        </w:rPr>
      </w:pPr>
      <w:r w:rsidRPr="008B3D1B">
        <w:rPr>
          <w:b/>
          <w:lang w:val="ru-RU"/>
        </w:rPr>
        <w:t>СОФЬЯ ТОЛСТАЯ-ЕСЕНИНА</w:t>
      </w:r>
      <w:r w:rsidRPr="008B3D1B">
        <w:rPr>
          <w:lang w:val="ru-RU"/>
        </w:rPr>
        <w:t xml:space="preserve"> — последняя жена. В ней есть нежность и невольная музейность: рядом с ней Сергей ощущает себя уже будущим экспонатом.</w:t>
      </w:r>
    </w:p>
    <w:p w:rsidR="0084151C" w:rsidRPr="008B3D1B" w:rsidRDefault="0084151C" w:rsidP="0084151C">
      <w:pPr>
        <w:pStyle w:val="CastEntry"/>
        <w:rPr>
          <w:lang w:val="ru-RU"/>
        </w:rPr>
      </w:pPr>
      <w:r w:rsidRPr="008B3D1B">
        <w:rPr>
          <w:b/>
          <w:lang w:val="ru-RU"/>
        </w:rPr>
        <w:t>ВРАЧ</w:t>
      </w:r>
      <w:r w:rsidRPr="008B3D1B">
        <w:rPr>
          <w:lang w:val="ru-RU"/>
        </w:rPr>
        <w:t xml:space="preserve"> — не карикатура. Единственный человек, который предлагает Есенину не быть никем.</w:t>
      </w:r>
    </w:p>
    <w:p w:rsidR="0084151C" w:rsidRPr="008B3D1B" w:rsidRDefault="0084151C" w:rsidP="0084151C">
      <w:pPr>
        <w:pStyle w:val="CastEntry"/>
        <w:rPr>
          <w:lang w:val="ru-RU"/>
        </w:rPr>
      </w:pPr>
      <w:r w:rsidRPr="008B3D1B">
        <w:rPr>
          <w:b/>
          <w:lang w:val="ru-RU"/>
        </w:rPr>
        <w:t>ПРОХОЖИЙ</w:t>
      </w:r>
      <w:r w:rsidRPr="008B3D1B">
        <w:rPr>
          <w:lang w:val="ru-RU"/>
        </w:rPr>
        <w:t xml:space="preserve"> — человек без биографии. Может появляться в разных эпохах: носильщик, официант, рабочий, случайный сосед. Он всегда узнаёт Есенина.</w:t>
      </w:r>
    </w:p>
    <w:p w:rsidR="0084151C" w:rsidRPr="008B3D1B" w:rsidRDefault="0084151C" w:rsidP="0084151C">
      <w:pPr>
        <w:pStyle w:val="CastEntry"/>
        <w:rPr>
          <w:lang w:val="ru-RU"/>
        </w:rPr>
      </w:pPr>
      <w:r w:rsidRPr="008B3D1B">
        <w:rPr>
          <w:b/>
          <w:lang w:val="ru-RU"/>
        </w:rPr>
        <w:t>ХОР</w:t>
      </w:r>
      <w:r w:rsidRPr="008B3D1B">
        <w:rPr>
          <w:lang w:val="ru-RU"/>
        </w:rPr>
        <w:t xml:space="preserve"> — 6–12 артистов. Они же крестьяне, петербургская публика, имажинисты, журналисты, официанты, американцы, чекисты, поклонницы, медсёстры, судьи, гостиничные служащие. Они — общество и одновременно декорация.</w:t>
      </w:r>
    </w:p>
    <w:p w:rsidR="0084151C" w:rsidRPr="008B3D1B" w:rsidRDefault="0084151C" w:rsidP="0084151C">
      <w:pPr>
        <w:pStyle w:val="CastEntry"/>
        <w:rPr>
          <w:lang w:val="ru-RU"/>
        </w:rPr>
      </w:pPr>
      <w:r w:rsidRPr="008B3D1B">
        <w:rPr>
          <w:b/>
          <w:lang w:val="ru-RU"/>
        </w:rPr>
        <w:t>ДЕВОЧКА</w:t>
      </w:r>
      <w:r w:rsidRPr="008B3D1B">
        <w:rPr>
          <w:lang w:val="ru-RU"/>
        </w:rPr>
        <w:t xml:space="preserve"> — ребёнок 8–10 лет. Появляется трижды. Неясно, реальна ли она. В финале становится важнее всех взрослых.</w:t>
      </w:r>
    </w:p>
    <w:p w:rsidR="0084151C" w:rsidRPr="008B3D1B" w:rsidRDefault="0084151C" w:rsidP="0084151C">
      <w:pPr>
        <w:rPr>
          <w:lang w:val="ru-RU"/>
        </w:rPr>
      </w:pPr>
      <w:r w:rsidRPr="008B3D1B">
        <w:rPr>
          <w:lang w:val="ru-RU"/>
        </w:rPr>
        <w:br w:type="page"/>
      </w:r>
    </w:p>
    <w:p w:rsidR="0084151C" w:rsidRPr="008B3D1B" w:rsidRDefault="0084151C" w:rsidP="0084151C">
      <w:pPr>
        <w:pStyle w:val="SectionHead"/>
        <w:rPr>
          <w:lang w:val="ru-RU"/>
        </w:rPr>
      </w:pPr>
      <w:r w:rsidRPr="008B3D1B">
        <w:rPr>
          <w:lang w:val="ru-RU"/>
        </w:rPr>
        <w:lastRenderedPageBreak/>
        <w:t>СЦЕНОГРАФИЯ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Главная декорация — гостиничный номер. Кровать, маленький стол, стул, чемодан, графин, окно. Вокруг него — огромный павильон ярмарочного балагана. Пока идут воспоминания, номер почти не виден: зеркала становятся прозрачными и выпускают из себя прошлое.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По обе стороны сцены — два высоких зеркала на колёсных рамах. Они способны отражать сцену, зал и превращаться в полупрозрачные экраны.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Справа — шарманка. Её ручку сначала крутит Зазывала. В финале — Есенин.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Над сценой — экран, но титры используются редко. Главное правило: экран не объясняет, а противоречит сцене.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У Зазывалы — маленький латунный колокольчик. Каждый звон означает смену роли. В начале Есенин реагирует на него автоматически. В финале впервые звонит сам.</w:t>
      </w:r>
    </w:p>
    <w:p w:rsidR="0084151C" w:rsidRPr="008B3D1B" w:rsidRDefault="0084151C" w:rsidP="0084151C">
      <w:pPr>
        <w:rPr>
          <w:lang w:val="ru-RU"/>
        </w:rPr>
      </w:pPr>
      <w:r w:rsidRPr="008B3D1B">
        <w:rPr>
          <w:lang w:val="ru-RU"/>
        </w:rPr>
        <w:br w:type="page"/>
      </w:r>
    </w:p>
    <w:p w:rsidR="0084151C" w:rsidRPr="008B3D1B" w:rsidRDefault="0084151C" w:rsidP="0084151C">
      <w:pPr>
        <w:pStyle w:val="ActHead"/>
        <w:rPr>
          <w:lang w:val="ru-RU"/>
        </w:rPr>
      </w:pPr>
      <w:r w:rsidRPr="008B3D1B">
        <w:rPr>
          <w:lang w:val="ru-RU"/>
        </w:rPr>
        <w:lastRenderedPageBreak/>
        <w:t>ПРОЛОГ</w:t>
      </w:r>
    </w:p>
    <w:p w:rsidR="0084151C" w:rsidRPr="008B3D1B" w:rsidRDefault="0084151C" w:rsidP="0084151C">
      <w:pPr>
        <w:pStyle w:val="SceneSubtitle"/>
        <w:rPr>
          <w:lang w:val="ru-RU"/>
        </w:rPr>
      </w:pPr>
      <w:r w:rsidRPr="008B3D1B">
        <w:rPr>
          <w:lang w:val="ru-RU"/>
        </w:rPr>
        <w:t>«КТО СЕГОДНЯ?»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Темнота.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Слышно, как кто-то долго пытается вставить ключ в замочную скважину.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Щёлк.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Дверь гостиничного номера открывается. Входит ЕСЕНИН. Пальто в снегу. В руке небольшой чемодан. Он закрывает дверь, проверяет замок. Потом ещё раз.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Тишина.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ставит чемодан.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Подходит к зеркалу.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Смотрит.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Ну.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Пауза.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Кто сегодня?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Из темноты раздаётся один хлопок.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Потом второй.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Потом аплодисменты — тихие, будто за стеной.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резко оборачивается. Никого.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Из-за шарманки поднимается ЗАЗЫВАЛА. На нём праздничный, чуть потёртый фрак, полосатые брюки, цилиндр. На лице улыбка человека, который знает цену каждому месту в зале.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Господа, товарищи, граждане, бывшие господа и будущие товарищи! Не расходитесь! Последнее представление!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Ты кто?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Как кто? Работаю у вас.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У меня никто не работает.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Вот за это вас и любят. Всё делаете сами.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Звонит в колокольчик.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Мгновенная перемена света. ЕСЕНИН выпрямляется, приглаживает волосы, снимает пальто и оказывается словно на несколько лет моложе.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Номер первый! Сергей Есенин — простой рязанский мальчик! В комплекте: берёза, синь, лапти, две слезы и одна необъятная Русь!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 зеркалами вспыхивает золотой свет.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Прекрати.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вы не играйте.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Пауза.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смотрит на него.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улыбается.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Вот и проверим.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Звонок.</w:t>
      </w:r>
    </w:p>
    <w:p w:rsidR="0084151C" w:rsidRPr="008B3D1B" w:rsidRDefault="0084151C" w:rsidP="0084151C">
      <w:pPr>
        <w:rPr>
          <w:lang w:val="ru-RU"/>
        </w:rPr>
      </w:pPr>
      <w:r w:rsidRPr="008B3D1B">
        <w:rPr>
          <w:lang w:val="ru-RU"/>
        </w:rPr>
        <w:br w:type="page"/>
      </w:r>
    </w:p>
    <w:p w:rsidR="0084151C" w:rsidRPr="008B3D1B" w:rsidRDefault="0084151C" w:rsidP="0084151C">
      <w:pPr>
        <w:pStyle w:val="ActHead"/>
        <w:rPr>
          <w:lang w:val="ru-RU"/>
        </w:rPr>
      </w:pPr>
      <w:r w:rsidRPr="008B3D1B">
        <w:rPr>
          <w:lang w:val="ru-RU"/>
        </w:rPr>
        <w:lastRenderedPageBreak/>
        <w:t>ДЕЙСТВИЕ ПЕРВОЕ</w:t>
      </w:r>
    </w:p>
    <w:p w:rsidR="0084151C" w:rsidRPr="008B3D1B" w:rsidRDefault="0084151C" w:rsidP="0084151C">
      <w:pPr>
        <w:pStyle w:val="SceneHead"/>
        <w:rPr>
          <w:lang w:val="ru-RU"/>
        </w:rPr>
      </w:pPr>
      <w:r w:rsidRPr="008B3D1B">
        <w:rPr>
          <w:lang w:val="ru-RU"/>
        </w:rPr>
        <w:t>КАРТИНА ПЕРВАЯ</w:t>
      </w:r>
    </w:p>
    <w:p w:rsidR="0084151C" w:rsidRPr="008B3D1B" w:rsidRDefault="0084151C" w:rsidP="0084151C">
      <w:pPr>
        <w:pStyle w:val="SceneSubtitle"/>
        <w:rPr>
          <w:lang w:val="ru-RU"/>
        </w:rPr>
      </w:pPr>
      <w:r w:rsidRPr="008B3D1B">
        <w:rPr>
          <w:lang w:val="ru-RU"/>
        </w:rPr>
        <w:t>«РУСЬ НА ВЫНОС»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Из пола вырастают плетни. ХОР выносит берёзовые ветви, иконы, снопы. Всё слишком красиво, словно Россия собрана для фотографа.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ХОРИСТКА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Серёжа! Сюда! Встань возле берёзки!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ХОРИСТ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Рубаху распахни! Нет, сильнее. Вот. Теперь настоящий.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до этого какой был?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ХОРИСТ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Городской какой-то.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Смех.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проходит вдоль рампы, как торговец.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Свежая Русь! Домашняя! С росой! Без городской примеси! Поэт прилагается!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ХОР начинает хоровод.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ХОР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Гой ты, Русь, моя родная,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Хаты — в ризах образа…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подхватывает, сначала искренне. На второй строфе замечает, как ХОР синхронно улыбается публике. На третьей и сам начинает улыбаться так же.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Аплодисменты.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звенит.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ХОРИСТКА надевает на ЕСЕНИНА венок.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Другая — поправляет волосы.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Третья становится на колени, будто просит благословения.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Чего ты?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ХОРИСТКА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Вы же поэт.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И что?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ХОРИСТКА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Ну… должно же от вас что-нибудь быть.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снимает венок.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Вот тебе венок.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ХОРИСТКА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Нет, я не это.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я это.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Смеётся. Она тоже смеётся, не понимая почему.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ПРОХОЖИЙ появляется с мешком за плечом.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ПРОХОЖИЙ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Сергей Александрович?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Александрович пока.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ПРОХОЖИЙ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Всё равно узнал.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Откуда?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ПРОХОЖИЙ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 волосам.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если побреюсь?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ПРОХОЖИЙ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 глазам.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если ослепну?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ПРОХОЖИЙ задумывается.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ПРОХОЖИЙ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 стихам.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если писать перестану?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ПРОХОЖИЙ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Тогда не знаю.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ПРОХОЖИЙ уходит.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провожает его взглядом.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Опасный человек. Не знает, кто вы без стихов.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ты знаешь?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Я? Я кассир. Мне достаточно знать, за кого платят.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Звонок.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lastRenderedPageBreak/>
        <w:t>Берёзы мгновенно убираются. ХОР бросает крестьянские платки и надевает городские шляпы.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Петербург.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Один из ХОРИСТОВ играет знаменитого мэтра, имя которого не называется. Он сидит в кресле, рассматривает рукопись.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МЭТР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Откуда вы?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Из Рязани.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МЭТР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Это слышно.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Плохо?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МЭТР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Наоборот. Берегите.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Что?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МЭТР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То, чего у нас нет.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у меня что есть?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МЭТР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Деревня.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Пауза.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У меня мать есть. Дед был. Поле. Река. Драки. Девки. Церковь. Кобель соседский, который мне штаны порвал. Это вы всё одним словом называете?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МЭТР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Публике удобнее одним.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тихонько звенит.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оборачивается к залу и вдруг становится тем самым «крестьянским Лелем»: мягкий голос, открытая улыбка.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Ну так пишите: деревня.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Свет вспыхивает фотографическим белым.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Все замирают как для снимка.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На экране появляется огромная надпись: «КРЕСТЬЯНСКИЙ ПОЭТ».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Только ЕСЕНИН способен двигаться.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читает надпись.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Подходит к зеркалу. На стекле — его отражение в белой рубахе, хотя он уже в городском костюме.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Сними.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Что?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Надпись.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зачем? Красиво же.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сказал — сними.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Надпись гаснет.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Пауза.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облегчённо выдыхает.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И в тот же момент из зала голос: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ГОЛОС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Есенин! «Русь» прочти!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невольно улыбается.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смотрит на него.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Не звонит.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сам выходит к рампе.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Гой ты, Русь, моя родная…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Темнота.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В темноте голос ЗАЗЫВАЛЫ: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Первый раз — бесплатно.</w:t>
      </w:r>
    </w:p>
    <w:p w:rsidR="0084151C" w:rsidRPr="008B3D1B" w:rsidRDefault="0084151C" w:rsidP="0084151C">
      <w:pPr>
        <w:pStyle w:val="SceneHead"/>
        <w:rPr>
          <w:lang w:val="ru-RU"/>
        </w:rPr>
      </w:pPr>
      <w:r w:rsidRPr="008B3D1B">
        <w:rPr>
          <w:lang w:val="ru-RU"/>
        </w:rPr>
        <w:t>КАРТИНА ВТОРАЯ</w:t>
      </w:r>
    </w:p>
    <w:p w:rsidR="0084151C" w:rsidRPr="008B3D1B" w:rsidRDefault="0084151C" w:rsidP="0084151C">
      <w:pPr>
        <w:pStyle w:val="SceneSubtitle"/>
        <w:rPr>
          <w:lang w:val="ru-RU"/>
        </w:rPr>
      </w:pPr>
      <w:r w:rsidRPr="008B3D1B">
        <w:rPr>
          <w:lang w:val="ru-RU"/>
        </w:rPr>
        <w:t>«ЗИНА. БЕЗ АПЛОДИСМЕНТОВ»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Стук колёс поезда.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Два стула. ЕСЕНИН и ЗИНАИДА сидят друг напротив друга. Между ними чемодан. За окнами, созданными зеркалами, бежит ночь.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ЗИНАИДА читает книгу.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уже несколько минут пытается сделать так, чтобы она его заметила.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кашляет.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Она не поднимает глаз.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кашляет артистичнее.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Воды выпейте.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Спасибо. Я не болен.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Тогда зачем кашляете?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Хотел познакомиться.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Кашлем?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Он у меня выразительный.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Она наконец смотрит.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вы всегда так входите в чужую жизнь?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Нет. Иногда стихами.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Это ещё хуже.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Пауза.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улыбается.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Сергей.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знаю.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Откуда?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Вы два часа делаете всё, чтобы вагон узнал.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неожиданно смеётся — не для публики.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Вот. Так лучше.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Что лучше?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Когда не стараетесь.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В дальнем углу появляется ЗАЗЫВАЛА. Поднимает колокольчик.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смотрит на него.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ЗИНАИДА замечает взгляд.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Кого вы там увидели?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Никого.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звонит.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мгновенно становится обаятельным ухажёром.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Вы опоздали.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Куда?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 мою жизнь. Я вас с утра ждал.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Мы утром не были знакомы.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Вот поэтому и опоздали.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ЗИНАИДА смотрит на него долго.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Верните того, который смеялся.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и есть тот.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Пауза.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Впервые колокольчик не помогает.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Свет меняется.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ХОР превращает поезд в свадебный стол. Белая ткань летит над сценой, как фата и как снег.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ХОР кричит «Горько!».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целует ЗИНАИДУ.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Аплодисменты.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ЗИНАИДА отстраняется.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им.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Что?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целуй меня им.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>
        <w:rPr>
          <w:lang w:val="ru-RU"/>
        </w:rPr>
        <w:t>Кем</w:t>
      </w:r>
      <w:r w:rsidRPr="008B3D1B">
        <w:rPr>
          <w:lang w:val="ru-RU"/>
        </w:rPr>
        <w:t>?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Она кивает на зал.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Им.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lastRenderedPageBreak/>
        <w:t>ЕСЕНИН впервые смотрит в зал так, словно только сейчас заметил зрителей.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Резкий переход.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Кухня. Утро. ЗИНАИДА с ребёнком за занавеской. ЕСЕНИН сидит за столом, пишет. Ребёнок плачет.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Серёжа.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пишет.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Серёжа.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Сейчас.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Ты всё время сейчас.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строку потеряю.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ребёнка не потеряешь?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Зина.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Что — Зина? Ты дома как гость. Только гость хотя бы пальто снимает.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работаю.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Нет. Ты спасаешься.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От чего?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От комнаты, где никто не хлопает.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Пауза.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встаёт.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Ты думаешь, я для хлопков пишу?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Нет. Пишешь ты без них. А живёшь — для них.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подходит вплотную.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Ты меня совсем не понимаешь.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как раз понимаю. Поэтому тебе со мной тесно.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lastRenderedPageBreak/>
        <w:t>Ребёнок снова плачет.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ЗИНАИДА уходит к нему.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остаётся.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появляется рядом.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Неприятная женщина.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Замолчи.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Совсем не поддерживает легенду.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сказал — замолчи.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публика поддержит.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Издалека слышно: «Есенин! Есенин!»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закрывает уши.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Хотите — уйдём через чёрный ход.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Куда?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Туда, где вас ждут.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Меня здесь ждут.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Здесь ждут Серёжу. Это труднее.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Долгая пауза.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берёт пиджак.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Из-за занавески голос ЗИНАИДЫ: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Серёжа?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застывает.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не звонит.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сам надевает пиджак.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Уходит.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Темнота.</w:t>
      </w:r>
    </w:p>
    <w:p w:rsidR="0084151C" w:rsidRPr="008B3D1B" w:rsidRDefault="0084151C" w:rsidP="0084151C">
      <w:pPr>
        <w:pStyle w:val="SceneHead"/>
        <w:rPr>
          <w:lang w:val="ru-RU"/>
        </w:rPr>
      </w:pPr>
      <w:r w:rsidRPr="008B3D1B">
        <w:rPr>
          <w:lang w:val="ru-RU"/>
        </w:rPr>
        <w:lastRenderedPageBreak/>
        <w:t>КАРТИНА ТРЕТЬЯ</w:t>
      </w:r>
    </w:p>
    <w:p w:rsidR="0084151C" w:rsidRPr="008B3D1B" w:rsidRDefault="0084151C" w:rsidP="0084151C">
      <w:pPr>
        <w:pStyle w:val="SceneSubtitle"/>
        <w:rPr>
          <w:lang w:val="ru-RU"/>
        </w:rPr>
      </w:pPr>
      <w:r w:rsidRPr="008B3D1B">
        <w:rPr>
          <w:lang w:val="ru-RU"/>
        </w:rPr>
        <w:t>«КАК МЫ ПРИДУМАЛИ ЕСЕНИНА»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Кафе. Табличка «СТОЙЛО ПЕГАСА» висит криво. Столы. Дым. На стенах — плакаты, рукописи, карикатуры.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МАРИЕНГОФ стоит на столе и спорит с ХОРОМ.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МАРИЕНГОФ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Слово должно не сообщать, а ударять! Образ — не окно. Образ — кирпич, который вылетает из окна!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ХОРИСТ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И кому в голову?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МАРИЕНГОФ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Желательно критику.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Смех.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Входит ЕСЕНИН.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ХОР встречает его слишком громко.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ХОР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Серёжа!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Есенин!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Рязань пришла!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Берёза, выпей!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Если ещё один назовёт меня берёзой — укушу.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МАРИЕНГОФ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Берёзы не кусаются.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Эта научится.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Они обнимаются.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МАРИЕНГОФ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У меня идея.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Тогда сначала выпьем. Трезвым идеям верить нельзя.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МАРИЕНГОФ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Мы слишком хорошо пишем и слишком плохо продаёмся.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Торговец нашёлся.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МАРИЕНГОФ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Именно. Поэт сегодня обязан быть событием до стихотворения.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То есть?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МАРИЕНГОФ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Ты выходишь — и уже стихотворение.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если плохое?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МАРИЕНГОФ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Тем лучше. Обсудят.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берёт цилиндр и надевает на ЕСЕНИНА.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МАРИЕНГОФ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Вот.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смотрится в зеркало.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Похож на гробовщика.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МАРИЕНГОФ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На гробовщика старого вкуса. Нужно наглее.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сдвигает цилиндр набок.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МАРИЕНГОФ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Теперь — человек, который пришёл хоронить старый вкус.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смеётся.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стоит между ними, но МАРИЕНГОФ его не видит.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Умный мальчик.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МАРИЕНГОФ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Скандал — это тоже строфа. Только её печатают газеты.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драка — рифма?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МАРИЕНГОФ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Если хорошая — перекрёстная.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Они хохочут.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Начинается игра. МАРИЕНГОФ учит ЕСЕНИНА входить в зал: сначала слишком скромно, потом слишком важно, потом идеально — небрежно, как будто все уже его ждут.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МАРИЕНГОФ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Ещё раз. Дверь.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выходит и входит.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МАРИЕНГОФ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Нет. Ты просишь разрешения.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вошёл.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МАРИЕНГОФ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Телом — да. Лицом спрашиваешь: «Можно я буду великим?» Нельзя спрашивать.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что делать?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МАРИЕНГОФ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Вести себя так, будто они опоздали на твоё величие.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выходит.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Возвращается.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На этот раз весь ХОР невольно поворачивается к нему.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Тишина.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МАРИЕНГОФ улыбается.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МАРИЕНГОФ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Вот.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Что?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МАРИЕНГОФ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Появился.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смотрит на зал.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Ещё раз.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Монтаж.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Колокольчик. Дверь. Вход.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Колокольчик. Стакан разбивается.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Колокольчик. Женский визг.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Колокольчик. Заголовок газеты на экране.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Колокольчик. ЕСЕНИН читает стихи на столе.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Колокольчик. Он целует незнакомую женщину.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Колокольчик. Он толкает журналиста.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Колокольчик. Аплодисменты становятся всё громче.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Наконец ЕСЕНИН сам выхватывает у ЗАЗЫВАЛЫ колокольчик и звенит.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Всё замирает.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удивлён.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Так быстрее.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медленно улыбается.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Учится.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МАРИЕНГОФ, не слыша его: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МАРИЕНГОФ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Серёжа, достаточно.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Что?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МАРИЕНГОФ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говорю — хватит.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Ты же хотел событие.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МАРИЕНГОФ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Событие закончилось. Началась привычка.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Боишься?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МАРИЕНГОФ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За тебя — да.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надо.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МАРИЕНГОФ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не благотворитель. Мне просто нужен живой соавтор.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льсти себе. Меня одного на афише крупнее печатают.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Тишина.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МАРИЕНГОФ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Вот сейчас это кто сказал?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МАРИЕНГОФ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Нет. Вот потому и спрашиваю.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снимает цилиндр.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Смотрит на него.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Потом снова надевает.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разница?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МАРИЕНГОФ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Пока есть — есть.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медленно крутит шарманку.</w:t>
      </w:r>
    </w:p>
    <w:p w:rsidR="0084151C" w:rsidRPr="008B3D1B" w:rsidRDefault="0084151C" w:rsidP="0084151C">
      <w:pPr>
        <w:pStyle w:val="SceneHead"/>
        <w:rPr>
          <w:lang w:val="ru-RU"/>
        </w:rPr>
      </w:pPr>
      <w:r w:rsidRPr="008B3D1B">
        <w:rPr>
          <w:lang w:val="ru-RU"/>
        </w:rPr>
        <w:t>КАРТИНА ЧЕТВЁРТАЯ</w:t>
      </w:r>
    </w:p>
    <w:p w:rsidR="0084151C" w:rsidRPr="008B3D1B" w:rsidRDefault="0084151C" w:rsidP="0084151C">
      <w:pPr>
        <w:pStyle w:val="SceneSubtitle"/>
        <w:rPr>
          <w:lang w:val="ru-RU"/>
        </w:rPr>
      </w:pPr>
      <w:r w:rsidRPr="008B3D1B">
        <w:rPr>
          <w:lang w:val="ru-RU"/>
        </w:rPr>
        <w:t>«ПИСЬМО, КОТОРОЕ НИКТО НЕ ВИДИТ»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Гостиничная комната возникает внутри кафе, словно кафе растворилось, а номер был там всегда.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Ночь.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один. Цилиндр лежит на столе.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достаёт письмо.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lastRenderedPageBreak/>
        <w:t>Не читает. Знает наизусть.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«Живёшь ты, Серёжа, худо…»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Пауза.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Мам.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Не может продолжить.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Появляется ДЕВОЧКА. Босая. В простой рубашке. В руках — маленькая деревянная лошадка.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Ты откуда?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ДЕВОЧКА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Оттуда.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Откуда — оттуда?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ДЕВОЧКА показывает на зеркало.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зовут?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ДЕВОЧКА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скажу.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Почему?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ДЕВОЧКА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Ты всё равно другое имя придумаешь.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усмехается.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Умная.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ДЕВОЧКА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Ты плакал?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ДЕВОЧКА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Врёшь.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Поэты не врут. Поэты сочиняют.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ДЕВОЧКА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разница?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смотрит на неё.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Тебя кто сюда пустил?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ДЕВОЧКА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Ты.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Она садится на пол.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ДЕВОЧКА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Прочитай.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Что?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ДЕВОЧКА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Письмо.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Оно не моё.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ДЕВОЧКА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Тебе же.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Вот именно.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Пауза.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всё-таки читает — не текст письма, а отвечает матери.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Ты жива ещё, моя старушка?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Жив и я. Привет тебе, привет…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Шарманка едва слышно подхватывает мелодию.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читает несколько строк. Без позы, сидя на полу.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ДЕВОЧКА слушает.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Когда он заканчивает, тишина.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Никаких аплодисментов.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ждёт.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Сам не замечает, что ждёт.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ДЕВОЧКА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Что?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Ничего.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ДЕВОЧКА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Ты ждал.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Чего?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ДЕВОЧКА хлопает два раза.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вздрагивает.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ДЕВОЧКА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Вот этого.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Уходи.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ДЕВОЧКА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Почему?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Поздно.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ДЕВОЧКА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Ты сам не спишь.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взрослый.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ДЕВОЧКА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И что?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Взрослым можно не спать.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ДЕВОЧКА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Взрослым можно всё, от чего потом плохо?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резко встаёт.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Уходи!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ДЕВОЧКА исчезает за зеркалом.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В дверь стучат.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мгновенно вытирает лицо, хватает цилиндр, потом останавливается.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Смотрит на цилиндр.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Стук.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МАРИЕНГОФ (за дверью)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Серёжа! Открывай!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Сейчас!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надевает цилиндр.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Смотрит в зеркало.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Ну?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Из отражения — тихий голос ЗАЗЫВАЛЫ: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Готов.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открывает дверь с шумным смехом.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Свет обрывается.</w:t>
      </w:r>
    </w:p>
    <w:p w:rsidR="0084151C" w:rsidRPr="008B3D1B" w:rsidRDefault="0084151C" w:rsidP="0084151C">
      <w:pPr>
        <w:pStyle w:val="SceneHead"/>
        <w:rPr>
          <w:lang w:val="ru-RU"/>
        </w:rPr>
      </w:pPr>
      <w:r w:rsidRPr="008B3D1B">
        <w:rPr>
          <w:lang w:val="ru-RU"/>
        </w:rPr>
        <w:lastRenderedPageBreak/>
        <w:t>КАРТИНА ПЯТАЯ</w:t>
      </w:r>
    </w:p>
    <w:p w:rsidR="0084151C" w:rsidRPr="008B3D1B" w:rsidRDefault="0084151C" w:rsidP="0084151C">
      <w:pPr>
        <w:pStyle w:val="SceneSubtitle"/>
        <w:rPr>
          <w:lang w:val="ru-RU"/>
        </w:rPr>
      </w:pPr>
      <w:r w:rsidRPr="008B3D1B">
        <w:rPr>
          <w:lang w:val="ru-RU"/>
        </w:rPr>
        <w:t>«АЙСЕДОРА. ЯЗЫК, КОТОРЫЙ НЕ ВРЁТ»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Красное полотно падает с колосников, перерезая сцену по диагонали.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Музыка. Не Шопен — сначала только дыхание и шаги.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АЙСЕДОРА танцует одна.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стоит у края площадки. Он явно приготовил остроумную реплику.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рядом.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Ну. Давайте.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Что?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У вас же на женщин отдельный репертуар.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Заткнись.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АЙСЕДОРА заканчивает танец. Видит ЕСЕНИНА.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Подходит.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АЙСЕДОРА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>
        <w:t>Poet</w:t>
      </w:r>
      <w:r w:rsidRPr="008B3D1B">
        <w:rPr>
          <w:lang w:val="ru-RU"/>
        </w:rPr>
        <w:t>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>
        <w:t>Sometimes</w:t>
      </w:r>
      <w:r w:rsidRPr="008B3D1B">
        <w:rPr>
          <w:lang w:val="ru-RU"/>
        </w:rPr>
        <w:t>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Она смеётся.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удивлён, что получилось.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АЙСЕДОРА указывает на его рот, затем на сердце.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понял.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ХОР-ПЕРЕВОДЧИК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Она спрашивает: вы отсюда говорите или отсюда?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ХОР показывает сначала рот, затем грудь.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Скажите ей: зависит от гонорара.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ХОР переводит.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АЙСЕДОРА смеётся, но потом качает головой.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Она подходит ближе и закрывает ему рот ладонью.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Тишина.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поднимает колокольчик.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смотрит на него поверх её ладони.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звонит.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lastRenderedPageBreak/>
        <w:t>ЕСЕНИН мягко отводит руку АЙСЕДОРЫ и превращается в романтического поэта.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Скажите ей, что в её танце воет ураган.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ХОР переводит.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АЙСЕДОРА смотрит без улыбки.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Она берёт колокольчик из руки ЗАЗЫВАЛЫ.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Впервые кто-то кроме Есенина касается предмета Зазывалы.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поражён.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АЙСЕДОРА кладёт колокольчик на пол.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Наступает абсолютная тишина.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Она показывает ЕСЕНИНУ: танцуй.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не танцую.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АЙСЕДОРА повторяет.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стихи.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Она не понимает.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ХОР хочет перевести.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АЙСЕДОРА резко останавливает ХОР жестом.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Теперь никакого перевода.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Она делает шаг.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Ждёт.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делает шаг.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Она ещё.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ещё.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Сначала смешно. Потом движения становятся разговором.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Она идёт к нему — он отступает.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идёт к ней — она поворачивается спиной.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пытается обнять — она выскальзывает.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Она протягивает ладонь — он не решается.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Наконец они стоят лоб ко лбу.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АЙСЕДОРА тихо: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АЙСЕДОРА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>
        <w:t>Sergei</w:t>
      </w:r>
      <w:r w:rsidRPr="008B3D1B">
        <w:rPr>
          <w:lang w:val="ru-RU"/>
        </w:rPr>
        <w:t>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закрывает глаза.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шепчет: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расслабляйтесь. Зал смотрит.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lastRenderedPageBreak/>
        <w:t>ЕСЕНИН, не открывая глаз: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Пусть смотрит.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Они увидят.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Что?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Что вы счастливый. Это плохо продаётся.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открывает глаза.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Резкая перемена.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Журналисты. Вспышки. ХОР окружает пару.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ЖУРНАЛИСТЫ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Вы женитесь?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Мадам Дункан, правда ли?..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Сергей Александрович, Европа!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Америка!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Скандал!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мгновенно оживает для публики.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женюсь на стихии! Остальное — канцелярия!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Смех, вспышки.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АЙСЕДОРА смотрит на него.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Она не поняла слов.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Но поняла всё остальное.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Она медленно поднимает с пола колокольчик и протягивает ему.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не берёт.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Она кладёт колокольчик ему в карман.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Темнота.</w:t>
      </w:r>
    </w:p>
    <w:p w:rsidR="0084151C" w:rsidRPr="008B3D1B" w:rsidRDefault="0084151C" w:rsidP="0084151C">
      <w:pPr>
        <w:pStyle w:val="SceneHead"/>
        <w:rPr>
          <w:lang w:val="ru-RU"/>
        </w:rPr>
      </w:pPr>
      <w:r w:rsidRPr="008B3D1B">
        <w:rPr>
          <w:lang w:val="ru-RU"/>
        </w:rPr>
        <w:t>КАРТИНА ШЕСТАЯ</w:t>
      </w:r>
    </w:p>
    <w:p w:rsidR="0084151C" w:rsidRPr="008B3D1B" w:rsidRDefault="0084151C" w:rsidP="0084151C">
      <w:pPr>
        <w:pStyle w:val="SceneSubtitle"/>
        <w:rPr>
          <w:lang w:val="ru-RU"/>
        </w:rPr>
      </w:pPr>
      <w:r w:rsidRPr="008B3D1B">
        <w:rPr>
          <w:lang w:val="ru-RU"/>
        </w:rPr>
        <w:t>«АМЕРИКА. ЧЕЛОВЕК БЕЗ ПЕРЕВОДА»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Шум парохода. Потом — джаз, автомобильные гудки, английская речь.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ХОР выстраивает гигантскую очередь журналистов.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АЙСЕДОРА впереди. ЕСЕНИН рядом, но всё внимание направлено на неё.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АМЕРИКАНСКИЙ ЖУРНАЛИСТ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>
        <w:t>Mrs</w:t>
      </w:r>
      <w:r w:rsidRPr="008B3D1B">
        <w:rPr>
          <w:lang w:val="ru-RU"/>
        </w:rPr>
        <w:t xml:space="preserve">. </w:t>
      </w:r>
      <w:r>
        <w:t>Duncan</w:t>
      </w:r>
      <w:r w:rsidRPr="008B3D1B">
        <w:rPr>
          <w:lang w:val="ru-RU"/>
        </w:rPr>
        <w:t xml:space="preserve">! </w:t>
      </w:r>
      <w:r>
        <w:t>Mrs</w:t>
      </w:r>
      <w:r w:rsidRPr="008B3D1B">
        <w:rPr>
          <w:lang w:val="ru-RU"/>
        </w:rPr>
        <w:t xml:space="preserve">. </w:t>
      </w:r>
      <w:r>
        <w:t>Duncan</w:t>
      </w:r>
      <w:r w:rsidRPr="008B3D1B">
        <w:rPr>
          <w:lang w:val="ru-RU"/>
        </w:rPr>
        <w:t>!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Другой указывает на ЕСЕНИНА.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ЖУРНАЛИСТ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>
        <w:t>Who</w:t>
      </w:r>
      <w:r w:rsidRPr="008B3D1B">
        <w:rPr>
          <w:lang w:val="ru-RU"/>
        </w:rPr>
        <w:t xml:space="preserve"> </w:t>
      </w:r>
      <w:r>
        <w:t>is</w:t>
      </w:r>
      <w:r w:rsidRPr="008B3D1B">
        <w:rPr>
          <w:lang w:val="ru-RU"/>
        </w:rPr>
        <w:t xml:space="preserve"> </w:t>
      </w:r>
      <w:r>
        <w:t>he</w:t>
      </w:r>
      <w:r w:rsidRPr="008B3D1B">
        <w:rPr>
          <w:lang w:val="ru-RU"/>
        </w:rPr>
        <w:t>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ХОР-ПЕРЕВОДЧИК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Кто он?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Пауза.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улыбается.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ХОР ждёт.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АЙСЕДОРА отвечает длинно, горячо.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ХОР-ПЕРЕВОДЧИК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Она говорит: великий русский поэт.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Она сказала дольше.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ХОР-ПЕРЕВОДЧИК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Смысл такой.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Переведи весь.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ХОР-ПЕРЕВОДЧИК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успеваем.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Следующий вопрос. Вспышки.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постепенно оказывается за спинами.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появляется в американской соломенной шляпе.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Неприятно, да?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Что?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главный.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не ребёнок.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Конечно. Ребёнок бы заплакал.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могу здесь выйти на площадь и прочитать —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Что?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Стихи.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Какие?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Мои.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Они не поймут.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Поэзия —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надо мне про поэзию. Я кассир.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Пауза.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На приёме. Столы. Чужая речь.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пьёт.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АЙСЕДОРА подходит, отнимает бокал.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>
        <w:t>Give</w:t>
      </w:r>
      <w:r w:rsidRPr="008B3D1B">
        <w:rPr>
          <w:lang w:val="ru-RU"/>
        </w:rPr>
        <w:t>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Она качает головой.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>
        <w:t>Give</w:t>
      </w:r>
      <w:r w:rsidRPr="008B3D1B">
        <w:rPr>
          <w:lang w:val="ru-RU"/>
        </w:rPr>
        <w:t xml:space="preserve"> </w:t>
      </w:r>
      <w:r>
        <w:t>me</w:t>
      </w:r>
      <w:r w:rsidRPr="008B3D1B">
        <w:rPr>
          <w:lang w:val="ru-RU"/>
        </w:rPr>
        <w:t>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Она что-то говорит. Он не понимает.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По-русски скажи.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АЙСЕДОРА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>
        <w:t>Sergei</w:t>
      </w:r>
      <w:r w:rsidRPr="008B3D1B">
        <w:rPr>
          <w:lang w:val="ru-RU"/>
        </w:rPr>
        <w:t xml:space="preserve">… </w:t>
      </w:r>
      <w:r>
        <w:t>no</w:t>
      </w:r>
      <w:r w:rsidRPr="008B3D1B">
        <w:rPr>
          <w:lang w:val="ru-RU"/>
        </w:rPr>
        <w:t>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Вот. Уже два слова. Ещё год — Пушкина прочтёшь.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Она пытается его обнять.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отстраняется.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надо.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АЙСЕДОРА не понимает.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громче: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надо меня жалеть!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Музыка стихает. Все смотрят.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замечает взгляды — и мгновенно меняется.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на плохом английском, громко:</w:t>
      </w:r>
    </w:p>
    <w:p w:rsidR="0084151C" w:rsidRDefault="0084151C" w:rsidP="0084151C">
      <w:pPr>
        <w:pStyle w:val="Speaker"/>
      </w:pPr>
      <w: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>
        <w:t>Russian poet! Very good! Very</w:t>
      </w:r>
      <w:r w:rsidRPr="008B3D1B">
        <w:rPr>
          <w:lang w:val="ru-RU"/>
        </w:rPr>
        <w:t xml:space="preserve"> </w:t>
      </w:r>
      <w:r>
        <w:t>drunk</w:t>
      </w:r>
      <w:r w:rsidRPr="008B3D1B">
        <w:rPr>
          <w:lang w:val="ru-RU"/>
        </w:rPr>
        <w:t>!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Смех гостей.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кланяется.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lastRenderedPageBreak/>
        <w:t>Снова смех.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АЙСЕДОРА в ужасе.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продолжает, всё отчаяннее.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изображает русского медведя, пляшет, хватает бутылку, декламирует строки, которых никто не понимает.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Публика в восторге.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АЙСЕДОРА подходит и даёт ему пощёчину.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Тишина.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смотрит на неё.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Она говорит на своём языке — быстро, со слезами.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Никакого перевода.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В конце только одно русское слово: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АЙСЕДОРА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Серёжа.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называй меня так здесь.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Она замирает.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сам понимает, что сказал.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АЙСЕДОРА уходит.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Почему?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Что?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Почему здесь нельзя Серёжа?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Потому что здесь никто не знает, кто это.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вы?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Что — я?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Вы знаете?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Пауза.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достаёт из кармана колокольчик Айседоры.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Долго смотрит.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И звонит.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Мгновенно возвращается музыка, смех, вспышки.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снова улыбается.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lastRenderedPageBreak/>
        <w:t>ЗАЗЫВАЛА тихо: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Браво.</w:t>
      </w:r>
    </w:p>
    <w:p w:rsidR="0084151C" w:rsidRPr="008B3D1B" w:rsidRDefault="0084151C" w:rsidP="0084151C">
      <w:pPr>
        <w:pStyle w:val="SceneHead"/>
        <w:rPr>
          <w:lang w:val="ru-RU"/>
        </w:rPr>
      </w:pPr>
      <w:r w:rsidRPr="008B3D1B">
        <w:rPr>
          <w:lang w:val="ru-RU"/>
        </w:rPr>
        <w:t>КАРТИНА СЕДЬМАЯ</w:t>
      </w:r>
    </w:p>
    <w:p w:rsidR="0084151C" w:rsidRPr="008B3D1B" w:rsidRDefault="0084151C" w:rsidP="0084151C">
      <w:pPr>
        <w:pStyle w:val="SceneSubtitle"/>
        <w:rPr>
          <w:lang w:val="ru-RU"/>
        </w:rPr>
      </w:pPr>
      <w:r w:rsidRPr="008B3D1B">
        <w:rPr>
          <w:lang w:val="ru-RU"/>
        </w:rPr>
        <w:t>«АНТРАКТ. ПРОДАЖА МАСОК»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Занавес не закрывается.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выходит к публике с лотком, на котором лежат маски: белая крестьянская, чёрная кабацкая, золотая «гений», красная «революционер», женская, детская, маска шута.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ХОР становится ярмарочной толпой.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Антракт, господа! Пока артист отдыхает — не упустите сувенир! Маска «Есенин деревенский» — для тех, кто скучает по России, не выезжая из центра города! Маска «Есенин кабацкий» — надевается после третьей! Маска «Есенин нежный» — особенно идёт тем, кто уже разбил кому-нибудь сердце!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ХОР смеётся, примеряет.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вот редкость! «Настоящий Сергей»!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ХОР мгновенно замолкает.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достаёт пустую рамку.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Без лица. Поэтому никто не берёт.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Из глубины сцены: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Положи.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Вы отдыхайте. У вас второе действие.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выходит. Без пиджака. Усталый.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сказал — положи.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Почему? Это же ваше.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твоё дело.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Всё, что выходит на сцену, — моё дело.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если я не выйду?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Пауза.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ХОР медленно поворачивается к ЕСЕНИНУ.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Тогда они уйдут.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смотрит на зал.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Хотите проверить?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Долгая пауза.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Объявляй второе.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улыбается, но не торжествующе. Почти печально.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Знал, что вы профессионал.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Темнота.</w:t>
      </w:r>
    </w:p>
    <w:p w:rsidR="0084151C" w:rsidRPr="008B3D1B" w:rsidRDefault="0084151C" w:rsidP="0084151C">
      <w:pPr>
        <w:pStyle w:val="ActHead"/>
        <w:rPr>
          <w:lang w:val="ru-RU"/>
        </w:rPr>
      </w:pPr>
      <w:r w:rsidRPr="008B3D1B">
        <w:rPr>
          <w:lang w:val="ru-RU"/>
        </w:rPr>
        <w:t>АНТРАКТ</w:t>
      </w:r>
    </w:p>
    <w:p w:rsidR="0084151C" w:rsidRPr="008B3D1B" w:rsidRDefault="0084151C" w:rsidP="0084151C">
      <w:pPr>
        <w:rPr>
          <w:lang w:val="ru-RU"/>
        </w:rPr>
      </w:pPr>
      <w:r w:rsidRPr="008B3D1B">
        <w:rPr>
          <w:lang w:val="ru-RU"/>
        </w:rPr>
        <w:br w:type="page"/>
      </w:r>
    </w:p>
    <w:p w:rsidR="0084151C" w:rsidRPr="008B3D1B" w:rsidRDefault="0084151C" w:rsidP="0084151C">
      <w:pPr>
        <w:pStyle w:val="ActHead"/>
        <w:rPr>
          <w:lang w:val="ru-RU"/>
        </w:rPr>
      </w:pPr>
      <w:r w:rsidRPr="008B3D1B">
        <w:rPr>
          <w:lang w:val="ru-RU"/>
        </w:rPr>
        <w:lastRenderedPageBreak/>
        <w:t>ДЕЙСТВИЕ ВТОРОЕ</w:t>
      </w:r>
    </w:p>
    <w:p w:rsidR="0084151C" w:rsidRPr="008B3D1B" w:rsidRDefault="0084151C" w:rsidP="0084151C">
      <w:pPr>
        <w:pStyle w:val="SceneHead"/>
        <w:rPr>
          <w:lang w:val="ru-RU"/>
        </w:rPr>
      </w:pPr>
      <w:r w:rsidRPr="008B3D1B">
        <w:rPr>
          <w:lang w:val="ru-RU"/>
        </w:rPr>
        <w:t>КАРТИНА ВОСЬМАЯ</w:t>
      </w:r>
    </w:p>
    <w:p w:rsidR="0084151C" w:rsidRPr="008B3D1B" w:rsidRDefault="0084151C" w:rsidP="0084151C">
      <w:pPr>
        <w:pStyle w:val="SceneSubtitle"/>
        <w:rPr>
          <w:lang w:val="ru-RU"/>
        </w:rPr>
      </w:pPr>
      <w:r w:rsidRPr="008B3D1B">
        <w:rPr>
          <w:lang w:val="ru-RU"/>
        </w:rPr>
        <w:t>«ВОЗВРАЩЕНИЕ. СТРАНА, КОТОРАЯ ТОЖЕ СМЕНИЛА ЛИЦО»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Гудок поезда.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стоит у края сцены с чемоданом. Позади — огромный красный транспарант, который ХОР никак не может повесить ровно. На нём сперва написано «ДОБРО ПОЖАЛОВАТЬ», но несколько букв падают, и остаётся «ПОЖАЛОВАТЬ».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ХОР — новая Москва. Кожанки, кепки, портфели, шинели, красные косынки. В движениях тот же старый балаган, только музыка теперь марш.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Номер следующий! Возвращение блудного поэта в обновлённую декорацию!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Это что?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Родина.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узнаю.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Она вас тоже.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ПРОХОЖИЙ появляется с папкой под мышкой.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ПРОХОЖИЙ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Сергей Александрович?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Опять ты.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ПРОХОЖИЙ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Мы знакомы?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ПРОХОЖИЙ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вас сразу узнал.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 волосам?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ПРОХОЖИЙ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 газетам.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усмехается.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ПРОХОЖИЙ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Вы теперь какой?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 смысле?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ПРОХОЖИЙ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Ну, раньше крестьянский были. Потом имажинист. Потом с Дункан. Теперь советский?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тебе зачем?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ПРОХОЖИЙ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Читать хочу правильно.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Стихи не читают «правильно». Их или читают, или нет.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ПРОХОЖИЙ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Это раньше. Теперь надо понимать, на чьей стороне.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если я на своей?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ПРОХОЖИЙ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Такой стороны нет.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ПРОХОЖИЙ уходит.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смотрит ему вслед.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Видите? Прогресс. Раньше спра</w:t>
      </w:r>
      <w:r>
        <w:rPr>
          <w:lang w:val="ru-RU"/>
        </w:rPr>
        <w:t>шивали, откуда вы. Теперь — кто</w:t>
      </w:r>
      <w:r w:rsidRPr="008B3D1B">
        <w:rPr>
          <w:lang w:val="ru-RU"/>
        </w:rPr>
        <w:t>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ХОР начинает маршировать. Каждый протягивает ЕСЕНИНУ табличку: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«ПОПУТЧИК».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«КРЕСТЬЯНСКИЙ».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«ДЕКАДЕНТ».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«СОВЕТСКИЙ?»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«НЕБЛАГОНАДЁЖНЫЙ».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«ТАЛАНТЛИВЫЙ».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«ИДЕОЛОГИЧЕСКИ НЕЯСНЫЙ».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Таблички навешиваются на него, как ярлыки в гардеробе.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Хватит.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ХОР продолжает.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сказал — хватит!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срывает таблички.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ХОР замирает.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Один ХОРИСТ спокойно: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ХОРИСТ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писать будете?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Буду.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ХОРИСТ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Тогда придётся называться.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Свет меняется.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На сцене — стол. Редакторская. Несколько ХОРИСТОВ листают рукописи.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РЕДАКТОР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«Русь уходящая».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Да.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РЕДАКТОР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Название мрачное.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Русь весёлая?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РЕДАКТОР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Русь — советская.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У меня и такая есть.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РЕДАКТОР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Так определитесь.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 чем?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РЕДАКТОР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 Русью.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Она у меня одна.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РЕДАКТОР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У государства тоже.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Пауза.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звенит.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улыбается редактору.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Напечатаете — сами разберётесь.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РЕДАКТОР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Вот это другой разговор.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РЕДАКТОР уходит с рукописью.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остаётся с ЗАЗЫВАЛОЙ.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ведь действительно верил.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Во что?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Что всё можно перевернуть. Избу. Город. Время. Себя.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Ну и перевернули.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потом?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потом обнаружили, что вверх ногами — тоже поза.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смотрит на него зло.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я придумал.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Ты всё время так говоришь.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Потому что это правда.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ХОР тихо начинает напевать деревенскую мелодию, но поверх неё вступает марш. Две музыки дерутся, пока не превращаются в механический ритм шарманки.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закрывает уши.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Темнота.</w:t>
      </w:r>
    </w:p>
    <w:p w:rsidR="0084151C" w:rsidRPr="008B3D1B" w:rsidRDefault="0084151C" w:rsidP="0084151C">
      <w:pPr>
        <w:pStyle w:val="SceneHead"/>
        <w:rPr>
          <w:lang w:val="ru-RU"/>
        </w:rPr>
      </w:pPr>
      <w:r w:rsidRPr="008B3D1B">
        <w:rPr>
          <w:lang w:val="ru-RU"/>
        </w:rPr>
        <w:t>КАРТИНА ДЕВЯТАЯ</w:t>
      </w:r>
    </w:p>
    <w:p w:rsidR="0084151C" w:rsidRPr="008B3D1B" w:rsidRDefault="0084151C" w:rsidP="0084151C">
      <w:pPr>
        <w:pStyle w:val="SceneSubtitle"/>
        <w:rPr>
          <w:lang w:val="ru-RU"/>
        </w:rPr>
      </w:pPr>
      <w:r w:rsidRPr="008B3D1B">
        <w:rPr>
          <w:lang w:val="ru-RU"/>
        </w:rPr>
        <w:t>«МОСКВА КАБАЦКАЯ. НОМЕР, КОТОРЫЙ ВСЕ ЗНАЮТ»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Яркий грязный свет.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Кабак возникает за несколько секунд. Столы будто выкатываются сами. ХОР пьян ещё до начала сцены.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в фартуке трактирщика.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Наконец-то любимый номер публики!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ХОР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Е-се-нин! Е-се-нин! Е-се-нин!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входит трезвый.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Это важно: он явно трезв.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ХОР разочарован.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ХОРИСТ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Серёга, ты чего такой?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Какой?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ХОРИСТ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Нормальный.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Смех.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ДЕВУШКА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Стихи!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ДРУГОЙ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Про гармонику!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ТРЕТИЙ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Про суку!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ХОР смеётся.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хочу.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ХОР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О-о-о!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ХОРИСТ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Зазнался.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Нет. Просто не хочу.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ДЕВУШКА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мы пришли на тебя.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вас не звал.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ХОРИСТ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Это кабак. Здесь никто никого не зовёт. Здесь встречаются.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ставит перед ЕСЕНИНЫМ стакан.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отодвигает.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Публика ждёт.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Пусть.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Скучает.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Пусть идёт домой.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если уйдёт?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смотрит на него.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Совсем.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Тишина.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берёт стакан.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Не пьёт.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ХОР следит.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lastRenderedPageBreak/>
        <w:t>ЕСЕНИН вдруг изображает пьяную улыбку, хотя ещё не выпил.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Зал внутри сцены оживает.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Сыпь, гармоника! Скука… Скука…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ХОР взрывается восторгом.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читает несколько строк — резко, грязно, весело. С каждым четверостишием пьёт.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Но ХОР уже не замечает момента, когда игра заканчивается и начинается настоящее опьянение.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Только ЗАЗЫВАЛА замечает.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На определённой строке ЗАЗЫВАЛА тихо: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Стоп.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продолжает.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Сергей Александрович. Номер сыгран.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не слышит.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толкает стул, разбивает стакан. ХОР смеётся, принимая за часть представления.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Чего вы ржёте?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Смех сильнее.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спросил — чего вы ржёте?!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ХОР аплодирует.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хватает одного ХОРИСТА за грудки.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ХОРИСТ смеётся ему в лицо.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ХОРИСТ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Вот! Вот он!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Кто?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ХОРИСТ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Есенин!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бьёт его.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ХОР взрывается криками — восторгом, не ужасом.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замирает.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понимает: даже драка стала ожидаемым номером.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отпускает человека.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хлопайте.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ХОР аплодирует.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хлопайте!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Аплодисменты громче.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переворачивает стол.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ХОР в восторге.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хватает бутылку и замахивается ею на зеркало.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впервые кричит: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НАДО!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Тишина.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медленно поворачивается к нему.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Боишься за зеркало?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За представление.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Если разобью?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Увидите.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Что?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То, что за ним.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Долгая пауза.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опускает бутылку.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ХОР уже не смеётся.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Из темноты голос женщины: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ГОЛОС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Серёжа.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вздрагивает.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На другом конце сцены стоит ЗИНАИДА.</w:t>
      </w:r>
    </w:p>
    <w:p w:rsidR="0084151C" w:rsidRPr="008B3D1B" w:rsidRDefault="0084151C" w:rsidP="0084151C">
      <w:pPr>
        <w:pStyle w:val="SceneHead"/>
        <w:rPr>
          <w:lang w:val="ru-RU"/>
        </w:rPr>
      </w:pPr>
      <w:r w:rsidRPr="008B3D1B">
        <w:rPr>
          <w:lang w:val="ru-RU"/>
        </w:rPr>
        <w:t>КАРТИНА ДЕСЯТАЯ</w:t>
      </w:r>
    </w:p>
    <w:p w:rsidR="0084151C" w:rsidRPr="008B3D1B" w:rsidRDefault="0084151C" w:rsidP="0084151C">
      <w:pPr>
        <w:pStyle w:val="SceneSubtitle"/>
        <w:rPr>
          <w:lang w:val="ru-RU"/>
        </w:rPr>
      </w:pPr>
      <w:r w:rsidRPr="008B3D1B">
        <w:rPr>
          <w:lang w:val="ru-RU"/>
        </w:rPr>
        <w:t>«ЗИНАИДА. СВИДЕТЕЛЬ»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Кабак исчезает, но осколки стакана остаются на полу.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ЗИНАИДА не подходит.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Она старше той девушки из поезда, увереннее, спокойнее. В её лице нет желания победить.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Ты настоящая?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ты?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Началось.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Ты всегда сердился, когда вопрос возвращался.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Зачем пришла?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Ты позвал.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словами.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устраивается сбоку, будто собирается смотреть хорошую сцену.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ЗИНАИДА замечает его направление взгляда.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Он опять здесь?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резко: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Кто?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Тот, на кого ты всё время смотришь, когда собираешься соврать.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перестаёт улыбаться.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Ты его видишь?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Нет. Но я давно вижу, когда ты слушаешь не меня.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Пауза.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Ты могла бы стать хорошей актрисой.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Стала.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усмехается.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И знаешь, чему меня научил театр?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Сейчас будет мораль.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Нет. Техническая подробность. На сцене актёр знает, когда спектакль закончился.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lastRenderedPageBreak/>
        <w:t>ЕСЕНИН молчит.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Ты — нет.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поэт, а не актёр.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Вот это самая длинная твоя роль.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Пауза.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подходит.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Ты меня ненавидишь?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Иногда очень хотела.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получилось?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получилось.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Почему?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Потому что я помню тебя до афиши.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Это попадает.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садится.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Помнишь поезд?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Ты читала и делала вид, что не замечаешь меня.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действительно читала.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порть воспоминание.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ЗИНАИДА впервые улыбается.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Вот. Серёжа.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мгновенно напрягается.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надо.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Чего?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Так называть.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Почему теперь всем нельзя?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Потому что вы произносите это так, будто знаете человека.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ты хочешь, чтобы знали поэта?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Поэта проще.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Конечно.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Пауза.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 детьми ты виделся мало.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закрывает глаза.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надо.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Вот здесь тоже не надо?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знаю.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Нет. Ты умеешь знать красиво. Я хочу некрасиво.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Что тебе от меня нужно?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Ничего. Это и страшно, Серёжа. Уже ничего.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Тишина.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ЗИНАИДА подходит близко.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не пришла тебя судить.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Все так говорят перед судом.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пришла вернуть тебе одну вещь.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Она протягивает невидимый предмет.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смотрит.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Что это?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Тишина после поцелуя. Помнишь? В поезде. До того, как кто-нибудь успел хлопнуть.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Она касается пальцами его губ.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На мгновение весь звук исчезает. Даже дыхание зала должно ощущаться громким.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почти шёпотом: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Зина.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Вот.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поднимает колокольчик.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ЕСЕНИН, не глядя: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смей.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опускает руку.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Ты думаешь, что боишься, когда тебя не любят.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смотрит на неё.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Нет. Ты боишься, когда любят. Потому что тогда играть не перед кем.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если я не умею иначе?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Умеешь.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Откуда ты знаешь?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видела.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Когда?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Несколько раз.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ждёт.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ЗИНАИДА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Этого достаточно, чтобы человек существовал.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Она уходит.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делает шаг за ней.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догоняйте.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Почему?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Сцена закончилась.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оборачивается.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если я не хочу?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Вот видите. Уже хотите играть режиссёра.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бросается к нему, но ЗАЗЫВАЛА исчезает за зеркалом.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ударяет ладонью по стеклу.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Зеркало не разбивается.</w:t>
      </w:r>
    </w:p>
    <w:p w:rsidR="0084151C" w:rsidRPr="008B3D1B" w:rsidRDefault="0084151C" w:rsidP="0084151C">
      <w:pPr>
        <w:pStyle w:val="SceneHead"/>
        <w:rPr>
          <w:lang w:val="ru-RU"/>
        </w:rPr>
      </w:pPr>
      <w:r w:rsidRPr="008B3D1B">
        <w:rPr>
          <w:lang w:val="ru-RU"/>
        </w:rPr>
        <w:t>КАРТИНА ОДИННАДЦАТАЯ</w:t>
      </w:r>
    </w:p>
    <w:p w:rsidR="0084151C" w:rsidRPr="008B3D1B" w:rsidRDefault="0084151C" w:rsidP="0084151C">
      <w:pPr>
        <w:pStyle w:val="SceneSubtitle"/>
        <w:rPr>
          <w:lang w:val="ru-RU"/>
        </w:rPr>
      </w:pPr>
      <w:r w:rsidRPr="008B3D1B">
        <w:rPr>
          <w:lang w:val="ru-RU"/>
        </w:rPr>
        <w:t>«ПЕРСИЯ, КОТОРОЙ НЕ БЫЛО»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Сцена заливается синим и шафрановым светом.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ХОР медленно разворачивает ковры, фонари, шёлковые полотна. Всё нарочито театрально, как декорация к опере.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появляется в восточном халате поверх своего фрака.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теперь — заграница, в которой артист не был!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Кавказ.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Публике всё равно. Главное — луна.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ХОР выводит ШАГАНЭ — её играет одна из хористок. Она прекрасна, но лицо почти скрыто.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Шаганэ ты моя, Шаганэ…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читает несколько строк. Сначала красиво, почти концертно.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ШАГАНЭ слушает.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Вдруг она перебивает.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ШАГАНЭ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ты видел Персию?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осекается.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ШАГАНЭ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Тогда про что читаешь?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Про то, чего мне не хватает.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ШАГАНЭ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И называешь это Персией?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ты кто?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ШАГАНЭ снимает покрывало. Под ним — лицо ДЕВОЧКИ, только теперь её играет взрослая хористка с детской интонацией.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ШАГАНЭ/ДЕВОЧКА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То, чего тебе не хватает.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отступает.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Декорация начинает рушиться на глазах: ХОР снимает ковры, под ними — голые стены гостиницы.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надо.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Что?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Оставь красиво.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Но вы же сами сказали — правду.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не говорил.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Стихи сказали.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ШАГАНЭ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Почему у тебя везде другая страна?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Потому что в своей тесно.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ШАГАНЭ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Почему везде другая женщина?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Потому что одна не выдерживает всего.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ШАГАНЭ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Почему везде другой ты?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Потому что один я…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замолкает.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ШАГАНЭ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Что?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знаю.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Она подходит.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ШАГАНЭ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Врёшь.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Опять ты.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ШАГАНЭ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Ты знаешь.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Что?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ШАГАНЭ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Одного тебя мало.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Пауза.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смотрит на неё с ужасом — не потому что это оскорбление, а потому что узнаёт мысль.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тихо: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Вот.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Замолчи.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Она просто произнесла.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сказал — замолчи.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ШАГАНЭ снова становится обычной девушкой. Она протягивает розу.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берёт.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Шепчет: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готов рассказать тебе поле…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ШАГАНЭ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Расскажи.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Про волнистую рожь при луне…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ШАГАНЭ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Нет. Не стихами.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молчит.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ШАГАНЭ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Как пахнет?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закрывает глаза.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Пылью. Тёплой водой. Навозом. Мятой, если наступишь. Дымом к вечеру. Мать бельё снимает — оно холодное уже. Дед кашляет во дворе. Кто-то за рекой орёт песню и не попадает ни в одну ноту.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Пока он говорит, из голых стен медленно возникает не декоративная, а почти настоящая деревня — без позолоты, без красивого света. Земля. Сырая трава. Серое небо.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lastRenderedPageBreak/>
        <w:t>ЕСЕНИН открывает глаза.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Видит.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Слёзы.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впервые не вмешивается.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ШАГАНЭ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Вот.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Что?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ШАГАНЭ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Туда тебе и надо было писать.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Она исчезает.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Деревня исчезает вместе с ней.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В руках ЕСЕНИНА остаётся бумажная роза из театрального реквизита.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смеётся коротко и страшно.</w:t>
      </w:r>
    </w:p>
    <w:p w:rsidR="0084151C" w:rsidRPr="008B3D1B" w:rsidRDefault="0084151C" w:rsidP="0084151C">
      <w:pPr>
        <w:pStyle w:val="SceneHead"/>
        <w:rPr>
          <w:lang w:val="ru-RU"/>
        </w:rPr>
      </w:pPr>
      <w:r w:rsidRPr="008B3D1B">
        <w:rPr>
          <w:lang w:val="ru-RU"/>
        </w:rPr>
        <w:t>КАРТИНА ДВЕНАДЦАТАЯ</w:t>
      </w:r>
    </w:p>
    <w:p w:rsidR="0084151C" w:rsidRPr="008B3D1B" w:rsidRDefault="0084151C" w:rsidP="0084151C">
      <w:pPr>
        <w:pStyle w:val="SceneSubtitle"/>
        <w:rPr>
          <w:lang w:val="ru-RU"/>
        </w:rPr>
      </w:pPr>
      <w:r w:rsidRPr="008B3D1B">
        <w:rPr>
          <w:lang w:val="ru-RU"/>
        </w:rPr>
        <w:t>«СОФЬЯ. МУЗЕЙ ЖИВОГО ЧЕЛОВЕКА»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Комната в доме Толстых. Книги, портреты, тяжёлая мебель. На стене — огромное изображение Льва Толстого, которое будто наблюдает.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СОФЬЯ раскладывает рукописи ЕСЕНИНА по папкам.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стоит в дверях.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СОФЬЯ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нашла ещё три листа. Они были между газетами.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Оставь там.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СОФЬЯ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Потеряются.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Пускай.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СОФЬЯ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Ты потом будешь искать.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Если забуду — значит, не нужны.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СОФЬЯ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Так нельзя с рукописями.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как можно?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СОФЬЯ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Беречь.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смотрит на папки.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Ты меня тоже по папкам разложишь?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СОФЬЯ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Что с тобой?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«Стихи ранние». «Стихи кабацкие». «Стихи советские». «Мужья Софьи Андреевны»… Нет, это не сюда.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СОФЬЯ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Сергей.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сверху карточка: «Экземпляр беспокойный. Хранить вдали от огня».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СОФЬЯ подходит.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СОФЬЯ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пытаюсь сохранить твою работу.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ещё жив.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СОФЬЯ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Именно поэтому.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здесь всё мёртвое очень хорошо сохранилось.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смотрит на портрет Толстого.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СОФЬЯ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надо.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прихожу домой — а тут великий покойник. Сажусь есть — великий покойник. Ложусь спать — великий покойник. Даже ругаться неловко: классик слышит.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СОФЬЯ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Ты ревнуешь к деду?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 деду? Нет. К бессмертию.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Пауза.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СОФЬЯ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Ты всё превращаешь в шутку, как только становится больно.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ты всё превращаешь в архив.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СОФЬЯ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Потому что боюсь потерять.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Меня?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СОФЬЯ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Да.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lastRenderedPageBreak/>
        <w:t>Он смягчается.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СОФЬЯ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Ты думаешь, я не вижу? Ты приходишь — и первым делом ищешь зеркало. Не на себя посмотреть. Проверить, кто пришёл.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молчит.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СОФЬЯ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не знаю, как тебя удержать.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удерживай.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СОФЬЯ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если уйдёшь туда, откуда не возвращаются?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Тишина.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появляется за портретом Толстого, как чёртик из рамки.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Сильная реплика. Запомним.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вздрагивает.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СОФЬЯ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Что?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Ничего.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СОФЬЯ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Опять он?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Кто «он»?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СОФЬЯ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знаю. Но иногда у тебя лицо, будто кто-то шепчет из-за плеча.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Все вы сговорились.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СОФЬЯ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Кто — все?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Женщины. Друзья. Врачи. Даже зеркала.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СОФЬЯ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Может, потому что все видят одно?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Что?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СОФЬЯ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Ты устал.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хочет огрызнуться, но не может.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СОФЬЯ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Ляг в больницу. Отдохни. Без газет. Без кабаков. Без гостей. Без…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lastRenderedPageBreak/>
        <w:t>Она не договаривает.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Без меня?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СОФЬЯ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Может быть, хоть на несколько дней.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смеётся.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Вот это лечение.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СОФЬЯ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что, если ты вернёшься?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Куда?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СОФЬЯ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 себе.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тихо звенит.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резко поворачивается к нему.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сейчас.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СОФЬЯ пугается.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СОФЬЯ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Сергей, кому ты говоришь?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смотрит на неё.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Пауза.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Себе.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Это первый раз, когда он почти признаёт.</w:t>
      </w:r>
    </w:p>
    <w:p w:rsidR="0084151C" w:rsidRPr="008B3D1B" w:rsidRDefault="0084151C" w:rsidP="0084151C">
      <w:pPr>
        <w:pStyle w:val="SceneHead"/>
        <w:rPr>
          <w:lang w:val="ru-RU"/>
        </w:rPr>
      </w:pPr>
      <w:r w:rsidRPr="008B3D1B">
        <w:rPr>
          <w:lang w:val="ru-RU"/>
        </w:rPr>
        <w:t>КАРТИНА ТРИНАДЦАТАЯ</w:t>
      </w:r>
    </w:p>
    <w:p w:rsidR="0084151C" w:rsidRPr="008B3D1B" w:rsidRDefault="0084151C" w:rsidP="0084151C">
      <w:pPr>
        <w:pStyle w:val="SceneSubtitle"/>
        <w:rPr>
          <w:lang w:val="ru-RU"/>
        </w:rPr>
      </w:pPr>
      <w:r w:rsidRPr="008B3D1B">
        <w:rPr>
          <w:lang w:val="ru-RU"/>
        </w:rPr>
        <w:t>«СУД»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Грохот.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Вся сцена становится залом суда, но стол судьи — это барная стойка, кафедра, больничный стол и гостиничная тумба одновременно.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ХОР надевает одинаковые белые маски.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— секретарь суда.</w:t>
      </w:r>
    </w:p>
    <w:p w:rsidR="0084151C" w:rsidRPr="00851D81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</w:t>
      </w:r>
      <w:r w:rsidRPr="008B3D1B">
        <w:rPr>
          <w:lang w:val="ru-RU"/>
        </w:rPr>
        <w:br/>
        <w:t xml:space="preserve">Встать! </w:t>
      </w:r>
      <w:r w:rsidRPr="00851D81">
        <w:rPr>
          <w:lang w:val="ru-RU"/>
        </w:rPr>
        <w:t>Идёт суд над гражданином, поэтом, мужем, отцом, хулиганом, имажинистом, попутчиком, скандалистом и прочими лицами, временно проживавшими под фамилией Есенин.</w:t>
      </w:r>
    </w:p>
    <w:p w:rsidR="0084151C" w:rsidRDefault="0084151C" w:rsidP="0084151C">
      <w:pPr>
        <w:pStyle w:val="aff8"/>
      </w:pPr>
      <w:r>
        <w:t>ЕСЕНИН</w:t>
      </w:r>
      <w:r>
        <w:br/>
        <w:t>Смешно.</w:t>
      </w:r>
    </w:p>
    <w:p w:rsidR="0084151C" w:rsidRDefault="0084151C" w:rsidP="0084151C">
      <w:pPr>
        <w:pStyle w:val="aff8"/>
      </w:pPr>
      <w:r>
        <w:lastRenderedPageBreak/>
        <w:t>СУДЬЯ (один из ХОРА)</w:t>
      </w:r>
      <w:r>
        <w:br/>
        <w:t>Подсудимый, назовите себя.</w:t>
      </w:r>
    </w:p>
    <w:p w:rsidR="0084151C" w:rsidRDefault="0084151C" w:rsidP="0084151C">
      <w:pPr>
        <w:pStyle w:val="aff8"/>
      </w:pPr>
      <w:r>
        <w:t>ЕСЕНИН</w:t>
      </w:r>
      <w:r>
        <w:br/>
        <w:t>Сергей Александрович Есенин.</w:t>
      </w:r>
    </w:p>
    <w:p w:rsidR="0084151C" w:rsidRDefault="0084151C" w:rsidP="0084151C">
      <w:pPr>
        <w:pStyle w:val="aff8"/>
      </w:pPr>
      <w:r>
        <w:t>СУДЬЯ</w:t>
      </w:r>
      <w:r>
        <w:br/>
        <w:t>Это фамилия. Кто вы?</w:t>
      </w:r>
    </w:p>
    <w:p w:rsidR="0084151C" w:rsidRDefault="0084151C" w:rsidP="0084151C">
      <w:pPr>
        <w:pStyle w:val="aff8"/>
      </w:pPr>
      <w:r>
        <w:t>ЕСЕНИН</w:t>
      </w:r>
      <w:r>
        <w:br/>
        <w:t>Поэт.</w:t>
      </w:r>
    </w:p>
    <w:p w:rsidR="0084151C" w:rsidRDefault="0084151C" w:rsidP="0084151C">
      <w:pPr>
        <w:pStyle w:val="aff8"/>
      </w:pPr>
      <w:r>
        <w:t>ХОР (синхронно)</w:t>
      </w:r>
      <w:r>
        <w:br/>
        <w:t>А-а-а!</w:t>
      </w:r>
    </w:p>
    <w:p w:rsidR="0084151C" w:rsidRDefault="0084151C" w:rsidP="0084151C">
      <w:pPr>
        <w:pStyle w:val="aff8"/>
      </w:pPr>
      <w:r>
        <w:t>СУДЬЯ</w:t>
      </w:r>
      <w:r>
        <w:br/>
        <w:t>Привычный ответ не принимается.</w:t>
      </w:r>
    </w:p>
    <w:p w:rsidR="0084151C" w:rsidRDefault="0084151C" w:rsidP="0084151C">
      <w:pPr>
        <w:pStyle w:val="aff8"/>
      </w:pPr>
      <w:r>
        <w:t>ЕСЕНИН смотрит в зал. Пауза.</w:t>
      </w:r>
    </w:p>
    <w:p w:rsidR="0084151C" w:rsidRDefault="0084151C" w:rsidP="0084151C">
      <w:pPr>
        <w:pStyle w:val="aff8"/>
      </w:pPr>
      <w:r>
        <w:t>ЕСЕНИН</w:t>
      </w:r>
      <w:r>
        <w:br/>
        <w:t>Человек.</w:t>
      </w:r>
    </w:p>
    <w:p w:rsidR="0084151C" w:rsidRDefault="0084151C" w:rsidP="0084151C">
      <w:pPr>
        <w:pStyle w:val="aff8"/>
      </w:pPr>
      <w:r>
        <w:t>СУДЬЯ</w:t>
      </w:r>
      <w:r>
        <w:br/>
        <w:t>Слишком общий.</w:t>
      </w:r>
    </w:p>
    <w:p w:rsidR="0084151C" w:rsidRDefault="0084151C" w:rsidP="0084151C">
      <w:pPr>
        <w:pStyle w:val="aff8"/>
      </w:pPr>
      <w:r>
        <w:t>ЕСЕНИН</w:t>
      </w:r>
      <w:r>
        <w:br/>
        <w:t>Мужчина.</w:t>
      </w:r>
    </w:p>
    <w:p w:rsidR="0084151C" w:rsidRDefault="0084151C" w:rsidP="0084151C">
      <w:pPr>
        <w:pStyle w:val="aff8"/>
      </w:pPr>
      <w:r>
        <w:t>СУДЬЯ</w:t>
      </w:r>
      <w:r>
        <w:br/>
        <w:t>Слишком биологический.</w:t>
      </w:r>
    </w:p>
    <w:p w:rsidR="0084151C" w:rsidRDefault="0084151C" w:rsidP="0084151C">
      <w:pPr>
        <w:pStyle w:val="aff8"/>
      </w:pPr>
      <w:r>
        <w:t>ЕСЕНИН</w:t>
      </w:r>
      <w:r>
        <w:br/>
        <w:t>Русский.</w:t>
      </w:r>
    </w:p>
    <w:p w:rsidR="0084151C" w:rsidRDefault="0084151C" w:rsidP="0084151C">
      <w:pPr>
        <w:pStyle w:val="aff8"/>
      </w:pPr>
      <w:r>
        <w:t>СУДЬЯ</w:t>
      </w:r>
      <w:r>
        <w:br/>
        <w:t>Слишком политический.</w:t>
      </w:r>
    </w:p>
    <w:p w:rsidR="0084151C" w:rsidRDefault="0084151C" w:rsidP="0084151C">
      <w:pPr>
        <w:pStyle w:val="aff8"/>
      </w:pPr>
      <w:r>
        <w:t>ЕСЕНИН</w:t>
      </w:r>
      <w:r>
        <w:br/>
        <w:t>Да пошли вы.</w:t>
      </w:r>
    </w:p>
    <w:p w:rsidR="0084151C" w:rsidRDefault="0084151C" w:rsidP="0084151C">
      <w:pPr>
        <w:pStyle w:val="aff8"/>
      </w:pPr>
      <w:r>
        <w:t>СУДЬЯ</w:t>
      </w:r>
      <w:r>
        <w:br/>
        <w:t>Зафиксировать: хулиган.</w:t>
      </w:r>
    </w:p>
    <w:p w:rsidR="0084151C" w:rsidRDefault="0084151C" w:rsidP="0084151C">
      <w:pPr>
        <w:pStyle w:val="aff8"/>
      </w:pPr>
      <w:r>
        <w:t>(ХОР записывает. ЕСЕНИН смеётся).</w:t>
      </w:r>
    </w:p>
    <w:p w:rsidR="0084151C" w:rsidRDefault="0084151C" w:rsidP="0084151C">
      <w:pPr>
        <w:pStyle w:val="aff8"/>
      </w:pPr>
      <w:r>
        <w:t>СУДЬЯ</w:t>
      </w:r>
      <w:r>
        <w:br/>
        <w:t>Свидетель. (Пауза). Те, кто знал его до легенды.</w:t>
      </w:r>
    </w:p>
    <w:p w:rsidR="0084151C" w:rsidRDefault="0084151C" w:rsidP="0084151C">
      <w:pPr>
        <w:pStyle w:val="aff8"/>
      </w:pPr>
      <w:r>
        <w:lastRenderedPageBreak/>
        <w:t>(На сцену выходят МАРИЕНГОФ, ЗИНАИДА, АЙСЕДОРА и ПРОХОЖИЙ. Они не говорят. Они просто стоят и смотрят на Есенина как живые портреты).</w:t>
      </w:r>
    </w:p>
    <w:p w:rsidR="0084151C" w:rsidRDefault="0084151C" w:rsidP="0084151C">
      <w:pPr>
        <w:pStyle w:val="aff8"/>
      </w:pPr>
      <w:r>
        <w:t>ЕСЕНИН (вглядываясь в них)</w:t>
      </w:r>
      <w:r>
        <w:br/>
        <w:t>И это всё?</w:t>
      </w:r>
    </w:p>
    <w:p w:rsidR="0084151C" w:rsidRDefault="0084151C" w:rsidP="0084151C">
      <w:pPr>
        <w:pStyle w:val="aff8"/>
      </w:pPr>
      <w:r>
        <w:t>СУДЬЯ</w:t>
      </w:r>
      <w:r>
        <w:br/>
        <w:t>Они — ваши маски. Теперь спросим того, кто знает вас без маски.</w:t>
      </w:r>
    </w:p>
    <w:p w:rsidR="0084151C" w:rsidRDefault="0084151C" w:rsidP="0084151C">
      <w:pPr>
        <w:pStyle w:val="aff8"/>
      </w:pPr>
      <w:r>
        <w:t>(Выходит ДЕВОЧКА).</w:t>
      </w:r>
    </w:p>
    <w:p w:rsidR="0084151C" w:rsidRDefault="0084151C" w:rsidP="0084151C">
      <w:pPr>
        <w:pStyle w:val="aff8"/>
      </w:pPr>
      <w:r>
        <w:t>СУДЬЯ</w:t>
      </w:r>
      <w:r>
        <w:br/>
        <w:t>Имя?</w:t>
      </w:r>
    </w:p>
    <w:p w:rsidR="0084151C" w:rsidRDefault="0084151C" w:rsidP="0084151C">
      <w:pPr>
        <w:pStyle w:val="aff8"/>
      </w:pPr>
      <w:r>
        <w:t>ДЕВОЧКА</w:t>
      </w:r>
      <w:r>
        <w:br/>
        <w:t>Не скажу.</w:t>
      </w:r>
    </w:p>
    <w:p w:rsidR="0084151C" w:rsidRDefault="0084151C" w:rsidP="0084151C">
      <w:pPr>
        <w:pStyle w:val="aff8"/>
      </w:pPr>
      <w:r>
        <w:t>СУДЬЯ</w:t>
      </w:r>
      <w:r>
        <w:br/>
        <w:t>Кем приходитесь подсудимому?</w:t>
      </w:r>
    </w:p>
    <w:p w:rsidR="0084151C" w:rsidRDefault="0084151C" w:rsidP="0084151C">
      <w:pPr>
        <w:pStyle w:val="aff8"/>
      </w:pPr>
      <w:r>
        <w:t>ДЕВОЧКА</w:t>
      </w:r>
      <w:r>
        <w:br/>
        <w:t>Никем.</w:t>
      </w:r>
    </w:p>
    <w:p w:rsidR="0084151C" w:rsidRDefault="0084151C" w:rsidP="0084151C">
      <w:pPr>
        <w:pStyle w:val="aff8"/>
      </w:pPr>
      <w:r>
        <w:t>СУДЬЯ</w:t>
      </w:r>
      <w:r>
        <w:br/>
        <w:t>Что знаете о нём?</w:t>
      </w:r>
    </w:p>
    <w:p w:rsidR="0084151C" w:rsidRDefault="0084151C" w:rsidP="0084151C">
      <w:pPr>
        <w:pStyle w:val="aff8"/>
      </w:pPr>
      <w:r>
        <w:t>ДЕВОЧКА</w:t>
      </w:r>
      <w:r>
        <w:br/>
        <w:t>Он ждёт, когда хлопнут.</w:t>
      </w:r>
    </w:p>
    <w:p w:rsidR="0084151C" w:rsidRDefault="0084151C" w:rsidP="0084151C">
      <w:pPr>
        <w:pStyle w:val="aff8"/>
      </w:pPr>
      <w:r>
        <w:t>Тишина.</w:t>
      </w:r>
    </w:p>
    <w:p w:rsidR="0084151C" w:rsidRDefault="0084151C" w:rsidP="0084151C">
      <w:pPr>
        <w:pStyle w:val="aff8"/>
      </w:pPr>
      <w:r>
        <w:t>СУДЬЯ</w:t>
      </w:r>
      <w:r>
        <w:br/>
        <w:t>Это преступление?</w:t>
      </w:r>
    </w:p>
    <w:p w:rsidR="0084151C" w:rsidRDefault="0084151C" w:rsidP="0084151C">
      <w:pPr>
        <w:pStyle w:val="aff8"/>
      </w:pPr>
      <w:r>
        <w:t>ДЕВОЧКА</w:t>
      </w:r>
      <w:r>
        <w:br/>
        <w:t>Не знаю.</w:t>
      </w:r>
    </w:p>
    <w:p w:rsidR="0084151C" w:rsidRDefault="0084151C" w:rsidP="0084151C">
      <w:pPr>
        <w:pStyle w:val="aff8"/>
      </w:pPr>
      <w:r>
        <w:t>СУДЬЯ</w:t>
      </w:r>
      <w:r>
        <w:br/>
        <w:t>Тогда зачем пришла?</w:t>
      </w:r>
    </w:p>
    <w:p w:rsidR="0084151C" w:rsidRDefault="0084151C" w:rsidP="0084151C">
      <w:pPr>
        <w:pStyle w:val="aff8"/>
      </w:pPr>
      <w:r>
        <w:t>ДЕВОЧКА</w:t>
      </w:r>
      <w:r>
        <w:br/>
        <w:t>Спросить. (Она обращается к ЕСЕНИНУ). Если никто не хлопнет — ты всё равно скажешь стихотворение до конца?</w:t>
      </w:r>
    </w:p>
    <w:p w:rsidR="0084151C" w:rsidRDefault="0084151C" w:rsidP="0084151C">
      <w:pPr>
        <w:pStyle w:val="aff8"/>
      </w:pPr>
      <w:r>
        <w:t>ЕСЕНИН хочет ответить сразу. Не может.</w:t>
      </w:r>
    </w:p>
    <w:p w:rsidR="0084151C" w:rsidRDefault="0084151C" w:rsidP="0084151C">
      <w:pPr>
        <w:pStyle w:val="aff8"/>
      </w:pPr>
      <w:r>
        <w:t>СУДЬЯ</w:t>
      </w:r>
      <w:r>
        <w:br/>
        <w:t>Отвечайте.</w:t>
      </w:r>
    </w:p>
    <w:p w:rsidR="0084151C" w:rsidRDefault="0084151C" w:rsidP="0084151C">
      <w:pPr>
        <w:pStyle w:val="aff8"/>
      </w:pPr>
      <w:r>
        <w:lastRenderedPageBreak/>
        <w:t>ЕСЕНИН</w:t>
      </w:r>
      <w:r>
        <w:br/>
        <w:t>Не знаю.</w:t>
      </w:r>
    </w:p>
    <w:p w:rsidR="0084151C" w:rsidRDefault="0084151C" w:rsidP="0084151C">
      <w:pPr>
        <w:pStyle w:val="aff8"/>
      </w:pPr>
      <w:r>
        <w:t>ДЕВОЧКА кивает, словно это единственный честный ответ за вечер. Уходит.</w:t>
      </w:r>
    </w:p>
    <w:p w:rsidR="0084151C" w:rsidRDefault="0084151C" w:rsidP="0084151C">
      <w:pPr>
        <w:pStyle w:val="aff8"/>
      </w:pPr>
      <w:r>
        <w:t>СУДЬЯ</w:t>
      </w:r>
      <w:r>
        <w:br/>
        <w:t>Итак, подсудимый обвиняется в том, что променял жизнь на образ жизни; любовь — на доказательство любви; одиночество — на скандал; страх — на славу; вину — на стихи.</w:t>
      </w:r>
    </w:p>
    <w:p w:rsidR="0084151C" w:rsidRDefault="0084151C" w:rsidP="0084151C">
      <w:pPr>
        <w:pStyle w:val="aff8"/>
      </w:pPr>
      <w:r>
        <w:t>ЕСЕНИН</w:t>
      </w:r>
      <w:r>
        <w:br/>
        <w:t>Красиво составлено.</w:t>
      </w:r>
    </w:p>
    <w:p w:rsidR="0084151C" w:rsidRDefault="0084151C" w:rsidP="0084151C">
      <w:pPr>
        <w:pStyle w:val="aff8"/>
      </w:pPr>
      <w:r>
        <w:t>СУДЬЯ</w:t>
      </w:r>
      <w:r>
        <w:br/>
        <w:t>Признаёте?</w:t>
      </w:r>
    </w:p>
    <w:p w:rsidR="0084151C" w:rsidRDefault="0084151C" w:rsidP="0084151C">
      <w:pPr>
        <w:pStyle w:val="aff8"/>
      </w:pPr>
      <w:r>
        <w:t>ЕСЕНИН</w:t>
      </w:r>
      <w:r>
        <w:br/>
        <w:t>Нет. Я ничего не променял. Я жил как умел.</w:t>
      </w:r>
    </w:p>
    <w:p w:rsidR="0084151C" w:rsidRDefault="0084151C" w:rsidP="0084151C">
      <w:pPr>
        <w:pStyle w:val="aff8"/>
      </w:pPr>
      <w:r>
        <w:t>СУДЬЯ</w:t>
      </w:r>
      <w:r>
        <w:br/>
        <w:t>А кто заставлял вас пить? Скандалить? Уходить?</w:t>
      </w:r>
    </w:p>
    <w:p w:rsidR="0084151C" w:rsidRDefault="0084151C" w:rsidP="0084151C">
      <w:pPr>
        <w:pStyle w:val="aff8"/>
      </w:pPr>
      <w:r>
        <w:t>ЕСЕНИН</w:t>
      </w:r>
      <w:r>
        <w:br/>
        <w:t>Никто.</w:t>
      </w:r>
    </w:p>
    <w:p w:rsidR="0084151C" w:rsidRDefault="0084151C" w:rsidP="0084151C">
      <w:pPr>
        <w:pStyle w:val="aff8"/>
      </w:pPr>
      <w:r>
        <w:t>СУДЬЯ</w:t>
      </w:r>
      <w:r>
        <w:br/>
        <w:t>Тогда кто надевал на вас маски?</w:t>
      </w:r>
    </w:p>
    <w:p w:rsidR="0084151C" w:rsidRDefault="0084151C" w:rsidP="0084151C">
      <w:pPr>
        <w:pStyle w:val="aff8"/>
      </w:pPr>
      <w:r>
        <w:t>Пауза. ЕСЕНИН смотрит на пустое место, где обычно стоит ЗАЗЫВАЛА.</w:t>
      </w:r>
    </w:p>
    <w:p w:rsidR="0084151C" w:rsidRDefault="0084151C" w:rsidP="0084151C">
      <w:pPr>
        <w:pStyle w:val="aff8"/>
      </w:pPr>
      <w:r>
        <w:t>ЕСЕНИН</w:t>
      </w:r>
      <w:r>
        <w:br/>
        <w:t>Он.</w:t>
      </w:r>
    </w:p>
    <w:p w:rsidR="0084151C" w:rsidRDefault="0084151C" w:rsidP="0084151C">
      <w:pPr>
        <w:pStyle w:val="aff8"/>
      </w:pPr>
      <w:r>
        <w:t>ХОР смотрит в пустоту.</w:t>
      </w:r>
    </w:p>
    <w:p w:rsidR="0084151C" w:rsidRDefault="0084151C" w:rsidP="0084151C">
      <w:pPr>
        <w:pStyle w:val="aff8"/>
      </w:pPr>
      <w:r>
        <w:t>СУДЬЯ</w:t>
      </w:r>
      <w:r>
        <w:br/>
        <w:t>Там никого нет.</w:t>
      </w:r>
    </w:p>
    <w:p w:rsidR="0084151C" w:rsidRDefault="0084151C" w:rsidP="0084151C">
      <w:pPr>
        <w:pStyle w:val="aff8"/>
      </w:pPr>
      <w:r>
        <w:t>ЕСЕНИН</w:t>
      </w:r>
      <w:r>
        <w:br/>
        <w:t>Не ври.</w:t>
      </w:r>
    </w:p>
    <w:p w:rsidR="0084151C" w:rsidRDefault="0084151C" w:rsidP="0084151C">
      <w:pPr>
        <w:pStyle w:val="aff8"/>
      </w:pPr>
      <w:r>
        <w:t>ЗАЗЫВАЛА впервые выглядит испуганным, но никто его не видит. ЕСЕНИН подходит к нему.</w:t>
      </w:r>
    </w:p>
    <w:p w:rsidR="0084151C" w:rsidRDefault="0084151C" w:rsidP="0084151C">
      <w:pPr>
        <w:pStyle w:val="aff8"/>
      </w:pPr>
      <w:r>
        <w:t>ЕСЕНИН</w:t>
      </w:r>
      <w:r>
        <w:br/>
        <w:t>Кто ты?!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звонит.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Грохот.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Суд исчезает.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lastRenderedPageBreak/>
        <w:t>Белый свет.</w:t>
      </w:r>
    </w:p>
    <w:p w:rsidR="0084151C" w:rsidRPr="008B3D1B" w:rsidRDefault="0084151C" w:rsidP="0084151C">
      <w:pPr>
        <w:pStyle w:val="SceneHead"/>
        <w:rPr>
          <w:lang w:val="ru-RU"/>
        </w:rPr>
      </w:pPr>
      <w:r w:rsidRPr="008B3D1B">
        <w:rPr>
          <w:lang w:val="ru-RU"/>
        </w:rPr>
        <w:t>КАРТИНА ЧЕТЫРНАДЦАТАЯ</w:t>
      </w:r>
    </w:p>
    <w:p w:rsidR="0084151C" w:rsidRPr="008B3D1B" w:rsidRDefault="0084151C" w:rsidP="0084151C">
      <w:pPr>
        <w:pStyle w:val="SceneSubtitle"/>
        <w:rPr>
          <w:lang w:val="ru-RU"/>
        </w:rPr>
      </w:pPr>
      <w:r w:rsidRPr="008B3D1B">
        <w:rPr>
          <w:lang w:val="ru-RU"/>
        </w:rPr>
        <w:t>«БОЛЬНИЦА. ПАЛАТА БЕЗ РОЛИ»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Белая кровать. Стол. Окно.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сидит в больничной рубахе.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Никаких зеркал перед ним. Они развёрнуты стеклом к стенам.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ВРАЧ входит с папкой.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Как спали?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выступал.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спросил — как спали.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я ответил.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ВРАЧ садится.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Сегодня без шуток.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Тогда вам придётся говорить одному.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Хорошо.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молчит.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Долго.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начинает нервничать.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Ну?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ВРАЧ молчит.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Вы же пришли.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ВРАЧ молчит.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Доктор.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Да?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Что вам надо?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Ничего.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Так не бывает.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Почему?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Люди приходят зачем-то.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пришёл посидеть.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Со мной?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Да.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Зачем?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Вы опять спрашиваете.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Пауза.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встаёт, ходит.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Дайте зеркало.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Зачем?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Побриться.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Вы побриты.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проводит ладонью по подбородку.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Тогда просто.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Почему?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Вы пять минут просидите без собственного лица.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смеётся.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Это медицинский метод?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Нет. Любопытство.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если исчезну?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Позовёте.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Кого?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Себя.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смотрит на него с раздражением.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Вы все теперь поэты.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Нет. Поэтому мне проще.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Пауза.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Доктор, а вы знаете, что такое проснуться и сначала решить, кем сегодня быть?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Хороший ответ.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вы знаете?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Слишком хорошо.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Тогда не решайте.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Что?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Один день. Не выбирайте.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И кем ходить?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Никем.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хохочет.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Никем! Доктор, за такое раньше в монастырь уходили.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Вам предлагается палата.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Белая пустая комната.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Да.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Без публики.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Да.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Без женщин.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 возможности.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Без друзей.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На время.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Без него.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Кого?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понимает, что сказал.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Кого, Сергей Александрович?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Никого.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Вы иногда разговариваете с кем-то, кого нет в комнате?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Вы тоже.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 кем?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 пациентом, которого придумали по моему делу.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Возможно.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ожидал спора.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Но я могу закрыть папку.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закрывает папку и откладывает.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Теперь кто вы?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Всё равно пациент.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lastRenderedPageBreak/>
        <w:t>ВРАЧ снимает халат.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Теперь?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Мужик в жилете.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Уже лучше.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Оба едва улыбаются.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Напишите сегодня что-нибудь, что никому не покажете.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Зачем писать тогда?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Вот это и проверим.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ВРАЧ выходит.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остаётся.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На столе карандаш и бумага.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садится.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Пишет слово.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Зачёркивает.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Пишет снова.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 его спиной бесшумно появляется ЗАЗЫВАЛА — теперь без цилиндра.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не оборачивается.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знаю, что ты здесь.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тихо.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Уходи.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если уйду?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Уходи.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Совсем?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Совсем.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подходит ближе.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Тогда придётся писать без меня.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писал до тебя.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резко оборачивается.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Вы просто меня тогда не видели.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Кто ты?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Вы почти догадались в суде.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Ответь.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Сначала напишите.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кивает на бумагу.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Что?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Что-нибудь, что никому не покажете.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смотрит на лист.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Долго.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Потом пишет.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пытается заглянуть.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закрывает рукой.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улыбается.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Вот теперь получилось.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Что?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Первое частное стихотворение.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Пошёл вон.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 удовольствием.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уходит.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быстро складывает лист вчетверо и прячет под матрас.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Потом смотрит на дверь.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Достаёт лист.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lastRenderedPageBreak/>
        <w:t>Разворачивает.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И всё-таки читает вслух.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Но зритель не слышит текста: в этот момент громко начинает играть шарманка.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вскакивает.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уже не в комнате — ручка шарманки вращается сама.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Темнота.</w:t>
      </w:r>
    </w:p>
    <w:p w:rsidR="0084151C" w:rsidRPr="008B3D1B" w:rsidRDefault="0084151C" w:rsidP="0084151C">
      <w:pPr>
        <w:pStyle w:val="SceneHead"/>
        <w:rPr>
          <w:lang w:val="ru-RU"/>
        </w:rPr>
      </w:pPr>
      <w:r w:rsidRPr="008B3D1B">
        <w:rPr>
          <w:lang w:val="ru-RU"/>
        </w:rPr>
        <w:t>КАРТИНА ПЯТНАДЦАТАЯ</w:t>
      </w:r>
    </w:p>
    <w:p w:rsidR="0084151C" w:rsidRPr="008B3D1B" w:rsidRDefault="0084151C" w:rsidP="0084151C">
      <w:pPr>
        <w:pStyle w:val="SceneSubtitle"/>
        <w:rPr>
          <w:lang w:val="ru-RU"/>
        </w:rPr>
      </w:pPr>
      <w:r w:rsidRPr="008B3D1B">
        <w:rPr>
          <w:lang w:val="ru-RU"/>
        </w:rPr>
        <w:t>«ЧЁРНЫЙ ЧЕЛОВЕК»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Ночь.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Та же больничная палата, но стены будто вытянулись.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просыпается.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На стуле у кровати сидит ЗАЗЫВАЛА. На нём теперь чёрный сюртук и тот самый цилиндр.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В руках — большая книга в чёрном переплёте.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Уходи.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могу. Чтение.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не просил.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публика просила.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Здесь нет публики.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смотрит в зал.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Правда?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тоже смотрит.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открывает книгу.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«Жил мальчик в простой крестьянской семье…»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Закрой.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«Желтоволосый, с голубыми глазами…»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сказал — закрой.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«Стал поэтом. Был изящен. Любил скандал. Любил женщин. Любил, чтобы его любили…»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lastRenderedPageBreak/>
        <w:t>ЕСЕНИН бросается к нему, но ЗАЗЫВАЛА отступает ровно на шаг.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«Был человек тот авантюрист самой высокой и лучшей марки…»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Ты врёшь.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Конечно. Это же биография.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Дай книгу.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Зачем?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Дай!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вырывает книгу.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Листает.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Страницы пустые.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Здесь ничего нет.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я разве читал?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смотрит на него.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подсказывал. Читали вы.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Пауза.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Кто ты?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Суфлёр.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Чей?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Ваш.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Кто тебя нанял?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Вы.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Когда?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Очень давно. Когда первый раз заметили, что, если войти чуть медленнее, на вас посмотрят. Когда поняли, что белая рубаха работает лучше серого пиджака. Когда после хорошей шутки дождались смеха и запомнили паузу.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Это все делают.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Конечно.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Тогда почему ты у меня?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Потому что вы были талантливее.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 чём?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 превращении.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подходит к зеркалу и разворачивает его к ЕСЕНИНУ.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В зеркале вместо одного отражения — несколько видеопроекций ЕСЕНИНА: мальчик в рубахе, франт в цилиндре, хулиган, любовник, больной, «советский поэт», пьяный.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Все двигаются с небольшой задержкой.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Вы думаете, они вас съели?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молчит.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Нет. Вы ими питались.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Заткнись.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Вам нравилось входить — и чувствовать, как воздух меняется.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Заткнись.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Нравилось, когда женщины знали фамилию до имени.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Заткнись!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Нравилось, когда после первой строки становилось тихо.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хватает стул.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Нравилось даже падать, если падение видели.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бросает стул в зеркало.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lastRenderedPageBreak/>
        <w:t>Грохот.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Зеркало покрывается трещинами, но не рассыпается.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Свет вспыхивает.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В трещинах все отражения соединяются в одно — самого ЕСЕНИНА.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Тишина.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тяжело дышит.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Вот.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Что?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Никого больше нет.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подходит к треснувшему стеклу.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один…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И разбитое зеркало.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медленно оборачивается.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Ты знал «Чёрного человека» до того, как я написал?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вы думаете, кто кому приснился?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Темнота.</w:t>
      </w:r>
    </w:p>
    <w:p w:rsidR="0084151C" w:rsidRPr="008B3D1B" w:rsidRDefault="0084151C" w:rsidP="0084151C">
      <w:pPr>
        <w:pStyle w:val="SceneHead"/>
        <w:rPr>
          <w:lang w:val="ru-RU"/>
        </w:rPr>
      </w:pPr>
      <w:r w:rsidRPr="008B3D1B">
        <w:rPr>
          <w:lang w:val="ru-RU"/>
        </w:rPr>
        <w:t>КАРТИНА ШЕСТНАДЦАТАЯ</w:t>
      </w:r>
    </w:p>
    <w:p w:rsidR="0084151C" w:rsidRPr="008B3D1B" w:rsidRDefault="0084151C" w:rsidP="0084151C">
      <w:pPr>
        <w:pStyle w:val="SceneSubtitle"/>
        <w:rPr>
          <w:lang w:val="ru-RU"/>
        </w:rPr>
      </w:pPr>
      <w:r w:rsidRPr="008B3D1B">
        <w:rPr>
          <w:lang w:val="ru-RU"/>
        </w:rPr>
        <w:t>«ПОБЕГ»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Утро. Больничный коридор.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ХОР в белых халатах движется ритмично, почти как конвейер.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уже одет. Чемодан.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ВРАЧ стоит в дверях.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Куда?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Ленинград.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Мы не закончили.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я закончил.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Вы сами пришли.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Сам и ухожу.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Это не аргумент.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Лучший из моих.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Вы спали четыре часа за двое суток.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 поезде посплю.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Вы опять хотите сменить декорацию и надеетесь, что изменится пьеса.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вы хотите запереть актёра в гримёрке и уверены, что он станет человеком.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хочу, чтобы вы дожили до момента, когда вам не потребуется сравнивать себя с актёром.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Пауза.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Доктор.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Да.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если я и есть актёр?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Тогда играйте. Но знайте, когда снимают свет.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улыбается.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Хорошая реплика.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берите её себе.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Уже взял.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уходит.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Сергей Александрович.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оборачивается.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Тот лист, который вы спрятали под матрасом, я не читал.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забрал.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знаю.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Откуда?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Вы проверили карман три раза.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улыбается почти по-детски.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показывайте его никому.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Посмотрим.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ВРАЧ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Вот поэтому и говорю.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Поездной свисток.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выходит из толпы пассажиров.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В руках два билета.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тебе не покупал.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У нас одно место.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Они входят в поезд.</w:t>
      </w:r>
    </w:p>
    <w:p w:rsidR="0084151C" w:rsidRPr="008B3D1B" w:rsidRDefault="0084151C" w:rsidP="0084151C">
      <w:pPr>
        <w:pStyle w:val="SceneHead"/>
        <w:rPr>
          <w:lang w:val="ru-RU"/>
        </w:rPr>
      </w:pPr>
      <w:r w:rsidRPr="008B3D1B">
        <w:rPr>
          <w:lang w:val="ru-RU"/>
        </w:rPr>
        <w:t>КАРТИНА СЕМНАДЦАТАЯ</w:t>
      </w:r>
    </w:p>
    <w:p w:rsidR="0084151C" w:rsidRPr="008B3D1B" w:rsidRDefault="0084151C" w:rsidP="0084151C">
      <w:pPr>
        <w:pStyle w:val="SceneSubtitle"/>
        <w:rPr>
          <w:lang w:val="ru-RU"/>
        </w:rPr>
      </w:pPr>
      <w:r w:rsidRPr="008B3D1B">
        <w:rPr>
          <w:lang w:val="ru-RU"/>
        </w:rPr>
        <w:t>«АНГЛЕТЕР. ПОСЛЕДНИЙ ВЫХОД»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Возвращается тот самый гостиничный номер из пролога.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Впервые зритель понимает: он никуда не исчезал. Все предыдущие декорации существовали внутри него.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На экране: «ЛЕНИНГРАД. ДЕКАБРЬ 1925».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входит точно так же, как в прологе: пальто в снегу, чемодан.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Закрывает дверь.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Проверяет замок.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Ставит чемодан.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Подходит к зеркалу.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Но зеркало треснуто — как в больничной сцене.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Ну.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Пауза.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Кто сегодня?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Тишина.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Никакого ЗАЗЫВАЛЫ.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ждёт.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Эй.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Тишина.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заглядывает за шарманку.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Никого.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Сначала облегчение.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Потом тревога.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Хватит.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Тишина.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Выходи.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Никто.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звонит в гостиничный звонок.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Появляется ПРОХОЖИЙ — теперь гостиничный служащий.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СЛУЖАЩИЙ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Вы звонили?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Да.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СЛУЖАЩИЙ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Что-нибудь нужно?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У вас… тут никто не ходил?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СЛУЖАЩИЙ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 вам?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Нет. По коридору.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СЛУЖАЩИЙ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Ходят.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 цилиндре.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СЛУЖАЩИЙ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видел.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Ладно.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СЛУЖАЩИЙ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Ещё что-нибудь?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Чернила есть?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СЛУЖАЩИЙ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Поищу.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надо.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СЛУЖАЩИЙ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Точно?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Точно.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СЛУЖАЩИЙ собирается уходить, потом узнаёт.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СЛУЖАЩИЙ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Простите… Сергей Александрович?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закрывает глаза.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Да.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СЛУЖАЩИЙ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Жена стихи ваши любит.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Хорошая жена.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СЛУЖАЩИЙ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Можно… потом подпишете?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Потом.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СЛУЖАЩИЙ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Спасибо.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Уходит.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остаётся.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Шепчет: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Потом.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открывает чемодан. Достаёт бумаги, рубаху, цилиндр.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Цилиндр ставит на стол.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Смотрит на него.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Убирает обратно.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Стук в дверь.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lastRenderedPageBreak/>
        <w:t>ЕСЕНИН вздрагивает.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ГОЛОС МАРИЕНГОФА за дверью — или только воспоминание: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ГОЛОС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Серёжа, открывай!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бросается к двери.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Открывает.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Коридор пуст.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Закрывает.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Садится.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Стук снова.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ГОЛОС ЗИНАИДЫ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Серёжа?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не открывает.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ГОЛОС АЙСЕДОРЫ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>
        <w:t>Sergei</w:t>
      </w:r>
      <w:r w:rsidRPr="008B3D1B">
        <w:rPr>
          <w:lang w:val="ru-RU"/>
        </w:rPr>
        <w:t>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ГОЛОС СОФЬИ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Сергей.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ГОЛОС МАТЕРИ — её не было среди действующих лиц, голос может исходить из ХОРА: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ГОЛОС МАТЕРИ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Серёженька.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зажимает уши.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все сразу.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Голоса исчезают.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Тишина.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достаёт сложенный больничный лист.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Разворачивает.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Смотрит.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Улыбается.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Никому.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подносит лист к свече.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Останавливается.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Не сжигает.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Кладёт в чемодан.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В дальнем углу появляется ДЕВОЧКА.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На этот раз та самая маленькая.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ДЕВОЧКА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Почему не сжёг?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Жалко.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ДЕВОЧКА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Кому покажешь?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Никому.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ДЕВОЧКА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Врёшь?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Наверное.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Она подходит.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ДЕВОЧКА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Ты сегодня кто?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смотрит на неё.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знаю.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ДЕВОЧКА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Хорошо.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Что хорошего?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ДЕВОЧКА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Первый раз не придумал.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Она садится на кровать.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ДЕВОЧКА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Расскажи что-нибудь.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Стихотворение?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ДЕВОЧКА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что?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ДЕВОЧКА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Что-нибудь, чего нигде нет.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думает.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Когда я маленький был, у нас за Окой зимой лёд вставал. Ночью трещал так, будто кто-то огромный под рекой переворачивался. Я лежал и думал: там кто-то живёт. И если лёд лопнет, он выйдет.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ДЕВОЧКА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И боялся?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Очень.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ДЕВОЧКА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хотел, чтобы вышел?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Очень.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Она улыбается.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ДЕВОЧКА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Вот ты какой.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Какой?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ДЕВОЧКА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Боишься и зовёшь.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Она исчезает.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остаётся.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Тихий звон колокольчика.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медленно поворачивается.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стоит у двери.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Без фрака. Без цилиндра. В простой белой рубахе и тёмных брюках.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Почти как ЕСЕНИН.</w:t>
      </w:r>
    </w:p>
    <w:p w:rsidR="0084151C" w:rsidRPr="008B3D1B" w:rsidRDefault="0084151C" w:rsidP="0084151C">
      <w:pPr>
        <w:pStyle w:val="SceneHead"/>
        <w:rPr>
          <w:lang w:val="ru-RU"/>
        </w:rPr>
      </w:pPr>
      <w:r w:rsidRPr="008B3D1B">
        <w:rPr>
          <w:lang w:val="ru-RU"/>
        </w:rPr>
        <w:t>КАРТИНА ВОСЕМНАДЦАТАЯ</w:t>
      </w:r>
    </w:p>
    <w:p w:rsidR="0084151C" w:rsidRPr="008B3D1B" w:rsidRDefault="0084151C" w:rsidP="0084151C">
      <w:pPr>
        <w:pStyle w:val="SceneSubtitle"/>
        <w:rPr>
          <w:lang w:val="ru-RU"/>
        </w:rPr>
      </w:pPr>
      <w:r w:rsidRPr="008B3D1B">
        <w:rPr>
          <w:lang w:val="ru-RU"/>
        </w:rPr>
        <w:t>«КТО КОГО ПРИДУМАЛ»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Где был?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Хотели без меня.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Получалось.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Видел.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Следил?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как иначе? Работа.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Ты сказал, я тебя нанял.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Да.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Увольняю.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Поздно.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Почему?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Вы уже умеете сами.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Пауза.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кладёт колокольчик на стол между ними.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Вот.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Забери.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Ваш.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Твой.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Всегда был ваш.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Ты звонил.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Когда вы ждали.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Ты подсказывал.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То, что вы хотели услышать.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Ты толкал меня.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ни разу к вам не прикоснулся.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Тишина.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вспоминает.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И действительно: ЗАЗЫВАЛА ни разу физически не заставлял его.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Врёшь.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Покажите.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Что?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Хоть один раз. Где я заставил.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На зеркалах быстро вспыхивают сцены пьесы без звука.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Белая рубаха — ЕСЕНИН сам выходит читать.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Дом с ЗИНАИДОЙ — сам надевает пиджак.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Кафе — сам берёт колокольчик.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Америка — сам превращает унижение в балаган.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Кабак — сам берёт стакан.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предлагал выход.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Ты знал, что я выберу.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Это другое.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Какое?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Страшнее.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Пауза.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садится.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Зачем ты мне?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Чтобы не было так страшно.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Что страшно?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Выйти просто Сергеем и обнаружить, что этого мало.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закрывает лицо руками.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Сначала вы играли, потому что боялись, что вас не увидят.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Хватит.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Потом — потому что увидели.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Хватит.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Потом вы уже не знали, что делать, если никто не смотрит.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вскакивает.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ХВАТИТ!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Тишина.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Хорошо.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направляется к двери.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Стой.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останавливается.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Ты… это я?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не отвечает.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Ответь.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удивлён.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— не вы. Я ваша привычка быть собой на глазах у других.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медленно подходит к зеркалу.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Если хотите красивее — ваше лицедейство.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Лицедей.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Пробует слово.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всю жизнь думал, будто это они.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Кто?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Все. Газеты. Друзья. Женщины. Власть. Публика. Они придумали «Есенина», а я, бедный, носил.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смеётся.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Как удобно.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молчит.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я сам такой.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Впервые говорит без трагической позы. Почти с удивлением.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Мне нравилось.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Да.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Нравилось, когда узнают.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Да.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Когда ждут.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Да.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Когда женщина сначала видит стихи, потом меня.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Да.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Когда можно войти одним, выйти другим и всем объяснить, что это судьба.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Да.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начинает смеяться. Смех постепенно становится плачем, но он не прячет лицо.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Сволочь.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Кто?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спешите. И это роль.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замирает.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«Сволочь, которая всё поняла перед финалом». Очень эффектно.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смотрит на него. Потом неожиданно улыбается.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Вот сукин сын.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Учитель хороший.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тебя сейчас убью.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Попробуйте. Публике понравится.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Они оба смеются.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И вдруг впервые становятся почти друзьями.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садится рядом.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Что делать теперь?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знаю.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Как не знаешь?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умею только объявлять номера.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после представления?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исчезаю.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И всё?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И всё.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смотрит на колокольчик.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если не заканчивать представление?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Вы пробовали.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Тишина.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устал.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Знаю.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Нет. Сейчас не красиво. Просто устал.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Знаю.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Мне тридцать.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Знаю.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Мало.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Очень.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Долгая пауза.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впервые обращается к нему не официально: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Серёжа.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закрывает глаза.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Вот теперь можно.</w:t>
      </w:r>
    </w:p>
    <w:p w:rsidR="0084151C" w:rsidRPr="008B3D1B" w:rsidRDefault="0084151C" w:rsidP="0084151C">
      <w:pPr>
        <w:pStyle w:val="SceneHead"/>
        <w:rPr>
          <w:lang w:val="ru-RU"/>
        </w:rPr>
      </w:pPr>
      <w:r w:rsidRPr="008B3D1B">
        <w:rPr>
          <w:lang w:val="ru-RU"/>
        </w:rPr>
        <w:t>КАРТИНА ДЕВЯТНАДЦАТАЯ</w:t>
      </w:r>
    </w:p>
    <w:p w:rsidR="0084151C" w:rsidRPr="008B3D1B" w:rsidRDefault="0084151C" w:rsidP="0084151C">
      <w:pPr>
        <w:pStyle w:val="SceneSubtitle"/>
        <w:rPr>
          <w:lang w:val="ru-RU"/>
        </w:rPr>
      </w:pPr>
      <w:r w:rsidRPr="008B3D1B">
        <w:rPr>
          <w:lang w:val="ru-RU"/>
        </w:rPr>
        <w:t>«ПОСЛЕДНЕЕ СТИХОТВОРЕНИЕ»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Гостиничный номер.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сидит далеко, у шарманки, но не крутит её.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за столом.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Перед ним бумага. Чернил нет.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ищет. Открывает ящик. Пусто.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не помогает.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И правда нет.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Бывает.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смотрит на свою руку.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Свет становится холоднее.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Важно: сценическое действие не должно натуралистически демонстрировать причинение вреда. Зритель видит только, как ЕСЕНИН прячет руку под столом, затем берёт перо или спичку-щепку; на бумаге появляется красная строка благодаря световой или проекционной технике.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пишет.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Кому?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Другу.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Какому?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твоё дело.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Значит, хороший.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lastRenderedPageBreak/>
        <w:t>ЕСЕНИН пишет дальше.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тихо: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До свиданья, друг мой, до свиданья…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закрывает глаза.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читает стихотворение без музыки, без проекции и без аплодисментного света.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После последней строки — тишина.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ждёт.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Замечает, что ждёт.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Улыбается.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Ну конечно.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поворачивается к залу.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хлопайте.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Тишина.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Правда. Не надо.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Кто-то из ХОРА за кулисами делает один хлопок — как в прологе.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вздрагивает.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Второй хлопок.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резко: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сказал — не надо!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Аплодисменты начинают нарастать — не реальные зрительские, а фонограмма. Они становятся всё громче.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закрывает уши.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встаёт.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Это не они.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кто?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Вы помните.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Аплодисменты — это запись всех прежних сцен.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Смех кафе.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«Есенин!»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Вспышки Америки.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«Гений!»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lastRenderedPageBreak/>
        <w:t>«Хулиган!»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«Серёжа!»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Всё смешивается.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подходит к шарманке и резко останавливает её, хотя она не играла.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Все звуки обрываются.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Тишина.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Вот так.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Что теперь?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Теперь я сам.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берёт колокольчик.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звоните.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Почему?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не знаю, какой номер дальше.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я знаю.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впервые по-настоящему пугается.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Сергей.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 бойся.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не умею после.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тоже.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поднимает колокольчик.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Но не звонит.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Кладёт обратно.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выдыхает.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Без звонка.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Свет начинает медленно уходить.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что играть?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Ничего.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Так нельзя.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Почему?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Люди заплатили.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смотрит в зал.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Пусть хоть раз уйдут без меня.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Затемнение не полное. Мы ещё видим его силуэт у окна.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Не показывается ни петля, ни способ смерти, ни само действие. Слышно только далёкий ночной город и один раз — треск льда, тот самый звук из детского воспоминания.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ЕСЕНИН в темноте шепчет: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Вышел всё-таки…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Тьма.</w:t>
      </w:r>
    </w:p>
    <w:p w:rsidR="0084151C" w:rsidRPr="008B3D1B" w:rsidRDefault="0084151C" w:rsidP="0084151C">
      <w:pPr>
        <w:pStyle w:val="SceneHead"/>
        <w:rPr>
          <w:lang w:val="ru-RU"/>
        </w:rPr>
      </w:pPr>
      <w:r w:rsidRPr="008B3D1B">
        <w:rPr>
          <w:lang w:val="ru-RU"/>
        </w:rPr>
        <w:t>КАРТИНА ДВАДЦАТАЯ</w:t>
      </w:r>
    </w:p>
    <w:p w:rsidR="0084151C" w:rsidRPr="008B3D1B" w:rsidRDefault="0084151C" w:rsidP="0084151C">
      <w:pPr>
        <w:pStyle w:val="SceneSubtitle"/>
        <w:rPr>
          <w:lang w:val="ru-RU"/>
        </w:rPr>
      </w:pPr>
      <w:r w:rsidRPr="008B3D1B">
        <w:rPr>
          <w:lang w:val="ru-RU"/>
        </w:rPr>
        <w:t>«УТРО»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Свет серого зимнего утра.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Гостиничный номер виден, но пуст.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Ни тела, ни реконструкции смерти.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На полу — лист.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ПРОХОЖИЙ-СЛУЖАЩИЙ входит с чернильницей.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СЛУЖАЩИЙ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Сергей Александрович?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Тишина.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СЛУЖАЩИЙ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Чернила нашёл.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ставит чернильницу на стол.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Замечает лист.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Не читает.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Смотрит в сторону, недоступную зрителю.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Лицо меняется.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 медленно снимает фуражку.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lastRenderedPageBreak/>
        <w:t>Входит ХОР.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Но теперь никто не играет. Они стоят в своей обычной чёрной одежде.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Один ХОРИСТ начинает: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ХОРИСТ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Поэт Сергей Есенин…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появляется и резко: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ХОРИСТ замолкает.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Другой: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ХОРИСТКА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Великий русский…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ТРЕТИЙ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Трагически…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Нет.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ХОР смотрит на него.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снимает фрак — если ещё был — и кладёт его на стул.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ЗАЗЫВАЛА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Уже всё. Не объявлять.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ХОР медленно снимает маски, которые использовал в спектакле, и кладёт на пол.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Белая рубаха.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Цилиндр.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Красная косынка.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Шарф.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Чёрная маска.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Таблички «ГЕНИЙ», «ХУЛИГАН», «КРЕСТЬЯНСКИЙ», «ПЬЯНИЦА», «СОВЕТСКИЙ».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Все лежат кучей.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Входит ДЕВОЧКА.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Подходит к пустому стулу.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ДЕВОЧКА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А Сергей где?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Никто не отвечает.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ДЕВОЧКА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не Есенина спрашиваю.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Тишина.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lastRenderedPageBreak/>
        <w:t>ДЕВОЧКА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Сергей где?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смотрит на неё.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Не знает, что ответить.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ДЕВОЧКА садится на стул и ждёт.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Долго.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Потом зеркала начинают медленно разворачиваться.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Они больше не отражают сцену.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Они отражают зрительный зал.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ХОР тоже поворачивается и смотрит на зрителей.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Не обвиняюще. Просто смотрит.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Из темноты голос ЕСЕНИНА: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 (голос)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Вы пришли смотреть на меня? Или на того, кого вам покажут?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Те же слова, что могли бы открыть обычную биографическую пьесу, теперь звучат иначе.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Пауза.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 (голос)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всё думал — вы меня таким сделали.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Тишина.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 (голос)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Удобно думал.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Ещё пауза.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 (голос)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Меня не заставляли.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закрывает глаза.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 (голос)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Я сам выходил.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ДЕВОЧКА смотрит в зал.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 (голос)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И всё-таки… если когда-нибудь вспомните — не аплодируйте тому, как я ушёл.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Пауза.</w:t>
      </w:r>
    </w:p>
    <w:p w:rsidR="0084151C" w:rsidRPr="008B3D1B" w:rsidRDefault="0084151C" w:rsidP="0084151C">
      <w:pPr>
        <w:pStyle w:val="Speaker"/>
        <w:rPr>
          <w:lang w:val="ru-RU"/>
        </w:rPr>
      </w:pPr>
      <w:r w:rsidRPr="008B3D1B">
        <w:rPr>
          <w:lang w:val="ru-RU"/>
        </w:rPr>
        <w:t>ЕСЕНИН (голос)</w:t>
      </w:r>
    </w:p>
    <w:p w:rsidR="0084151C" w:rsidRPr="008B3D1B" w:rsidRDefault="0084151C" w:rsidP="0084151C">
      <w:pPr>
        <w:pStyle w:val="Dialogue"/>
        <w:ind w:left="340"/>
        <w:rPr>
          <w:lang w:val="ru-RU"/>
        </w:rPr>
      </w:pPr>
      <w:r w:rsidRPr="008B3D1B">
        <w:rPr>
          <w:lang w:val="ru-RU"/>
        </w:rPr>
        <w:t>Лучше прочитайте то, что осталось.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Свет остаётся только на пустом листе бумаги и чернильнице, которую принесли слишком поздно.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Кажется, спектакль закончен.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автоматически берёт колокольчик, чтобы объявить финал.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Поднимает.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Смотрит на него.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lastRenderedPageBreak/>
        <w:t>И кладёт обратно.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Никакого звонка.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Тишина длится несколько секунд.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Только затем медленно гаснет свет.</w:t>
      </w:r>
    </w:p>
    <w:p w:rsidR="0084151C" w:rsidRPr="008B3D1B" w:rsidRDefault="0084151C" w:rsidP="0084151C">
      <w:pPr>
        <w:pStyle w:val="ActHead"/>
        <w:rPr>
          <w:lang w:val="ru-RU"/>
        </w:rPr>
      </w:pPr>
      <w:r w:rsidRPr="008B3D1B">
        <w:rPr>
          <w:lang w:val="ru-RU"/>
        </w:rPr>
        <w:t>ЭПИЛОГ</w:t>
      </w:r>
    </w:p>
    <w:p w:rsidR="0084151C" w:rsidRPr="008B3D1B" w:rsidRDefault="0084151C" w:rsidP="0084151C">
      <w:pPr>
        <w:pStyle w:val="SceneSubtitle"/>
        <w:rPr>
          <w:lang w:val="ru-RU"/>
        </w:rPr>
      </w:pPr>
      <w:r w:rsidRPr="008B3D1B">
        <w:rPr>
          <w:lang w:val="ru-RU"/>
        </w:rPr>
        <w:t>«ПОКЛОН»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Полная темнота.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Обычно в этот момент артисты выходят на поклон.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Но сначала никто не выходит.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Проходит несколько секунд.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Затем на пустой сцене сама собой начинает играть шарманка — первые такты мелодии «Клён ты мой опавший».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Она играет фальшиво, словно механизм изношен.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На экране — не фотографии Есенина, а только даты: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1895 — 1925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Потом даты исчезают.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Шарманка замедляется.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Останавливается посреди фразы.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После этого артисты могут выйти на поклон — уже без костюмов и масок.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Исполнитель роли Есенина выходит последним.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Зазывала не выходит отдельно: актёр, игравший Зазывалу, уже стоит среди всех и ничем не выделен.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Никаких финальных стихов поверх поклона.</w:t>
      </w:r>
    </w:p>
    <w:p w:rsidR="0084151C" w:rsidRPr="008B3D1B" w:rsidRDefault="0084151C" w:rsidP="0084151C">
      <w:pPr>
        <w:pStyle w:val="StageDirection"/>
        <w:rPr>
          <w:lang w:val="ru-RU"/>
        </w:rPr>
      </w:pPr>
      <w:r w:rsidRPr="008B3D1B">
        <w:rPr>
          <w:lang w:val="ru-RU"/>
        </w:rPr>
        <w:t>КОНЕЦ</w:t>
      </w:r>
    </w:p>
    <w:p w:rsidR="0084151C" w:rsidRPr="008B3D1B" w:rsidRDefault="0084151C" w:rsidP="0084151C">
      <w:pPr>
        <w:rPr>
          <w:lang w:val="ru-RU"/>
        </w:rPr>
      </w:pPr>
      <w:r w:rsidRPr="008B3D1B">
        <w:rPr>
          <w:lang w:val="ru-RU"/>
        </w:rPr>
        <w:br w:type="page"/>
      </w:r>
    </w:p>
    <w:p w:rsidR="0084151C" w:rsidRPr="008B3D1B" w:rsidRDefault="0084151C" w:rsidP="0084151C">
      <w:pPr>
        <w:pStyle w:val="SectionHead"/>
        <w:rPr>
          <w:lang w:val="ru-RU"/>
        </w:rPr>
      </w:pPr>
      <w:bookmarkStart w:id="0" w:name="_GoBack"/>
      <w:bookmarkEnd w:id="0"/>
      <w:r w:rsidRPr="008B3D1B">
        <w:rPr>
          <w:lang w:val="ru-RU"/>
        </w:rPr>
        <w:lastRenderedPageBreak/>
        <w:t>ИСТОРИЧЕСКОЕ ПРИМЕЧАНИЕ ДЛЯ РЕЖИССЁРА И ЛИТЕРАТУРНОЙ ЧАСТИ</w:t>
      </w:r>
    </w:p>
    <w:p w:rsidR="0084151C" w:rsidRPr="008B3D1B" w:rsidRDefault="0084151C" w:rsidP="0084151C">
      <w:pPr>
        <w:pStyle w:val="NoteText"/>
        <w:rPr>
          <w:lang w:val="ru-RU"/>
        </w:rPr>
      </w:pPr>
      <w:r w:rsidRPr="008B3D1B">
        <w:rPr>
          <w:lang w:val="ru-RU"/>
        </w:rPr>
        <w:t>Сергей Александрович Есенин родился 3 октября (21 сентября по старому стилю) 1895 года в Константинове Рязанской губернии и умер 28 декабря 1925 года в Ленинграде. Его брак с Зинаидой Райх, отношения и дети, брак и зарубежная поездка с Айседорой Дункан, имажинистский период и дружба с Анатолием Мариенгофом, кавказские поездки, последний брак с Софьей Толстой-Есениной и лечение в конце 1925 года относятся к документированной биографии поэта. Реплики, суд, фигура Зазывалы, Девочка и большинство сценических столкновений являются художественной драматургией.</w:t>
      </w:r>
    </w:p>
    <w:p w:rsidR="0084151C" w:rsidRPr="008B3D1B" w:rsidRDefault="0084151C" w:rsidP="0084151C">
      <w:pPr>
        <w:pStyle w:val="NoteText"/>
        <w:rPr>
          <w:lang w:val="ru-RU"/>
        </w:rPr>
      </w:pPr>
      <w:r w:rsidRPr="008B3D1B">
        <w:rPr>
          <w:lang w:val="ru-RU"/>
        </w:rPr>
        <w:t>Пьеса сознательно не делает предметом интриги спор о версии смерти Есенина. Её интрига иного рода: кто всю жизнь заставлял его играть? Финальный ответ: единственного виновника нет. Общество закрепляло удобные маски, но Есенин сам обладал страстью к превращению, сам пользовался ею и только в конце перестаёт перекладывать ответственность на зрителя.</w:t>
      </w:r>
    </w:p>
    <w:p w:rsidR="0084151C" w:rsidRDefault="0084151C" w:rsidP="0084151C">
      <w:pPr>
        <w:spacing w:before="360"/>
        <w:jc w:val="center"/>
      </w:pPr>
      <w:r>
        <w:rPr>
          <w:b/>
          <w:sz w:val="26"/>
        </w:rPr>
        <w:t>КОНЕЦ</w:t>
      </w:r>
    </w:p>
    <w:p w:rsidR="00893B21" w:rsidRDefault="00893B21"/>
    <w:sectPr w:rsidR="00893B21" w:rsidSect="00034616">
      <w:headerReference w:type="default" r:id="rId5"/>
      <w:footerReference w:type="default" r:id="rId6"/>
      <w:pgSz w:w="12240" w:h="15840"/>
      <w:pgMar w:top="1020" w:right="1020" w:bottom="1020" w:left="1247" w:header="454" w:footer="45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1D81" w:rsidRDefault="0084151C">
    <w:pPr>
      <w:pStyle w:val="a7"/>
      <w:jc w:val="center"/>
    </w:pPr>
    <w:r>
      <w:rPr>
        <w:sz w:val="18"/>
      </w:rPr>
      <w:t xml:space="preserve">Есенин  • 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noProof/>
        <w:sz w:val="18"/>
      </w:rPr>
      <w:t>4</w:t>
    </w:r>
    <w:r>
      <w:rPr>
        <w:sz w:val="18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1D81" w:rsidRDefault="0084151C">
    <w:pPr>
      <w:pStyle w:val="a5"/>
      <w:jc w:val="right"/>
    </w:pPr>
    <w:r>
      <w:rPr>
        <w:i/>
        <w:sz w:val="17"/>
      </w:rPr>
      <w:t>Трагический балаган в двух действиях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51C"/>
    <w:rsid w:val="0084151C"/>
    <w:rsid w:val="00893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22BE1"/>
  <w15:chartTrackingRefBased/>
  <w15:docId w15:val="{092BFB07-E7B7-4DE3-982D-AC7358204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84151C"/>
    <w:pPr>
      <w:spacing w:after="80"/>
    </w:pPr>
    <w:rPr>
      <w:rFonts w:ascii="Times New Roman" w:eastAsia="Times New Roman" w:hAnsi="Times New Roman"/>
      <w:sz w:val="24"/>
      <w:lang w:val="en-US"/>
    </w:rPr>
  </w:style>
  <w:style w:type="paragraph" w:styleId="1">
    <w:name w:val="heading 1"/>
    <w:basedOn w:val="a1"/>
    <w:next w:val="a1"/>
    <w:link w:val="10"/>
    <w:uiPriority w:val="9"/>
    <w:qFormat/>
    <w:rsid w:val="0084151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8415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84151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84151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84151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84151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84151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84151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84151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84151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22">
    <w:name w:val="Заголовок 2 Знак"/>
    <w:basedOn w:val="a2"/>
    <w:link w:val="21"/>
    <w:uiPriority w:val="9"/>
    <w:rsid w:val="0084151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customStyle="1" w:styleId="32">
    <w:name w:val="Заголовок 3 Знак"/>
    <w:basedOn w:val="a2"/>
    <w:link w:val="31"/>
    <w:uiPriority w:val="9"/>
    <w:rsid w:val="0084151C"/>
    <w:rPr>
      <w:rFonts w:asciiTheme="majorHAnsi" w:eastAsiaTheme="majorEastAsia" w:hAnsiTheme="majorHAnsi" w:cstheme="majorBidi"/>
      <w:b/>
      <w:bCs/>
      <w:color w:val="5B9BD5" w:themeColor="accent1"/>
      <w:sz w:val="24"/>
      <w:lang w:val="en-US"/>
    </w:rPr>
  </w:style>
  <w:style w:type="character" w:customStyle="1" w:styleId="40">
    <w:name w:val="Заголовок 4 Знак"/>
    <w:basedOn w:val="a2"/>
    <w:link w:val="4"/>
    <w:uiPriority w:val="9"/>
    <w:semiHidden/>
    <w:rsid w:val="0084151C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lang w:val="en-US"/>
    </w:rPr>
  </w:style>
  <w:style w:type="character" w:customStyle="1" w:styleId="50">
    <w:name w:val="Заголовок 5 Знак"/>
    <w:basedOn w:val="a2"/>
    <w:link w:val="5"/>
    <w:uiPriority w:val="9"/>
    <w:semiHidden/>
    <w:rsid w:val="0084151C"/>
    <w:rPr>
      <w:rFonts w:asciiTheme="majorHAnsi" w:eastAsiaTheme="majorEastAsia" w:hAnsiTheme="majorHAnsi" w:cstheme="majorBidi"/>
      <w:color w:val="1F4D78" w:themeColor="accent1" w:themeShade="7F"/>
      <w:sz w:val="24"/>
      <w:lang w:val="en-US"/>
    </w:rPr>
  </w:style>
  <w:style w:type="character" w:customStyle="1" w:styleId="60">
    <w:name w:val="Заголовок 6 Знак"/>
    <w:basedOn w:val="a2"/>
    <w:link w:val="6"/>
    <w:uiPriority w:val="9"/>
    <w:semiHidden/>
    <w:rsid w:val="0084151C"/>
    <w:rPr>
      <w:rFonts w:asciiTheme="majorHAnsi" w:eastAsiaTheme="majorEastAsia" w:hAnsiTheme="majorHAnsi" w:cstheme="majorBidi"/>
      <w:i/>
      <w:iCs/>
      <w:color w:val="1F4D78" w:themeColor="accent1" w:themeShade="7F"/>
      <w:sz w:val="24"/>
      <w:lang w:val="en-US"/>
    </w:rPr>
  </w:style>
  <w:style w:type="character" w:customStyle="1" w:styleId="70">
    <w:name w:val="Заголовок 7 Знак"/>
    <w:basedOn w:val="a2"/>
    <w:link w:val="7"/>
    <w:uiPriority w:val="9"/>
    <w:semiHidden/>
    <w:rsid w:val="0084151C"/>
    <w:rPr>
      <w:rFonts w:asciiTheme="majorHAnsi" w:eastAsiaTheme="majorEastAsia" w:hAnsiTheme="majorHAnsi" w:cstheme="majorBidi"/>
      <w:i/>
      <w:iCs/>
      <w:color w:val="404040" w:themeColor="text1" w:themeTint="BF"/>
      <w:sz w:val="24"/>
      <w:lang w:val="en-US"/>
    </w:rPr>
  </w:style>
  <w:style w:type="character" w:customStyle="1" w:styleId="80">
    <w:name w:val="Заголовок 8 Знак"/>
    <w:basedOn w:val="a2"/>
    <w:link w:val="8"/>
    <w:uiPriority w:val="9"/>
    <w:semiHidden/>
    <w:rsid w:val="0084151C"/>
    <w:rPr>
      <w:rFonts w:asciiTheme="majorHAnsi" w:eastAsiaTheme="majorEastAsia" w:hAnsiTheme="majorHAnsi" w:cstheme="majorBidi"/>
      <w:color w:val="5B9BD5" w:themeColor="accent1"/>
      <w:sz w:val="20"/>
      <w:szCs w:val="20"/>
      <w:lang w:val="en-US"/>
    </w:rPr>
  </w:style>
  <w:style w:type="character" w:customStyle="1" w:styleId="90">
    <w:name w:val="Заголовок 9 Знак"/>
    <w:basedOn w:val="a2"/>
    <w:link w:val="9"/>
    <w:uiPriority w:val="9"/>
    <w:semiHidden/>
    <w:rsid w:val="0084151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a5">
    <w:name w:val="header"/>
    <w:basedOn w:val="a1"/>
    <w:link w:val="a6"/>
    <w:uiPriority w:val="99"/>
    <w:unhideWhenUsed/>
    <w:rsid w:val="008415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84151C"/>
    <w:rPr>
      <w:rFonts w:ascii="Times New Roman" w:eastAsia="Times New Roman" w:hAnsi="Times New Roman"/>
      <w:sz w:val="24"/>
      <w:lang w:val="en-US"/>
    </w:rPr>
  </w:style>
  <w:style w:type="paragraph" w:styleId="a7">
    <w:name w:val="footer"/>
    <w:basedOn w:val="a1"/>
    <w:link w:val="a8"/>
    <w:uiPriority w:val="99"/>
    <w:unhideWhenUsed/>
    <w:rsid w:val="008415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84151C"/>
    <w:rPr>
      <w:rFonts w:ascii="Times New Roman" w:eastAsia="Times New Roman" w:hAnsi="Times New Roman"/>
      <w:sz w:val="24"/>
      <w:lang w:val="en-US"/>
    </w:rPr>
  </w:style>
  <w:style w:type="paragraph" w:styleId="a9">
    <w:name w:val="No Spacing"/>
    <w:uiPriority w:val="1"/>
    <w:qFormat/>
    <w:rsid w:val="0084151C"/>
    <w:pPr>
      <w:spacing w:after="0" w:line="240" w:lineRule="auto"/>
    </w:pPr>
    <w:rPr>
      <w:rFonts w:eastAsiaTheme="minorEastAsia"/>
      <w:lang w:val="en-US"/>
    </w:rPr>
  </w:style>
  <w:style w:type="paragraph" w:styleId="aa">
    <w:name w:val="Title"/>
    <w:basedOn w:val="a1"/>
    <w:next w:val="a1"/>
    <w:link w:val="ab"/>
    <w:uiPriority w:val="10"/>
    <w:qFormat/>
    <w:rsid w:val="0084151C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84151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paragraph" w:styleId="ac">
    <w:name w:val="Subtitle"/>
    <w:basedOn w:val="a1"/>
    <w:next w:val="a1"/>
    <w:link w:val="ad"/>
    <w:uiPriority w:val="11"/>
    <w:qFormat/>
    <w:rsid w:val="0084151C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84151C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paragraph" w:styleId="ae">
    <w:name w:val="List Paragraph"/>
    <w:basedOn w:val="a1"/>
    <w:uiPriority w:val="34"/>
    <w:qFormat/>
    <w:rsid w:val="0084151C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84151C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84151C"/>
    <w:rPr>
      <w:rFonts w:ascii="Times New Roman" w:eastAsia="Times New Roman" w:hAnsi="Times New Roman"/>
      <w:sz w:val="24"/>
      <w:lang w:val="en-US"/>
    </w:rPr>
  </w:style>
  <w:style w:type="paragraph" w:styleId="23">
    <w:name w:val="Body Text 2"/>
    <w:basedOn w:val="a1"/>
    <w:link w:val="24"/>
    <w:uiPriority w:val="99"/>
    <w:unhideWhenUsed/>
    <w:rsid w:val="0084151C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84151C"/>
    <w:rPr>
      <w:rFonts w:ascii="Times New Roman" w:eastAsia="Times New Roman" w:hAnsi="Times New Roman"/>
      <w:sz w:val="24"/>
      <w:lang w:val="en-US"/>
    </w:rPr>
  </w:style>
  <w:style w:type="paragraph" w:styleId="33">
    <w:name w:val="Body Text 3"/>
    <w:basedOn w:val="a1"/>
    <w:link w:val="34"/>
    <w:uiPriority w:val="99"/>
    <w:unhideWhenUsed/>
    <w:rsid w:val="0084151C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84151C"/>
    <w:rPr>
      <w:rFonts w:ascii="Times New Roman" w:eastAsia="Times New Roman" w:hAnsi="Times New Roman"/>
      <w:sz w:val="16"/>
      <w:szCs w:val="16"/>
      <w:lang w:val="en-US"/>
    </w:rPr>
  </w:style>
  <w:style w:type="paragraph" w:styleId="af1">
    <w:name w:val="List"/>
    <w:basedOn w:val="a1"/>
    <w:uiPriority w:val="99"/>
    <w:unhideWhenUsed/>
    <w:rsid w:val="0084151C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84151C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84151C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84151C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84151C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84151C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84151C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84151C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84151C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84151C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84151C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84151C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84151C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="Times New Roman" w:hAnsi="Courier"/>
      <w:sz w:val="20"/>
      <w:szCs w:val="20"/>
      <w:lang w:val="en-US"/>
    </w:rPr>
  </w:style>
  <w:style w:type="character" w:customStyle="1" w:styleId="af4">
    <w:name w:val="Текст макроса Знак"/>
    <w:basedOn w:val="a2"/>
    <w:link w:val="af3"/>
    <w:uiPriority w:val="99"/>
    <w:rsid w:val="0084151C"/>
    <w:rPr>
      <w:rFonts w:ascii="Courier" w:eastAsia="Times New Roman" w:hAnsi="Courier"/>
      <w:sz w:val="20"/>
      <w:szCs w:val="20"/>
      <w:lang w:val="en-US"/>
    </w:rPr>
  </w:style>
  <w:style w:type="paragraph" w:styleId="27">
    <w:name w:val="Quote"/>
    <w:basedOn w:val="a1"/>
    <w:next w:val="a1"/>
    <w:link w:val="28"/>
    <w:uiPriority w:val="29"/>
    <w:qFormat/>
    <w:rsid w:val="0084151C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84151C"/>
    <w:rPr>
      <w:rFonts w:ascii="Times New Roman" w:eastAsia="Times New Roman" w:hAnsi="Times New Roman"/>
      <w:i/>
      <w:iCs/>
      <w:color w:val="000000" w:themeColor="text1"/>
      <w:sz w:val="24"/>
      <w:lang w:val="en-US"/>
    </w:rPr>
  </w:style>
  <w:style w:type="paragraph" w:styleId="af5">
    <w:name w:val="caption"/>
    <w:basedOn w:val="a1"/>
    <w:next w:val="a1"/>
    <w:uiPriority w:val="35"/>
    <w:semiHidden/>
    <w:unhideWhenUsed/>
    <w:qFormat/>
    <w:rsid w:val="0084151C"/>
    <w:pPr>
      <w:spacing w:line="240" w:lineRule="auto"/>
    </w:pPr>
    <w:rPr>
      <w:b/>
      <w:bCs/>
      <w:color w:val="5B9BD5" w:themeColor="accent1"/>
      <w:sz w:val="18"/>
      <w:szCs w:val="18"/>
    </w:rPr>
  </w:style>
  <w:style w:type="character" w:styleId="af6">
    <w:name w:val="Strong"/>
    <w:basedOn w:val="a2"/>
    <w:uiPriority w:val="22"/>
    <w:qFormat/>
    <w:rsid w:val="0084151C"/>
    <w:rPr>
      <w:b/>
      <w:bCs/>
    </w:rPr>
  </w:style>
  <w:style w:type="character" w:styleId="af7">
    <w:name w:val="Emphasis"/>
    <w:basedOn w:val="a2"/>
    <w:uiPriority w:val="20"/>
    <w:qFormat/>
    <w:rsid w:val="0084151C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84151C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84151C"/>
    <w:rPr>
      <w:rFonts w:ascii="Times New Roman" w:eastAsia="Times New Roman" w:hAnsi="Times New Roman"/>
      <w:b/>
      <w:bCs/>
      <w:i/>
      <w:iCs/>
      <w:color w:val="5B9BD5" w:themeColor="accent1"/>
      <w:sz w:val="24"/>
      <w:lang w:val="en-US"/>
    </w:rPr>
  </w:style>
  <w:style w:type="character" w:styleId="afa">
    <w:name w:val="Subtle Emphasis"/>
    <w:basedOn w:val="a2"/>
    <w:uiPriority w:val="19"/>
    <w:qFormat/>
    <w:rsid w:val="0084151C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84151C"/>
    <w:rPr>
      <w:b/>
      <w:bCs/>
      <w:i/>
      <w:iCs/>
      <w:color w:val="5B9BD5" w:themeColor="accent1"/>
    </w:rPr>
  </w:style>
  <w:style w:type="character" w:styleId="afc">
    <w:name w:val="Subtle Reference"/>
    <w:basedOn w:val="a2"/>
    <w:uiPriority w:val="31"/>
    <w:qFormat/>
    <w:rsid w:val="0084151C"/>
    <w:rPr>
      <w:smallCaps/>
      <w:color w:val="ED7D31" w:themeColor="accent2"/>
      <w:u w:val="single"/>
    </w:rPr>
  </w:style>
  <w:style w:type="character" w:styleId="afd">
    <w:name w:val="Intense Reference"/>
    <w:basedOn w:val="a2"/>
    <w:uiPriority w:val="32"/>
    <w:qFormat/>
    <w:rsid w:val="0084151C"/>
    <w:rPr>
      <w:b/>
      <w:bCs/>
      <w:smallCaps/>
      <w:color w:val="ED7D31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84151C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84151C"/>
    <w:pPr>
      <w:outlineLvl w:val="9"/>
    </w:pPr>
  </w:style>
  <w:style w:type="table" w:styleId="aff0">
    <w:name w:val="Table Grid"/>
    <w:basedOn w:val="a3"/>
    <w:uiPriority w:val="59"/>
    <w:rsid w:val="0084151C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84151C"/>
    <w:pPr>
      <w:spacing w:after="0" w:line="240" w:lineRule="auto"/>
    </w:pPr>
    <w:rPr>
      <w:rFonts w:eastAsiaTheme="minorEastAsia"/>
      <w:color w:val="000000" w:themeColor="text1" w:themeShade="BF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84151C"/>
    <w:pPr>
      <w:spacing w:after="0" w:line="240" w:lineRule="auto"/>
    </w:pPr>
    <w:rPr>
      <w:rFonts w:eastAsiaTheme="minorEastAsia"/>
      <w:color w:val="2E74B5" w:themeColor="accent1" w:themeShade="BF"/>
      <w:lang w:val="en-US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">
    <w:name w:val="Light Shading Accent 2"/>
    <w:basedOn w:val="a3"/>
    <w:uiPriority w:val="60"/>
    <w:rsid w:val="0084151C"/>
    <w:pPr>
      <w:spacing w:after="0" w:line="240" w:lineRule="auto"/>
    </w:pPr>
    <w:rPr>
      <w:rFonts w:eastAsiaTheme="minorEastAsia"/>
      <w:color w:val="C45911" w:themeColor="accent2" w:themeShade="BF"/>
      <w:lang w:val="en-US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">
    <w:name w:val="Light Shading Accent 3"/>
    <w:basedOn w:val="a3"/>
    <w:uiPriority w:val="60"/>
    <w:rsid w:val="0084151C"/>
    <w:pPr>
      <w:spacing w:after="0" w:line="240" w:lineRule="auto"/>
    </w:pPr>
    <w:rPr>
      <w:rFonts w:eastAsiaTheme="minorEastAsia"/>
      <w:color w:val="7B7B7B" w:themeColor="accent3" w:themeShade="BF"/>
      <w:lang w:val="en-US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">
    <w:name w:val="Light Shading Accent 4"/>
    <w:basedOn w:val="a3"/>
    <w:uiPriority w:val="60"/>
    <w:rsid w:val="0084151C"/>
    <w:pPr>
      <w:spacing w:after="0" w:line="240" w:lineRule="auto"/>
    </w:pPr>
    <w:rPr>
      <w:rFonts w:eastAsiaTheme="minorEastAsia"/>
      <w:color w:val="BF8F00" w:themeColor="accent4" w:themeShade="BF"/>
      <w:lang w:val="en-US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">
    <w:name w:val="Light Shading Accent 5"/>
    <w:basedOn w:val="a3"/>
    <w:uiPriority w:val="60"/>
    <w:rsid w:val="0084151C"/>
    <w:pPr>
      <w:spacing w:after="0" w:line="240" w:lineRule="auto"/>
    </w:pPr>
    <w:rPr>
      <w:rFonts w:eastAsiaTheme="minorEastAsia"/>
      <w:color w:val="2F5496" w:themeColor="accent5" w:themeShade="BF"/>
      <w:lang w:val="en-US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">
    <w:name w:val="Light Shading Accent 6"/>
    <w:basedOn w:val="a3"/>
    <w:uiPriority w:val="60"/>
    <w:rsid w:val="0084151C"/>
    <w:pPr>
      <w:spacing w:after="0" w:line="240" w:lineRule="auto"/>
    </w:pPr>
    <w:rPr>
      <w:rFonts w:eastAsiaTheme="minorEastAsia"/>
      <w:color w:val="538135" w:themeColor="accent6" w:themeShade="BF"/>
      <w:lang w:val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2">
    <w:name w:val="Light List"/>
    <w:basedOn w:val="a3"/>
    <w:uiPriority w:val="61"/>
    <w:rsid w:val="0084151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84151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0">
    <w:name w:val="Light List Accent 2"/>
    <w:basedOn w:val="a3"/>
    <w:uiPriority w:val="61"/>
    <w:rsid w:val="0084151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0">
    <w:name w:val="Light List Accent 3"/>
    <w:basedOn w:val="a3"/>
    <w:uiPriority w:val="61"/>
    <w:rsid w:val="0084151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0">
    <w:name w:val="Light List Accent 4"/>
    <w:basedOn w:val="a3"/>
    <w:uiPriority w:val="61"/>
    <w:rsid w:val="0084151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0">
    <w:name w:val="Light List Accent 5"/>
    <w:basedOn w:val="a3"/>
    <w:uiPriority w:val="61"/>
    <w:rsid w:val="0084151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0">
    <w:name w:val="Light List Accent 6"/>
    <w:basedOn w:val="a3"/>
    <w:uiPriority w:val="61"/>
    <w:rsid w:val="0084151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3">
    <w:name w:val="Light Grid"/>
    <w:basedOn w:val="a3"/>
    <w:uiPriority w:val="62"/>
    <w:rsid w:val="0084151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84151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1">
    <w:name w:val="Light Grid Accent 2"/>
    <w:basedOn w:val="a3"/>
    <w:uiPriority w:val="62"/>
    <w:rsid w:val="0084151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1">
    <w:name w:val="Light Grid Accent 3"/>
    <w:basedOn w:val="a3"/>
    <w:uiPriority w:val="62"/>
    <w:rsid w:val="0084151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1">
    <w:name w:val="Light Grid Accent 4"/>
    <w:basedOn w:val="a3"/>
    <w:uiPriority w:val="62"/>
    <w:rsid w:val="0084151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1">
    <w:name w:val="Light Grid Accent 5"/>
    <w:basedOn w:val="a3"/>
    <w:uiPriority w:val="62"/>
    <w:rsid w:val="0084151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1">
    <w:name w:val="Light Grid Accent 6"/>
    <w:basedOn w:val="a3"/>
    <w:uiPriority w:val="62"/>
    <w:rsid w:val="0084151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11">
    <w:name w:val="Medium Shading 1"/>
    <w:basedOn w:val="a3"/>
    <w:uiPriority w:val="63"/>
    <w:rsid w:val="0084151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84151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84151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84151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84151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84151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84151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84151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84151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84151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84151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84151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84151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84151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84151C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84151C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0">
    <w:name w:val="Medium List 1 Accent 2"/>
    <w:basedOn w:val="a3"/>
    <w:uiPriority w:val="65"/>
    <w:rsid w:val="0084151C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0">
    <w:name w:val="Medium List 1 Accent 3"/>
    <w:basedOn w:val="a3"/>
    <w:uiPriority w:val="65"/>
    <w:rsid w:val="0084151C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0">
    <w:name w:val="Medium List 1 Accent 4"/>
    <w:basedOn w:val="a3"/>
    <w:uiPriority w:val="65"/>
    <w:rsid w:val="0084151C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0">
    <w:name w:val="Medium List 1 Accent 5"/>
    <w:basedOn w:val="a3"/>
    <w:uiPriority w:val="65"/>
    <w:rsid w:val="0084151C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0">
    <w:name w:val="Medium List 1 Accent 6"/>
    <w:basedOn w:val="a3"/>
    <w:uiPriority w:val="65"/>
    <w:rsid w:val="0084151C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a">
    <w:name w:val="Medium List 2"/>
    <w:basedOn w:val="a3"/>
    <w:uiPriority w:val="66"/>
    <w:rsid w:val="0084151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84151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84151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84151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84151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84151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84151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84151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84151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3"/>
    <w:uiPriority w:val="67"/>
    <w:rsid w:val="0084151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3"/>
    <w:uiPriority w:val="67"/>
    <w:rsid w:val="0084151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3"/>
    <w:uiPriority w:val="67"/>
    <w:rsid w:val="0084151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3"/>
    <w:uiPriority w:val="67"/>
    <w:rsid w:val="0084151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3"/>
    <w:uiPriority w:val="67"/>
    <w:rsid w:val="0084151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b">
    <w:name w:val="Medium Grid 2"/>
    <w:basedOn w:val="a3"/>
    <w:uiPriority w:val="68"/>
    <w:rsid w:val="0084151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84151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84151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84151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84151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84151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84151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84151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84151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3"/>
    <w:uiPriority w:val="69"/>
    <w:rsid w:val="0084151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3"/>
    <w:uiPriority w:val="69"/>
    <w:rsid w:val="0084151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3"/>
    <w:uiPriority w:val="69"/>
    <w:rsid w:val="0084151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3"/>
    <w:uiPriority w:val="69"/>
    <w:rsid w:val="0084151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3"/>
    <w:uiPriority w:val="69"/>
    <w:rsid w:val="0084151C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aff4">
    <w:name w:val="Dark List"/>
    <w:basedOn w:val="a3"/>
    <w:uiPriority w:val="70"/>
    <w:rsid w:val="0084151C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84151C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2">
    <w:name w:val="Dark List Accent 2"/>
    <w:basedOn w:val="a3"/>
    <w:uiPriority w:val="70"/>
    <w:rsid w:val="0084151C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2">
    <w:name w:val="Dark List Accent 3"/>
    <w:basedOn w:val="a3"/>
    <w:uiPriority w:val="70"/>
    <w:rsid w:val="0084151C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2">
    <w:name w:val="Dark List Accent 4"/>
    <w:basedOn w:val="a3"/>
    <w:uiPriority w:val="70"/>
    <w:rsid w:val="0084151C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2">
    <w:name w:val="Dark List Accent 5"/>
    <w:basedOn w:val="a3"/>
    <w:uiPriority w:val="70"/>
    <w:rsid w:val="0084151C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2">
    <w:name w:val="Dark List Accent 6"/>
    <w:basedOn w:val="a3"/>
    <w:uiPriority w:val="70"/>
    <w:rsid w:val="0084151C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aff5">
    <w:name w:val="Colorful Shading"/>
    <w:basedOn w:val="a3"/>
    <w:uiPriority w:val="71"/>
    <w:rsid w:val="0084151C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84151C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84151C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84151C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3">
    <w:name w:val="Colorful Shading Accent 4"/>
    <w:basedOn w:val="a3"/>
    <w:uiPriority w:val="71"/>
    <w:rsid w:val="0084151C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84151C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84151C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84151C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84151C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4">
    <w:name w:val="Colorful List Accent 2"/>
    <w:basedOn w:val="a3"/>
    <w:uiPriority w:val="72"/>
    <w:rsid w:val="0084151C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4">
    <w:name w:val="Colorful List Accent 3"/>
    <w:basedOn w:val="a3"/>
    <w:uiPriority w:val="72"/>
    <w:rsid w:val="0084151C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4">
    <w:name w:val="Colorful List Accent 4"/>
    <w:basedOn w:val="a3"/>
    <w:uiPriority w:val="72"/>
    <w:rsid w:val="0084151C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4">
    <w:name w:val="Colorful List Accent 5"/>
    <w:basedOn w:val="a3"/>
    <w:uiPriority w:val="72"/>
    <w:rsid w:val="0084151C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4">
    <w:name w:val="Colorful List Accent 6"/>
    <w:basedOn w:val="a3"/>
    <w:uiPriority w:val="72"/>
    <w:rsid w:val="0084151C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aff7">
    <w:name w:val="Colorful Grid"/>
    <w:basedOn w:val="a3"/>
    <w:uiPriority w:val="73"/>
    <w:rsid w:val="0084151C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84151C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5">
    <w:name w:val="Colorful Grid Accent 2"/>
    <w:basedOn w:val="a3"/>
    <w:uiPriority w:val="73"/>
    <w:rsid w:val="0084151C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5">
    <w:name w:val="Colorful Grid Accent 3"/>
    <w:basedOn w:val="a3"/>
    <w:uiPriority w:val="73"/>
    <w:rsid w:val="0084151C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5">
    <w:name w:val="Colorful Grid Accent 4"/>
    <w:basedOn w:val="a3"/>
    <w:uiPriority w:val="73"/>
    <w:rsid w:val="0084151C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5">
    <w:name w:val="Colorful Grid Accent 5"/>
    <w:basedOn w:val="a3"/>
    <w:uiPriority w:val="73"/>
    <w:rsid w:val="0084151C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5">
    <w:name w:val="Colorful Grid Accent 6"/>
    <w:basedOn w:val="a3"/>
    <w:uiPriority w:val="73"/>
    <w:rsid w:val="0084151C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customStyle="1" w:styleId="PlayTitle">
    <w:name w:val="PlayTitle"/>
    <w:basedOn w:val="a1"/>
    <w:rsid w:val="0084151C"/>
    <w:pPr>
      <w:keepNext/>
      <w:spacing w:after="240" w:line="252" w:lineRule="auto"/>
      <w:jc w:val="center"/>
    </w:pPr>
    <w:rPr>
      <w:b/>
      <w:caps/>
      <w:sz w:val="48"/>
    </w:rPr>
  </w:style>
  <w:style w:type="paragraph" w:customStyle="1" w:styleId="PlaySubtitle">
    <w:name w:val="PlaySubtitle"/>
    <w:basedOn w:val="a1"/>
    <w:rsid w:val="0084151C"/>
    <w:pPr>
      <w:keepNext/>
      <w:spacing w:after="360" w:line="252" w:lineRule="auto"/>
      <w:jc w:val="center"/>
    </w:pPr>
    <w:rPr>
      <w:i/>
      <w:sz w:val="28"/>
    </w:rPr>
  </w:style>
  <w:style w:type="paragraph" w:customStyle="1" w:styleId="SectionHead">
    <w:name w:val="SectionHead"/>
    <w:basedOn w:val="a1"/>
    <w:rsid w:val="0084151C"/>
    <w:pPr>
      <w:keepNext/>
      <w:spacing w:before="240" w:after="160" w:line="252" w:lineRule="auto"/>
      <w:jc w:val="center"/>
    </w:pPr>
    <w:rPr>
      <w:b/>
      <w:caps/>
      <w:sz w:val="30"/>
    </w:rPr>
  </w:style>
  <w:style w:type="paragraph" w:customStyle="1" w:styleId="ActHead">
    <w:name w:val="ActHead"/>
    <w:basedOn w:val="a1"/>
    <w:rsid w:val="0084151C"/>
    <w:pPr>
      <w:keepNext/>
      <w:spacing w:before="160" w:after="280" w:line="252" w:lineRule="auto"/>
      <w:jc w:val="center"/>
    </w:pPr>
    <w:rPr>
      <w:b/>
      <w:caps/>
      <w:sz w:val="36"/>
    </w:rPr>
  </w:style>
  <w:style w:type="paragraph" w:customStyle="1" w:styleId="SceneHead">
    <w:name w:val="SceneHead"/>
    <w:basedOn w:val="a1"/>
    <w:rsid w:val="0084151C"/>
    <w:pPr>
      <w:keepNext/>
      <w:spacing w:before="200" w:after="60" w:line="252" w:lineRule="auto"/>
      <w:jc w:val="center"/>
    </w:pPr>
    <w:rPr>
      <w:b/>
      <w:caps/>
      <w:sz w:val="28"/>
    </w:rPr>
  </w:style>
  <w:style w:type="paragraph" w:customStyle="1" w:styleId="SceneSubtitle">
    <w:name w:val="SceneSubtitle"/>
    <w:basedOn w:val="a1"/>
    <w:rsid w:val="0084151C"/>
    <w:pPr>
      <w:keepNext/>
      <w:spacing w:after="200" w:line="252" w:lineRule="auto"/>
      <w:jc w:val="center"/>
    </w:pPr>
    <w:rPr>
      <w:i/>
      <w:sz w:val="25"/>
    </w:rPr>
  </w:style>
  <w:style w:type="paragraph" w:customStyle="1" w:styleId="Speaker">
    <w:name w:val="Speaker"/>
    <w:basedOn w:val="a1"/>
    <w:rsid w:val="0084151C"/>
    <w:pPr>
      <w:keepNext/>
      <w:spacing w:before="80" w:after="0" w:line="252" w:lineRule="auto"/>
    </w:pPr>
    <w:rPr>
      <w:b/>
      <w:caps/>
      <w:sz w:val="23"/>
    </w:rPr>
  </w:style>
  <w:style w:type="paragraph" w:customStyle="1" w:styleId="Dialogue">
    <w:name w:val="Dialogue"/>
    <w:basedOn w:val="a1"/>
    <w:rsid w:val="0084151C"/>
    <w:pPr>
      <w:spacing w:after="100" w:line="252" w:lineRule="auto"/>
    </w:pPr>
  </w:style>
  <w:style w:type="paragraph" w:customStyle="1" w:styleId="StageDirection">
    <w:name w:val="StageDirection"/>
    <w:basedOn w:val="a1"/>
    <w:rsid w:val="0084151C"/>
    <w:pPr>
      <w:spacing w:before="40" w:after="100" w:line="252" w:lineRule="auto"/>
    </w:pPr>
    <w:rPr>
      <w:i/>
      <w:sz w:val="23"/>
    </w:rPr>
  </w:style>
  <w:style w:type="paragraph" w:customStyle="1" w:styleId="CastEntry">
    <w:name w:val="CastEntry"/>
    <w:basedOn w:val="a1"/>
    <w:rsid w:val="0084151C"/>
    <w:pPr>
      <w:spacing w:before="40" w:line="252" w:lineRule="auto"/>
    </w:pPr>
    <w:rPr>
      <w:sz w:val="23"/>
    </w:rPr>
  </w:style>
  <w:style w:type="paragraph" w:customStyle="1" w:styleId="NoteText">
    <w:name w:val="NoteText"/>
    <w:basedOn w:val="a1"/>
    <w:rsid w:val="0084151C"/>
    <w:pPr>
      <w:spacing w:after="100" w:line="252" w:lineRule="auto"/>
    </w:pPr>
    <w:rPr>
      <w:sz w:val="22"/>
    </w:rPr>
  </w:style>
  <w:style w:type="paragraph" w:customStyle="1" w:styleId="CenteredNote">
    <w:name w:val="CenteredNote"/>
    <w:basedOn w:val="a1"/>
    <w:rsid w:val="0084151C"/>
    <w:pPr>
      <w:spacing w:before="60" w:after="120" w:line="252" w:lineRule="auto"/>
      <w:jc w:val="center"/>
    </w:pPr>
    <w:rPr>
      <w:i/>
      <w:sz w:val="22"/>
    </w:rPr>
  </w:style>
  <w:style w:type="paragraph" w:styleId="aff8">
    <w:name w:val="Normal (Web)"/>
    <w:basedOn w:val="a1"/>
    <w:uiPriority w:val="99"/>
    <w:semiHidden/>
    <w:unhideWhenUsed/>
    <w:rsid w:val="0084151C"/>
    <w:pPr>
      <w:spacing w:before="100" w:beforeAutospacing="1" w:after="100" w:afterAutospacing="1" w:line="240" w:lineRule="auto"/>
    </w:pPr>
    <w:rPr>
      <w:rFonts w:cs="Times New Roman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79</Pages>
  <Words>8611</Words>
  <Characters>49085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Калагин Евгений</dc:creator>
  <cp:keywords/>
  <dc:description/>
  <cp:lastModifiedBy>Калагин ИП</cp:lastModifiedBy>
  <cp:revision>1</cp:revision>
  <dcterms:created xsi:type="dcterms:W3CDTF">2026-08-19T15:53:00Z</dcterms:created>
  <dcterms:modified xsi:type="dcterms:W3CDTF">2026-08-19T15:56:00Z</dcterms:modified>
</cp:coreProperties>
</file>