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B0" w:rsidRPr="004365B0" w:rsidRDefault="004365B0" w:rsidP="004365B0">
      <w:pPr>
        <w:pStyle w:val="PlayTitle"/>
        <w:spacing w:before="0" w:after="0" w:line="240" w:lineRule="auto"/>
        <w:ind w:left="5245"/>
        <w:jc w:val="left"/>
        <w:rPr>
          <w:b w:val="0"/>
          <w:sz w:val="24"/>
          <w:szCs w:val="24"/>
          <w:lang w:val="ru-RU"/>
        </w:rPr>
      </w:pPr>
      <w:r w:rsidRPr="00AF4ABC">
        <w:rPr>
          <w:b w:val="0"/>
          <w:sz w:val="24"/>
          <w:szCs w:val="24"/>
          <w:lang w:val="ru-RU"/>
        </w:rPr>
        <w:t>На конкурс «Время драмы»</w:t>
      </w:r>
    </w:p>
    <w:p w:rsidR="004365B0" w:rsidRPr="00AF4ABC" w:rsidRDefault="004365B0" w:rsidP="004365B0">
      <w:pPr>
        <w:pStyle w:val="PlayTitle"/>
        <w:spacing w:before="0" w:after="0" w:line="240" w:lineRule="auto"/>
        <w:ind w:left="5245"/>
        <w:rPr>
          <w:b w:val="0"/>
          <w:sz w:val="24"/>
          <w:szCs w:val="24"/>
          <w:lang w:val="ru-RU"/>
        </w:rPr>
      </w:pPr>
    </w:p>
    <w:p w:rsidR="004365B0" w:rsidRPr="00AF4ABC" w:rsidRDefault="004365B0" w:rsidP="004365B0">
      <w:pPr>
        <w:pStyle w:val="PlayTitle"/>
        <w:spacing w:before="0" w:after="0" w:line="240" w:lineRule="auto"/>
        <w:ind w:left="5245"/>
        <w:jc w:val="left"/>
        <w:rPr>
          <w:b w:val="0"/>
          <w:sz w:val="24"/>
          <w:szCs w:val="24"/>
          <w:lang w:val="ru-RU"/>
        </w:rPr>
      </w:pPr>
      <w:r w:rsidRPr="00AF4ABC">
        <w:rPr>
          <w:b w:val="0"/>
          <w:sz w:val="24"/>
          <w:szCs w:val="24"/>
          <w:lang w:val="ru-RU"/>
        </w:rPr>
        <w:t>Харабет Игорь Ефимович</w:t>
      </w:r>
    </w:p>
    <w:p w:rsidR="004365B0" w:rsidRPr="00AF4ABC" w:rsidRDefault="004365B0" w:rsidP="004365B0">
      <w:pPr>
        <w:pStyle w:val="PlayTitle"/>
        <w:spacing w:before="0" w:after="0" w:line="240" w:lineRule="auto"/>
        <w:ind w:left="5245"/>
        <w:jc w:val="left"/>
        <w:rPr>
          <w:b w:val="0"/>
          <w:sz w:val="24"/>
          <w:szCs w:val="24"/>
          <w:lang w:val="ru-RU"/>
        </w:rPr>
      </w:pPr>
      <w:r w:rsidRPr="00AF4ABC">
        <w:rPr>
          <w:b w:val="0"/>
          <w:sz w:val="24"/>
          <w:szCs w:val="24"/>
          <w:lang w:val="ru-RU"/>
        </w:rPr>
        <w:t>Город Москва.</w:t>
      </w:r>
    </w:p>
    <w:p w:rsidR="004365B0" w:rsidRPr="00AF4ABC" w:rsidRDefault="004365B0" w:rsidP="004365B0">
      <w:pPr>
        <w:pStyle w:val="PlayTitle"/>
        <w:spacing w:before="0" w:after="0" w:line="240" w:lineRule="auto"/>
        <w:ind w:left="5245"/>
        <w:jc w:val="left"/>
        <w:rPr>
          <w:b w:val="0"/>
          <w:sz w:val="24"/>
          <w:szCs w:val="24"/>
          <w:lang w:val="ru-RU"/>
        </w:rPr>
      </w:pPr>
      <w:r w:rsidRPr="00AF4ABC">
        <w:rPr>
          <w:b w:val="0"/>
          <w:sz w:val="24"/>
          <w:szCs w:val="24"/>
          <w:lang w:val="ru-RU"/>
        </w:rPr>
        <w:t>Тел</w:t>
      </w:r>
      <w:r w:rsidRPr="004365B0">
        <w:rPr>
          <w:b w:val="0"/>
          <w:sz w:val="24"/>
          <w:szCs w:val="24"/>
          <w:lang w:val="ru-RU"/>
        </w:rPr>
        <w:t>. +7</w:t>
      </w:r>
      <w:r w:rsidRPr="00AF4ABC">
        <w:rPr>
          <w:b w:val="0"/>
          <w:sz w:val="24"/>
          <w:szCs w:val="24"/>
        </w:rPr>
        <w:t> </w:t>
      </w:r>
      <w:r w:rsidRPr="004365B0">
        <w:rPr>
          <w:b w:val="0"/>
          <w:sz w:val="24"/>
          <w:szCs w:val="24"/>
          <w:lang w:val="ru-RU"/>
        </w:rPr>
        <w:t>915</w:t>
      </w:r>
      <w:r w:rsidRPr="00AF4ABC">
        <w:rPr>
          <w:b w:val="0"/>
          <w:sz w:val="24"/>
          <w:szCs w:val="24"/>
        </w:rPr>
        <w:t> </w:t>
      </w:r>
      <w:r w:rsidRPr="004365B0">
        <w:rPr>
          <w:b w:val="0"/>
          <w:sz w:val="24"/>
          <w:szCs w:val="24"/>
          <w:lang w:val="ru-RU"/>
        </w:rPr>
        <w:t>212 66 11</w:t>
      </w:r>
      <w:r w:rsidRPr="004365B0">
        <w:rPr>
          <w:b w:val="0"/>
          <w:sz w:val="24"/>
          <w:szCs w:val="24"/>
          <w:lang w:val="ru-RU"/>
        </w:rPr>
        <w:br/>
      </w:r>
      <w:r w:rsidRPr="00AF4ABC">
        <w:rPr>
          <w:b w:val="0"/>
          <w:sz w:val="24"/>
          <w:szCs w:val="24"/>
        </w:rPr>
        <w:t>E</w:t>
      </w:r>
      <w:r w:rsidRPr="004365B0">
        <w:rPr>
          <w:b w:val="0"/>
          <w:sz w:val="24"/>
          <w:szCs w:val="24"/>
          <w:lang w:val="ru-RU"/>
        </w:rPr>
        <w:t>-</w:t>
      </w:r>
      <w:r w:rsidRPr="00AF4ABC">
        <w:rPr>
          <w:b w:val="0"/>
          <w:sz w:val="24"/>
          <w:szCs w:val="24"/>
        </w:rPr>
        <w:t>mail</w:t>
      </w:r>
      <w:r>
        <w:rPr>
          <w:b w:val="0"/>
          <w:sz w:val="24"/>
          <w:szCs w:val="24"/>
          <w:lang w:val="ru-RU"/>
        </w:rPr>
        <w:t>:</w:t>
      </w:r>
      <w:r w:rsidRPr="004365B0">
        <w:rPr>
          <w:b w:val="0"/>
          <w:sz w:val="24"/>
          <w:szCs w:val="24"/>
          <w:lang w:val="ru-RU"/>
        </w:rPr>
        <w:t xml:space="preserve"> </w:t>
      </w:r>
      <w:hyperlink r:id="rId9" w:history="1">
        <w:r w:rsidRPr="004365B0">
          <w:rPr>
            <w:rStyle w:val="aff8"/>
            <w:b w:val="0"/>
            <w:sz w:val="24"/>
            <w:szCs w:val="24"/>
            <w:lang w:val="ru-RU"/>
          </w:rPr>
          <w:t>2126611@</w:t>
        </w:r>
        <w:r w:rsidRPr="00AF4ABC">
          <w:rPr>
            <w:rStyle w:val="aff8"/>
            <w:b w:val="0"/>
            <w:sz w:val="24"/>
            <w:szCs w:val="24"/>
          </w:rPr>
          <w:t>mail</w:t>
        </w:r>
        <w:r w:rsidRPr="004365B0">
          <w:rPr>
            <w:rStyle w:val="aff8"/>
            <w:b w:val="0"/>
            <w:sz w:val="24"/>
            <w:szCs w:val="24"/>
            <w:lang w:val="ru-RU"/>
          </w:rPr>
          <w:t>.</w:t>
        </w:r>
        <w:proofErr w:type="spellStart"/>
        <w:r w:rsidRPr="00AF4ABC">
          <w:rPr>
            <w:rStyle w:val="aff8"/>
            <w:b w:val="0"/>
            <w:sz w:val="24"/>
            <w:szCs w:val="24"/>
          </w:rPr>
          <w:t>ru</w:t>
        </w:r>
        <w:proofErr w:type="spellEnd"/>
      </w:hyperlink>
    </w:p>
    <w:p w:rsidR="004365B0" w:rsidRPr="00AF4ABC" w:rsidRDefault="004365B0" w:rsidP="004365B0">
      <w:pPr>
        <w:pStyle w:val="PlayTitle"/>
        <w:spacing w:before="0" w:after="0" w:line="240" w:lineRule="auto"/>
        <w:jc w:val="left"/>
        <w:rPr>
          <w:sz w:val="24"/>
          <w:szCs w:val="24"/>
          <w:lang w:val="ru-RU"/>
        </w:rPr>
      </w:pPr>
    </w:p>
    <w:p w:rsidR="004365B0" w:rsidRPr="004365B0" w:rsidRDefault="004365B0" w:rsidP="004365B0">
      <w:pPr>
        <w:pStyle w:val="PlayTitle"/>
        <w:spacing w:before="0" w:after="0" w:line="240" w:lineRule="auto"/>
        <w:rPr>
          <w:sz w:val="24"/>
          <w:szCs w:val="24"/>
          <w:lang w:val="ru-RU"/>
        </w:rPr>
      </w:pPr>
    </w:p>
    <w:p w:rsidR="004365B0" w:rsidRPr="004365B0" w:rsidRDefault="004365B0" w:rsidP="004365B0">
      <w:pPr>
        <w:pStyle w:val="PlayTitle"/>
        <w:spacing w:before="0" w:after="0" w:line="240" w:lineRule="auto"/>
        <w:rPr>
          <w:sz w:val="24"/>
          <w:szCs w:val="24"/>
          <w:lang w:val="ru-RU"/>
        </w:rPr>
      </w:pPr>
    </w:p>
    <w:p w:rsidR="004365B0" w:rsidRPr="004365B0" w:rsidRDefault="004365B0" w:rsidP="004365B0">
      <w:pPr>
        <w:pStyle w:val="PlayTitle"/>
        <w:spacing w:before="0" w:after="0" w:line="240" w:lineRule="auto"/>
        <w:rPr>
          <w:sz w:val="24"/>
          <w:szCs w:val="24"/>
          <w:lang w:val="ru-RU"/>
        </w:rPr>
      </w:pPr>
    </w:p>
    <w:p w:rsidR="004365B0" w:rsidRPr="004365B0" w:rsidRDefault="004365B0" w:rsidP="004365B0">
      <w:pPr>
        <w:pStyle w:val="PlayTitle"/>
        <w:spacing w:before="0" w:after="0" w:line="240" w:lineRule="auto"/>
        <w:rPr>
          <w:sz w:val="24"/>
          <w:szCs w:val="24"/>
          <w:lang w:val="ru-RU"/>
        </w:rPr>
      </w:pPr>
    </w:p>
    <w:p w:rsidR="004365B0" w:rsidRPr="004365B0" w:rsidRDefault="004365B0" w:rsidP="004365B0">
      <w:pPr>
        <w:pStyle w:val="PlayTitle"/>
        <w:spacing w:before="0" w:after="0" w:line="240" w:lineRule="auto"/>
        <w:rPr>
          <w:sz w:val="24"/>
          <w:szCs w:val="24"/>
          <w:lang w:val="ru-RU"/>
        </w:rPr>
      </w:pPr>
    </w:p>
    <w:p w:rsidR="004365B0" w:rsidRPr="004365B0" w:rsidRDefault="004365B0" w:rsidP="004365B0">
      <w:pPr>
        <w:pStyle w:val="PlayTitle"/>
        <w:spacing w:before="0" w:after="0" w:line="240" w:lineRule="auto"/>
        <w:rPr>
          <w:sz w:val="24"/>
          <w:szCs w:val="24"/>
          <w:lang w:val="ru-RU"/>
        </w:rPr>
      </w:pPr>
    </w:p>
    <w:p w:rsidR="004365B0" w:rsidRPr="004365B0" w:rsidRDefault="004365B0" w:rsidP="004365B0">
      <w:pPr>
        <w:pStyle w:val="PlayTitle"/>
        <w:spacing w:before="0" w:after="0" w:line="240" w:lineRule="auto"/>
        <w:rPr>
          <w:sz w:val="24"/>
          <w:szCs w:val="24"/>
          <w:lang w:val="ru-RU"/>
        </w:rPr>
      </w:pPr>
    </w:p>
    <w:p w:rsidR="004365B0" w:rsidRPr="004365B0" w:rsidRDefault="004365B0" w:rsidP="004365B0">
      <w:pPr>
        <w:pStyle w:val="PlayTitle"/>
        <w:spacing w:before="0" w:after="0" w:line="240" w:lineRule="auto"/>
        <w:rPr>
          <w:sz w:val="24"/>
          <w:szCs w:val="24"/>
          <w:lang w:val="ru-RU"/>
        </w:rPr>
      </w:pPr>
    </w:p>
    <w:p w:rsidR="004365B0" w:rsidRPr="004365B0" w:rsidRDefault="004365B0" w:rsidP="004365B0">
      <w:pPr>
        <w:pStyle w:val="PlayTitle"/>
        <w:spacing w:before="0" w:after="0" w:line="240" w:lineRule="auto"/>
        <w:rPr>
          <w:sz w:val="24"/>
          <w:szCs w:val="24"/>
          <w:lang w:val="ru-RU"/>
        </w:rPr>
      </w:pPr>
    </w:p>
    <w:p w:rsidR="004365B0" w:rsidRPr="004365B0" w:rsidRDefault="004365B0" w:rsidP="004365B0">
      <w:pPr>
        <w:pStyle w:val="PlayTitle"/>
        <w:spacing w:before="0" w:after="0" w:line="240" w:lineRule="auto"/>
        <w:rPr>
          <w:sz w:val="24"/>
          <w:szCs w:val="24"/>
          <w:lang w:val="ru-RU"/>
        </w:rPr>
      </w:pPr>
    </w:p>
    <w:p w:rsidR="004365B0" w:rsidRPr="00AF4ABC" w:rsidRDefault="004365B0" w:rsidP="004365B0">
      <w:pPr>
        <w:pStyle w:val="PlayTitle"/>
        <w:spacing w:before="0"/>
        <w:rPr>
          <w:lang w:val="ru-RU"/>
        </w:rPr>
      </w:pPr>
      <w:r>
        <w:rPr>
          <w:lang w:val="ru-RU"/>
        </w:rPr>
        <w:t xml:space="preserve">ДЕЛО </w:t>
      </w:r>
      <w:proofErr w:type="gramStart"/>
      <w:r>
        <w:rPr>
          <w:lang w:val="ru-RU"/>
        </w:rPr>
        <w:t>А—Я</w:t>
      </w:r>
      <w:proofErr w:type="gramEnd"/>
    </w:p>
    <w:p w:rsidR="004365B0" w:rsidRPr="00AF4ABC" w:rsidRDefault="004365B0" w:rsidP="004365B0">
      <w:pPr>
        <w:pStyle w:val="PlaySubtitle"/>
        <w:rPr>
          <w:lang w:val="ru-RU"/>
        </w:rPr>
      </w:pPr>
      <w:r>
        <w:rPr>
          <w:lang w:val="ru-RU"/>
        </w:rPr>
        <w:t>Драматическая притча в одном действии</w:t>
      </w: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pStyle w:val="PlayYear"/>
        <w:spacing w:before="0"/>
        <w:rPr>
          <w:lang w:val="ru-RU"/>
        </w:rPr>
      </w:pPr>
    </w:p>
    <w:p w:rsidR="004365B0" w:rsidRDefault="004365B0" w:rsidP="004365B0">
      <w:pPr>
        <w:keepNext/>
        <w:spacing w:after="120" w:line="240" w:lineRule="auto"/>
        <w:jc w:val="center"/>
        <w:rPr>
          <w:lang w:val="ru-RU"/>
        </w:rPr>
      </w:pPr>
      <w:r>
        <w:rPr>
          <w:lang w:val="ru-RU"/>
        </w:rPr>
        <w:t xml:space="preserve">Москва. </w:t>
      </w:r>
      <w:r w:rsidRPr="004365B0">
        <w:rPr>
          <w:lang w:val="ru-RU"/>
        </w:rPr>
        <w:t>2026</w:t>
      </w:r>
      <w:r>
        <w:rPr>
          <w:lang w:val="ru-RU"/>
        </w:rPr>
        <w:t xml:space="preserve"> год</w:t>
      </w:r>
    </w:p>
    <w:p w:rsidR="004365B0" w:rsidRDefault="004365B0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CF61A6" w:rsidRPr="004365B0" w:rsidRDefault="00B03FDF">
      <w:pPr>
        <w:keepNext/>
        <w:spacing w:after="120" w:line="240" w:lineRule="auto"/>
        <w:jc w:val="center"/>
        <w:rPr>
          <w:lang w:val="ru-RU"/>
        </w:rPr>
      </w:pPr>
      <w:r>
        <w:rPr>
          <w:b/>
          <w:sz w:val="32"/>
          <w:lang w:val="ru-RU"/>
        </w:rPr>
        <w:lastRenderedPageBreak/>
        <w:t xml:space="preserve">ДЕЛО </w:t>
      </w:r>
      <w:proofErr w:type="gramStart"/>
      <w:r>
        <w:rPr>
          <w:b/>
          <w:sz w:val="32"/>
          <w:lang w:val="ru-RU"/>
        </w:rPr>
        <w:t>А—Я</w:t>
      </w:r>
      <w:proofErr w:type="gramEnd"/>
    </w:p>
    <w:p w:rsidR="00CF61A6" w:rsidRPr="004365B0" w:rsidRDefault="00B03FDF">
      <w:pPr>
        <w:keepNext/>
        <w:spacing w:after="360" w:line="240" w:lineRule="auto"/>
        <w:jc w:val="center"/>
        <w:rPr>
          <w:lang w:val="ru-RU"/>
        </w:rPr>
      </w:pPr>
      <w:r>
        <w:rPr>
          <w:i/>
          <w:lang w:val="ru-RU"/>
        </w:rPr>
        <w:t>Драматическая притча в одном действии</w:t>
      </w:r>
    </w:p>
    <w:p w:rsidR="00CF61A6" w:rsidRPr="004365B0" w:rsidRDefault="00B03FDF">
      <w:pPr>
        <w:keepNext/>
        <w:spacing w:after="160" w:line="240" w:lineRule="auto"/>
        <w:rPr>
          <w:lang w:val="ru-RU"/>
        </w:rPr>
      </w:pPr>
      <w:r>
        <w:rPr>
          <w:b/>
          <w:lang w:val="ru-RU"/>
        </w:rPr>
        <w:t>Действующие лица</w:t>
      </w:r>
    </w:p>
    <w:p w:rsidR="00CF61A6" w:rsidRPr="004365B0" w:rsidRDefault="00B03FDF">
      <w:pPr>
        <w:keepLines/>
        <w:tabs>
          <w:tab w:val="left" w:pos="2948"/>
        </w:tabs>
        <w:spacing w:after="40" w:line="276" w:lineRule="auto"/>
        <w:rPr>
          <w:lang w:val="ru-RU"/>
        </w:rPr>
      </w:pPr>
      <w:r>
        <w:rPr>
          <w:b/>
          <w:lang w:val="ru-RU"/>
        </w:rPr>
        <w:t>Эго</w:t>
      </w:r>
      <w:r>
        <w:rPr>
          <w:lang w:val="ru-RU"/>
        </w:rPr>
        <w:tab/>
        <w:t>— человек, участковый поэт, военный хирург.</w:t>
      </w:r>
    </w:p>
    <w:p w:rsidR="00CF61A6" w:rsidRPr="004365B0" w:rsidRDefault="00B03FDF">
      <w:pPr>
        <w:keepLines/>
        <w:tabs>
          <w:tab w:val="left" w:pos="2948"/>
        </w:tabs>
        <w:spacing w:after="40" w:line="276" w:lineRule="auto"/>
        <w:rPr>
          <w:lang w:val="ru-RU"/>
        </w:rPr>
      </w:pPr>
      <w:r>
        <w:rPr>
          <w:b/>
          <w:lang w:val="ru-RU"/>
        </w:rPr>
        <w:t>Аватар</w:t>
      </w:r>
      <w:r>
        <w:rPr>
          <w:lang w:val="ru-RU"/>
        </w:rPr>
        <w:tab/>
        <w:t>— двойник Эго.</w:t>
      </w:r>
    </w:p>
    <w:p w:rsidR="00CF61A6" w:rsidRPr="004365B0" w:rsidRDefault="00B03FDF">
      <w:pPr>
        <w:keepLines/>
        <w:tabs>
          <w:tab w:val="left" w:pos="2948"/>
        </w:tabs>
        <w:spacing w:after="40" w:line="276" w:lineRule="auto"/>
        <w:rPr>
          <w:lang w:val="ru-RU"/>
        </w:rPr>
      </w:pPr>
      <w:r>
        <w:rPr>
          <w:b/>
          <w:lang w:val="ru-RU"/>
        </w:rPr>
        <w:t>Архивариус</w:t>
      </w:r>
      <w:r>
        <w:rPr>
          <w:lang w:val="ru-RU"/>
        </w:rPr>
        <w:tab/>
        <w:t>— хранитель памяти, артефактов и формуляров.</w:t>
      </w:r>
    </w:p>
    <w:p w:rsidR="00CF61A6" w:rsidRPr="004365B0" w:rsidRDefault="00B03FDF">
      <w:pPr>
        <w:keepLines/>
        <w:tabs>
          <w:tab w:val="left" w:pos="2948"/>
        </w:tabs>
        <w:spacing w:after="40" w:line="276" w:lineRule="auto"/>
        <w:rPr>
          <w:lang w:val="ru-RU"/>
        </w:rPr>
      </w:pPr>
      <w:r>
        <w:rPr>
          <w:b/>
          <w:lang w:val="ru-RU"/>
        </w:rPr>
        <w:t>Живое Слово</w:t>
      </w:r>
      <w:r>
        <w:rPr>
          <w:lang w:val="ru-RU"/>
        </w:rPr>
        <w:tab/>
        <w:t>— первый свидетель.</w:t>
      </w:r>
    </w:p>
    <w:p w:rsidR="00CF61A6" w:rsidRPr="004365B0" w:rsidRDefault="00B03FDF">
      <w:pPr>
        <w:keepLines/>
        <w:tabs>
          <w:tab w:val="left" w:pos="2948"/>
        </w:tabs>
        <w:spacing w:after="40" w:line="276" w:lineRule="auto"/>
        <w:rPr>
          <w:lang w:val="ru-RU"/>
        </w:rPr>
      </w:pPr>
      <w:r>
        <w:rPr>
          <w:b/>
          <w:lang w:val="ru-RU"/>
        </w:rPr>
        <w:t>Мёртвое Имя</w:t>
      </w:r>
      <w:r>
        <w:rPr>
          <w:lang w:val="ru-RU"/>
        </w:rPr>
        <w:tab/>
        <w:t>— второй свидетель.</w:t>
      </w:r>
    </w:p>
    <w:p w:rsidR="00CF61A6" w:rsidRPr="004365B0" w:rsidRDefault="00B03FDF">
      <w:pPr>
        <w:keepLines/>
        <w:tabs>
          <w:tab w:val="left" w:pos="2948"/>
        </w:tabs>
        <w:spacing w:after="40" w:line="276" w:lineRule="auto"/>
        <w:rPr>
          <w:lang w:val="ru-RU"/>
        </w:rPr>
      </w:pPr>
      <w:r>
        <w:rPr>
          <w:b/>
          <w:lang w:val="ru-RU"/>
        </w:rPr>
        <w:t>Голос Зала</w:t>
      </w:r>
      <w:r>
        <w:rPr>
          <w:lang w:val="ru-RU"/>
        </w:rPr>
        <w:tab/>
        <w:t>— зритель.</w:t>
      </w:r>
    </w:p>
    <w:p w:rsidR="00CF61A6" w:rsidRPr="004365B0" w:rsidRDefault="00B03FDF">
      <w:pPr>
        <w:keepNext/>
        <w:spacing w:before="200" w:after="120" w:line="240" w:lineRule="auto"/>
        <w:rPr>
          <w:lang w:val="ru-RU"/>
        </w:rPr>
      </w:pPr>
      <w:r>
        <w:rPr>
          <w:b/>
          <w:lang w:val="ru-RU"/>
        </w:rPr>
        <w:t>Костюмы и сценические образы</w:t>
      </w:r>
    </w:p>
    <w:p w:rsidR="00CF61A6" w:rsidRPr="004365B0" w:rsidRDefault="00B03FDF">
      <w:pPr>
        <w:keepLines/>
        <w:spacing w:after="80"/>
        <w:rPr>
          <w:lang w:val="ru-RU"/>
        </w:rPr>
      </w:pPr>
      <w:r>
        <w:rPr>
          <w:b/>
          <w:i/>
          <w:lang w:val="ru-RU"/>
        </w:rPr>
        <w:t>Эго</w:t>
      </w:r>
      <w:r>
        <w:rPr>
          <w:i/>
          <w:lang w:val="ru-RU"/>
        </w:rPr>
        <w:t xml:space="preserve"> — неброский тёмный костюм мягкого покроя. Пиджак обычно расстёгнут; светлая рубашка с открытым воротом, без галстука. Одежда аккуратная, но не безукоризненная и по ходу действия постепенно мнётся, подчёркивая усталость и внутреннюю неустроенность героя. Речь и манеры спокойные, неброские.</w:t>
      </w:r>
    </w:p>
    <w:p w:rsidR="00CF61A6" w:rsidRPr="004365B0" w:rsidRDefault="00B03FDF">
      <w:pPr>
        <w:keepLines/>
        <w:spacing w:after="80"/>
        <w:rPr>
          <w:lang w:val="ru-RU"/>
        </w:rPr>
      </w:pPr>
      <w:r>
        <w:rPr>
          <w:b/>
          <w:i/>
          <w:lang w:val="ru-RU"/>
        </w:rPr>
        <w:t>Аватар</w:t>
      </w:r>
      <w:r>
        <w:rPr>
          <w:i/>
          <w:lang w:val="ru-RU"/>
        </w:rPr>
        <w:t xml:space="preserve"> внешне </w:t>
      </w:r>
      <w:proofErr w:type="gramStart"/>
      <w:r>
        <w:rPr>
          <w:i/>
          <w:lang w:val="ru-RU"/>
        </w:rPr>
        <w:t>родствен</w:t>
      </w:r>
      <w:proofErr w:type="gramEnd"/>
      <w:r>
        <w:rPr>
          <w:i/>
          <w:lang w:val="ru-RU"/>
        </w:rPr>
        <w:t xml:space="preserve"> Эго, но собраннее и строже. На нём офицерский мундир цвета хаки — условного, внеисторического образца с золотыми погонами полковничьего типа, без наград, государственных эмблем, шевронов и иных знаков принадлежности к конкретной армии. Мундир сидит безукоризненно. Под кителем — форменная рубашка цвета хаки, галстук. Китель должен легко сниматься: в сцене «Замещение» Аватар снимает его прежде, чем надевает пиджак Эго (идеально сидящий на Аватаре). В речи и манерах чувствуется военная выправка.</w:t>
      </w:r>
    </w:p>
    <w:p w:rsidR="00CF61A6" w:rsidRPr="004365B0" w:rsidRDefault="00B03FDF">
      <w:pPr>
        <w:keepLines/>
        <w:spacing w:after="80"/>
        <w:rPr>
          <w:lang w:val="ru-RU"/>
        </w:rPr>
      </w:pPr>
      <w:r>
        <w:rPr>
          <w:b/>
          <w:i/>
          <w:lang w:val="ru-RU"/>
        </w:rPr>
        <w:t>Архивариус</w:t>
      </w:r>
      <w:r>
        <w:rPr>
          <w:i/>
          <w:lang w:val="ru-RU"/>
        </w:rPr>
        <w:t xml:space="preserve"> — тёмно-лиловая или приглушённо-фиолетовая академическая мантия и конфедератка — четырёхугольная шапочка с кисточкой. Под мантией — нейтральный тёмный костюм. В его облике есть что-то одновременно профессорское, чиновничье и вневременное.</w:t>
      </w:r>
    </w:p>
    <w:p w:rsidR="00CF61A6" w:rsidRPr="004365B0" w:rsidRDefault="00B03FDF">
      <w:pPr>
        <w:keepLines/>
        <w:spacing w:after="80"/>
        <w:rPr>
          <w:lang w:val="ru-RU"/>
        </w:rPr>
      </w:pPr>
      <w:r>
        <w:rPr>
          <w:b/>
          <w:i/>
          <w:lang w:val="ru-RU"/>
        </w:rPr>
        <w:t>Голос Зала</w:t>
      </w:r>
      <w:r>
        <w:rPr>
          <w:i/>
          <w:lang w:val="ru-RU"/>
        </w:rPr>
        <w:t xml:space="preserve"> — современный, респектабельный зритель-театрал: тёмный пиджак, светлая рубашка, неброский галстук, тёмные брюки; возможна мягкая шляпа. Его одежда не должна привлекать внимание среди настоящих зрителей.</w:t>
      </w:r>
    </w:p>
    <w:p w:rsidR="00CF61A6" w:rsidRPr="004365B0" w:rsidRDefault="00B03FDF">
      <w:pPr>
        <w:keepLines/>
        <w:spacing w:after="80"/>
        <w:rPr>
          <w:lang w:val="ru-RU"/>
        </w:rPr>
      </w:pPr>
      <w:r>
        <w:rPr>
          <w:b/>
          <w:i/>
          <w:lang w:val="ru-RU"/>
        </w:rPr>
        <w:t>Живое Слово</w:t>
      </w:r>
      <w:r>
        <w:rPr>
          <w:i/>
          <w:lang w:val="ru-RU"/>
        </w:rPr>
        <w:t xml:space="preserve"> — поверх костюма Голоса Зала белый свободный плащ с чёрной изнанкой. На плечах — два металлических знака кавычек; в руке — трость. В кавычках сутулится, становится медлительнее, осторожнее. После снятия кавычек заметно выпрямляется; движения становятся свободнее, речь — несколько торжественнее и возвышеннее.</w:t>
      </w:r>
    </w:p>
    <w:p w:rsidR="00CF61A6" w:rsidRPr="004365B0" w:rsidRDefault="00B03FDF">
      <w:pPr>
        <w:keepLines/>
        <w:spacing w:after="80"/>
        <w:rPr>
          <w:lang w:val="ru-RU"/>
        </w:rPr>
      </w:pPr>
      <w:r>
        <w:rPr>
          <w:b/>
          <w:i/>
          <w:lang w:val="ru-RU"/>
        </w:rPr>
        <w:lastRenderedPageBreak/>
        <w:t>Мёртвое Имя</w:t>
      </w:r>
      <w:r>
        <w:rPr>
          <w:i/>
          <w:lang w:val="ru-RU"/>
        </w:rPr>
        <w:t xml:space="preserve"> — тот же плащ, перелицованный чёрной стороной наружу; белая изнанка остаётся видимой при движении. Вместо трости — расколотая каменная табличка. Перевоплощение создаётся не маской и не гримом, а прежде всего осанкой, походкой, темпом речи и способом держать тело. Грустен, говорит негромко, но чётко.</w:t>
      </w:r>
    </w:p>
    <w:p w:rsidR="00CF61A6" w:rsidRPr="004365B0" w:rsidRDefault="00B03FDF">
      <w:pPr>
        <w:keepLines/>
        <w:spacing w:after="80"/>
        <w:rPr>
          <w:lang w:val="ru-RU"/>
        </w:rPr>
      </w:pPr>
      <w:r>
        <w:rPr>
          <w:i/>
          <w:lang w:val="ru-RU"/>
        </w:rPr>
        <w:t>Костюмы и сценические образы персонажей условны и не должны точно воспроизводить какую-либо историческую эпоху или принадлежность к конкретному государству.</w:t>
      </w:r>
    </w:p>
    <w:p w:rsidR="00CF61A6" w:rsidRPr="004365B0" w:rsidRDefault="00B03FDF">
      <w:pPr>
        <w:keepLines/>
        <w:spacing w:after="80"/>
        <w:rPr>
          <w:lang w:val="ru-RU"/>
        </w:rPr>
      </w:pPr>
      <w:r>
        <w:rPr>
          <w:i/>
          <w:lang w:val="ru-RU"/>
        </w:rPr>
        <w:t>Роли обоих свидетелей и Голоса Зала исполняются одним артистом. Белый плащ Живого Слова, вывернутый наизнанку, становится чёрным плащом Мёртвого Имени. Под плащом — современный костюм театрала. Смена персонажей должна быть отчётливой и происходить на глазах у зрителей, без остановки действия.</w:t>
      </w:r>
    </w:p>
    <w:p w:rsidR="00CF61A6" w:rsidRPr="004365B0" w:rsidRDefault="00B03FDF">
      <w:pPr>
        <w:keepLines/>
        <w:spacing w:after="80"/>
        <w:rPr>
          <w:lang w:val="ru-RU"/>
        </w:rPr>
      </w:pPr>
      <w:r>
        <w:rPr>
          <w:i/>
          <w:lang w:val="ru-RU"/>
        </w:rPr>
        <w:t xml:space="preserve">Действие происходит в одной комнате без смены декораций. Пространство сцены разделено на </w:t>
      </w:r>
      <w:proofErr w:type="gramStart"/>
      <w:r>
        <w:rPr>
          <w:i/>
          <w:lang w:val="ru-RU"/>
        </w:rPr>
        <w:t>три функциональные</w:t>
      </w:r>
      <w:proofErr w:type="gramEnd"/>
      <w:r>
        <w:rPr>
          <w:i/>
          <w:lang w:val="ru-RU"/>
        </w:rPr>
        <w:t xml:space="preserve"> зоны. Слева на переднем плане кабинет поэта: стол с настольной лампой, компьютер, два кресла, вешалка для верхней одежды, большое зеркало, одновременно являющееся дверью. Рядом с дверью окно с открытыми шторами. Справа на переднем плане архив: стол, кресло, архивный шкаф. Одна из полок шкафа пуста. По ходу действия предметы из кабинета Эго и семейного архива постепенно переходят в пространство Архива: старый ключ, офицерский жетон, хирургическая маска и белый колпак врача, коробочка с орденом и другие свидетельства памяти. В центре, ближе к заднику, на подиуме установлена кафедра с микрофоном. Она служит и местом публичных выступлений, и местом председателя слушания. По форме кафедра напоминает одновременно трибуну и надгробную стелу. На передней стороне кафедры прикреплена, как на памятнике, табличка Мёртвого Имени с отколотым углом и надписью: сверху — Мёртвое, ниже и крупно — ИМЯ. Появляясь на сцене, Мёртвое Имя будет снимать эту табличку с </w:t>
      </w:r>
      <w:proofErr w:type="gramStart"/>
      <w:r>
        <w:rPr>
          <w:i/>
          <w:lang w:val="ru-RU"/>
        </w:rPr>
        <w:t>кафедры</w:t>
      </w:r>
      <w:proofErr w:type="gramEnd"/>
      <w:r>
        <w:rPr>
          <w:i/>
          <w:lang w:val="ru-RU"/>
        </w:rPr>
        <w:t xml:space="preserve"> и носить перед собой, как портрет умершего на похоронах. На заднике сцены большой демонстрационный экран. По ходу действия на нём появляются увеличенное изображение компьютерного текста, формуляры Архивариуса, папка «ДЕЛО </w:t>
      </w:r>
      <w:proofErr w:type="gramStart"/>
      <w:r>
        <w:rPr>
          <w:i/>
          <w:lang w:val="ru-RU"/>
        </w:rPr>
        <w:t>А—Я</w:t>
      </w:r>
      <w:proofErr w:type="gramEnd"/>
      <w:r>
        <w:rPr>
          <w:i/>
          <w:lang w:val="ru-RU"/>
        </w:rPr>
        <w:t>» и другие предусмотренные действием изображения.</w:t>
      </w:r>
    </w:p>
    <w:p w:rsidR="00CF61A6" w:rsidRPr="004365B0" w:rsidRDefault="00B03FDF">
      <w:pPr>
        <w:keepLines/>
        <w:spacing w:after="80"/>
        <w:rPr>
          <w:lang w:val="ru-RU"/>
        </w:rPr>
      </w:pPr>
      <w:r>
        <w:rPr>
          <w:i/>
          <w:lang w:val="ru-RU"/>
        </w:rPr>
        <w:t>Голос из динамика — в записи; используется для служебных объявлений и обратного отсчёта перед публичными выступлениями.</w:t>
      </w:r>
    </w:p>
    <w:p w:rsidR="00CF61A6" w:rsidRDefault="00B03FDF">
      <w:pPr>
        <w:keepLines/>
        <w:spacing w:after="80"/>
        <w:rPr>
          <w:i/>
          <w:lang w:val="ru-RU"/>
        </w:rPr>
      </w:pPr>
      <w:r>
        <w:rPr>
          <w:i/>
          <w:lang w:val="ru-RU"/>
        </w:rPr>
        <w:t>Мизансцены, темпоритм и звуковое и световое оформление — на усмотрение режиссёра.</w:t>
      </w:r>
    </w:p>
    <w:p w:rsidR="00712928" w:rsidRPr="00712928" w:rsidRDefault="00712928">
      <w:pPr>
        <w:keepLines/>
        <w:spacing w:after="80"/>
        <w:rPr>
          <w:lang w:val="ru-RU"/>
        </w:rPr>
      </w:pPr>
      <w:r>
        <w:rPr>
          <w:i/>
          <w:lang w:val="ru-RU"/>
        </w:rPr>
        <w:t xml:space="preserve">В ходе пьесы на экране демонстрируются две оригинальные медали («Военврач» и «Автопортрет»). </w:t>
      </w:r>
      <w:proofErr w:type="gramStart"/>
      <w:r>
        <w:rPr>
          <w:i/>
          <w:lang w:val="ru-RU"/>
        </w:rPr>
        <w:t>При необходимости (по запросу жюри конкурса) они могут быть присланы</w:t>
      </w:r>
      <w:r w:rsidR="00D6492D">
        <w:rPr>
          <w:i/>
          <w:lang w:val="ru-RU"/>
        </w:rPr>
        <w:t xml:space="preserve"> в формате </w:t>
      </w:r>
      <w:r w:rsidR="00D6492D" w:rsidRPr="00712928">
        <w:rPr>
          <w:i/>
          <w:lang w:val="ru-RU"/>
        </w:rPr>
        <w:t>.</w:t>
      </w:r>
      <w:r w:rsidR="00D6492D">
        <w:rPr>
          <w:i/>
        </w:rPr>
        <w:t>jpg</w:t>
      </w:r>
      <w:r w:rsidR="00D6492D">
        <w:rPr>
          <w:i/>
          <w:lang w:val="ru-RU"/>
        </w:rPr>
        <w:t xml:space="preserve">) </w:t>
      </w:r>
      <w:r>
        <w:rPr>
          <w:i/>
          <w:lang w:val="ru-RU"/>
        </w:rPr>
        <w:t xml:space="preserve">. </w:t>
      </w:r>
      <w:proofErr w:type="gramEnd"/>
    </w:p>
    <w:p w:rsidR="00CF61A6" w:rsidRPr="004365B0" w:rsidRDefault="00B03FDF">
      <w:pPr>
        <w:keepNext/>
        <w:pageBreakBefore/>
        <w:spacing w:after="40" w:line="240" w:lineRule="auto"/>
        <w:jc w:val="center"/>
        <w:rPr>
          <w:lang w:val="ru-RU"/>
        </w:rPr>
      </w:pPr>
      <w:r>
        <w:rPr>
          <w:b/>
          <w:sz w:val="26"/>
          <w:lang w:val="ru-RU"/>
        </w:rPr>
        <w:lastRenderedPageBreak/>
        <w:t>ПРОЛОГ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b/>
          <w:lang w:val="ru-RU"/>
        </w:rPr>
        <w:t>Пустое дело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(Занавес открыт.</w:t>
      </w:r>
      <w:proofErr w:type="gramEnd"/>
      <w:r>
        <w:rPr>
          <w:i/>
          <w:lang w:val="ru-RU"/>
        </w:rPr>
        <w:t xml:space="preserve"> Сцена в темноте. В зрительном зале медленно гаснет свет. Тишина. Несколько секунд слышен скрип пера. Скрип обрывается. Узкий верхний свет высвечивает Архивариуса у архивного шкафа. Он кладёт перо, встаёт, подходит к шкафу. Последовательно выдвигает ящики, проверяет их содержимое. </w:t>
      </w:r>
      <w:proofErr w:type="gramStart"/>
      <w:r>
        <w:rPr>
          <w:i/>
          <w:lang w:val="ru-RU"/>
        </w:rPr>
        <w:t>Открывает первый ящик.)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Так. Отдел </w:t>
      </w:r>
      <w:proofErr w:type="gramStart"/>
      <w:r>
        <w:rPr>
          <w:lang w:val="ru-RU"/>
        </w:rPr>
        <w:t>несбывшихся</w:t>
      </w:r>
      <w:proofErr w:type="gramEnd"/>
      <w:r>
        <w:rPr>
          <w:lang w:val="ru-RU"/>
        </w:rPr>
        <w:t xml:space="preserve"> мечт.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(Пауза.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Коротко осматривает содержимое.)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Порядок.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(Открывает следующий ящик.)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Так. Отдел </w:t>
      </w:r>
      <w:proofErr w:type="gramStart"/>
      <w:r>
        <w:rPr>
          <w:lang w:val="ru-RU"/>
        </w:rPr>
        <w:t>несбыточных</w:t>
      </w:r>
      <w:proofErr w:type="gramEnd"/>
      <w:r>
        <w:rPr>
          <w:lang w:val="ru-RU"/>
        </w:rPr>
        <w:t xml:space="preserve"> мечт.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(Пауза, осматривает.)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Тоже порядок.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(Смотрит вниз.</w:t>
      </w:r>
      <w:proofErr w:type="gramEnd"/>
      <w:r>
        <w:rPr>
          <w:i/>
          <w:lang w:val="ru-RU"/>
        </w:rPr>
        <w:t xml:space="preserve"> На мгновение задумывается. </w:t>
      </w:r>
      <w:proofErr w:type="gramStart"/>
      <w:r>
        <w:rPr>
          <w:i/>
          <w:lang w:val="ru-RU"/>
        </w:rPr>
        <w:t>И с некоторым недовольством произносит.)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Так-так-так. Отдел мёртворождённых мечтаний?..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 сожалением произносит.)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Ну, давай.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(Наклоняется к самому нижнему ящику.</w:t>
      </w:r>
      <w:proofErr w:type="gramEnd"/>
      <w:r>
        <w:rPr>
          <w:i/>
          <w:lang w:val="ru-RU"/>
        </w:rPr>
        <w:t xml:space="preserve"> С заметным усилием — рывками — пытается открыть. </w:t>
      </w:r>
      <w:proofErr w:type="gramStart"/>
      <w:r>
        <w:rPr>
          <w:i/>
          <w:lang w:val="ru-RU"/>
        </w:rPr>
        <w:t>И в такт с рывками произносит.)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proofErr w:type="gramStart"/>
      <w:r>
        <w:rPr>
          <w:lang w:val="ru-RU"/>
        </w:rPr>
        <w:t>Ну</w:t>
      </w:r>
      <w:proofErr w:type="gramEnd"/>
      <w:r>
        <w:rPr>
          <w:lang w:val="ru-RU"/>
        </w:rPr>
        <w:t xml:space="preserve"> вот опять.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(Делает глубокий вдох и вновь пытается открыть, также в такт с рывками произносит.)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Давай. Давай.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(Ящик с трудом выдвигается, издавая протяжный звук пишущего пера.)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Опять завалили.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ind w:left="340" w:right="113"/>
        <w:rPr>
          <w:lang w:val="ru-RU"/>
        </w:rPr>
      </w:pPr>
      <w:proofErr w:type="gramStart"/>
      <w:r>
        <w:rPr>
          <w:lang w:val="ru-RU"/>
        </w:rPr>
        <w:t>Ну</w:t>
      </w:r>
      <w:proofErr w:type="gramEnd"/>
      <w:r>
        <w:rPr>
          <w:lang w:val="ru-RU"/>
        </w:rPr>
        <w:t xml:space="preserve"> прямо как дети.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lastRenderedPageBreak/>
        <w:t>(Достаёт из ящика детскую дудочку, напоминающую палочку.</w:t>
      </w:r>
      <w:proofErr w:type="gramEnd"/>
      <w:r>
        <w:rPr>
          <w:i/>
          <w:lang w:val="ru-RU"/>
        </w:rPr>
        <w:t xml:space="preserve"> Рассматривает её, кладёт на стол рядом с пустым формуляром. Садится за стол, берёт перо. Начинает писать, диктуя себе. Перо мучительно скрипит. В этот момент на экране появляется изображение формуляра с надписями: </w:t>
      </w:r>
      <w:proofErr w:type="gramStart"/>
      <w:r>
        <w:rPr>
          <w:i/>
          <w:lang w:val="ru-RU"/>
        </w:rPr>
        <w:t>«Наименование:», «Носитель:», «Причина поступления:». На экране синхронно с фразами появляются записи.)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Так. Наименование</w:t>
      </w:r>
      <w:proofErr w:type="gramStart"/>
      <w:r>
        <w:rPr>
          <w:lang w:val="ru-RU"/>
        </w:rPr>
        <w:t>… П</w:t>
      </w:r>
      <w:proofErr w:type="gramEnd"/>
      <w:r>
        <w:rPr>
          <w:lang w:val="ru-RU"/>
        </w:rPr>
        <w:t>ишем: «волшебная палочка».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(Надпись дублируется на экране.)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Далее. Носитель мечтания</w:t>
      </w:r>
      <w:proofErr w:type="gramStart"/>
      <w:r>
        <w:rPr>
          <w:lang w:val="ru-RU"/>
        </w:rPr>
        <w:t>… Н</w:t>
      </w:r>
      <w:proofErr w:type="gramEnd"/>
      <w:r>
        <w:rPr>
          <w:lang w:val="ru-RU"/>
        </w:rPr>
        <w:t>е установлен.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(На экране появляется та же надпись.)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Причина поступления…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(Размышляет, пишет, проговаривая как законченную фразу.)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Отсутствие волшебства.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(Ставит точку.</w:t>
      </w:r>
      <w:proofErr w:type="gramEnd"/>
      <w:r>
        <w:rPr>
          <w:i/>
          <w:lang w:val="ru-RU"/>
        </w:rPr>
        <w:t xml:space="preserve"> Запись дублируется на экране. Собирается положить палочку в ящик, случайно дует в неё. Раздаётся чистый, неожиданный звук. Архивариус пробует ещё раз. Звучит короткая красивая мелодия. </w:t>
      </w:r>
      <w:proofErr w:type="gramStart"/>
      <w:r>
        <w:rPr>
          <w:i/>
          <w:lang w:val="ru-RU"/>
        </w:rPr>
        <w:t>Покачива</w:t>
      </w:r>
      <w:r w:rsidR="00D6492D">
        <w:rPr>
          <w:i/>
          <w:lang w:val="ru-RU"/>
        </w:rPr>
        <w:t>ет</w:t>
      </w:r>
      <w:r>
        <w:rPr>
          <w:i/>
          <w:lang w:val="ru-RU"/>
        </w:rPr>
        <w:t xml:space="preserve"> головой.)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Отсутствие волшебства?..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(На проекции формуляра только что поставленная точка исчезает.</w:t>
      </w:r>
      <w:proofErr w:type="gramEnd"/>
      <w:r>
        <w:rPr>
          <w:i/>
          <w:lang w:val="ru-RU"/>
        </w:rPr>
        <w:t xml:space="preserve"> Архивариус дописывает и артикулирует фразу.</w:t>
      </w:r>
      <w:r w:rsidR="00D6492D">
        <w:rPr>
          <w:i/>
          <w:lang w:val="ru-RU"/>
        </w:rPr>
        <w:t xml:space="preserve"> </w:t>
      </w:r>
      <w:proofErr w:type="gramStart"/>
      <w:r w:rsidR="00D6492D">
        <w:rPr>
          <w:i/>
          <w:lang w:val="ru-RU"/>
        </w:rPr>
        <w:t>Перо скрипит.</w:t>
      </w:r>
      <w:r>
        <w:rPr>
          <w:i/>
          <w:lang w:val="ru-RU"/>
        </w:rPr>
        <w:t>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…не доказано.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</w:t>
      </w:r>
      <w:r w:rsidR="00D6492D">
        <w:rPr>
          <w:i/>
          <w:lang w:val="ru-RU"/>
        </w:rPr>
        <w:t>Встаёт.</w:t>
      </w:r>
      <w:proofErr w:type="gramEnd"/>
      <w:r w:rsidR="00D6492D">
        <w:rPr>
          <w:i/>
          <w:lang w:val="ru-RU"/>
        </w:rPr>
        <w:t xml:space="preserve"> </w:t>
      </w:r>
      <w:r>
        <w:rPr>
          <w:i/>
          <w:lang w:val="ru-RU"/>
        </w:rPr>
        <w:t xml:space="preserve">Кладёт палочку обратно. С трудом закрывает ящик, как и открывал его. </w:t>
      </w:r>
      <w:proofErr w:type="gramStart"/>
      <w:r>
        <w:rPr>
          <w:i/>
          <w:lang w:val="ru-RU"/>
        </w:rPr>
        <w:t>Вновь слышен протяжный скрип пера.)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Давай. Давай.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(Садится за стол.</w:t>
      </w:r>
      <w:proofErr w:type="gramEnd"/>
      <w:r>
        <w:rPr>
          <w:i/>
          <w:lang w:val="ru-RU"/>
        </w:rPr>
        <w:t xml:space="preserve"> Берёт в руки папку с надписью: «ДЕЛО А—». </w:t>
      </w:r>
      <w:proofErr w:type="gramStart"/>
      <w:r>
        <w:rPr>
          <w:i/>
          <w:lang w:val="ru-RU"/>
        </w:rPr>
        <w:t>На</w:t>
      </w:r>
      <w:proofErr w:type="gramEnd"/>
      <w:r>
        <w:rPr>
          <w:i/>
          <w:lang w:val="ru-RU"/>
        </w:rPr>
        <w:t xml:space="preserve"> экране появляется изображение папки. Дописывает букву «Я». На экране: «Дело </w:t>
      </w:r>
      <w:proofErr w:type="gramStart"/>
      <w:r>
        <w:rPr>
          <w:i/>
          <w:lang w:val="ru-RU"/>
        </w:rPr>
        <w:t>А—Я</w:t>
      </w:r>
      <w:proofErr w:type="gramEnd"/>
      <w:r>
        <w:rPr>
          <w:i/>
          <w:lang w:val="ru-RU"/>
        </w:rPr>
        <w:t xml:space="preserve">». Любуется надписью. Из темноты слышится стук клавиш. Экран гаснет. Архивариус поднимает голову. В кабинете Эго сам собой загорается монитор, освещая пустое кресло перед ним. На большом экране появляется увеличенное изображение происходящего на мониторе компьютера: курсор движется по тексту, слова выделяются, исчезают, появляются новые. Архивариус закрывает папку, гасит лампу и уходит в полумрак. Свет над его столом гаснет. Курсор продолжает двигаться по тексту на мониторе, что-то выделяя, стирая, дописывая. </w:t>
      </w:r>
      <w:proofErr w:type="gramStart"/>
      <w:r>
        <w:rPr>
          <w:i/>
          <w:lang w:val="ru-RU"/>
        </w:rPr>
        <w:t>Экран и монитор компьютера со щелчком клавиатуры гаснут одновременно.)</w:t>
      </w:r>
      <w:proofErr w:type="gramEnd"/>
    </w:p>
    <w:p w:rsidR="00CF61A6" w:rsidRPr="004365B0" w:rsidRDefault="00B03FDF">
      <w:pPr>
        <w:keepNext/>
        <w:pageBreakBefore/>
        <w:spacing w:after="40" w:line="240" w:lineRule="auto"/>
        <w:jc w:val="center"/>
        <w:rPr>
          <w:lang w:val="ru-RU"/>
        </w:rPr>
      </w:pPr>
      <w:r>
        <w:rPr>
          <w:b/>
          <w:sz w:val="26"/>
          <w:lang w:val="ru-RU"/>
        </w:rPr>
        <w:lastRenderedPageBreak/>
        <w:t>СЦЕНА ПЕРВАЯ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b/>
          <w:lang w:val="ru-RU"/>
        </w:rPr>
        <w:t>Назначение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i/>
          <w:sz w:val="22"/>
          <w:lang w:val="ru-RU"/>
        </w:rPr>
        <w:t>Эго и 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Ночь. Входит Эго, закрывает за собой дверь. Её внутренняя поверхность — зеркало. Подходит к зеркалу, поправляет воротник, причёску. Задерживает взгляд на собственном отражении. Подходит к вешалке, снимает туфли, обувает тапочки. Затем подходит к письменному столу, садится за компьютер. Монитор загорается; изображение дублируется на большом экране. Эго начинает работать.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За его спиной зеркальная дверь бесшумно открывается, появляется Аватар. Бесшумно закрыв за собой дверь, он в точности повторяет движения Эго перед зеркалом: поправляет воротник, причёску. Проходит, усаживается в кресло, наблюдает за Эго. Эго — на свету. Аватар — в тени. На пустом экране появляется надпись:</w:t>
      </w:r>
    </w:p>
    <w:p w:rsidR="00CF61A6" w:rsidRPr="004365B0" w:rsidRDefault="00B03FDF">
      <w:pPr>
        <w:keepLines/>
        <w:spacing w:before="40" w:after="40" w:line="240" w:lineRule="auto"/>
        <w:jc w:val="center"/>
        <w:rPr>
          <w:lang w:val="ru-RU"/>
        </w:rPr>
      </w:pPr>
      <w:r>
        <w:rPr>
          <w:b/>
          <w:lang w:val="ru-RU"/>
        </w:rPr>
        <w:t>Рассказ</w:t>
      </w:r>
    </w:p>
    <w:p w:rsidR="00CF61A6" w:rsidRPr="004365B0" w:rsidRDefault="00B03FDF">
      <w:pPr>
        <w:keepLines/>
        <w:spacing w:before="40" w:after="40" w:line="240" w:lineRule="auto"/>
        <w:jc w:val="center"/>
        <w:rPr>
          <w:lang w:val="ru-RU"/>
        </w:rPr>
      </w:pPr>
      <w:r>
        <w:rPr>
          <w:b/>
          <w:lang w:val="ru-RU"/>
        </w:rPr>
        <w:t>АВАТАР УЧАСТКОВОГО ПОЭТА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Эго выделяет набранный текст, пытается его стереть. Аватар негромко покашливает. Эго вздрагивает, оборачивается.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ещё кто?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— твой Аватар.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Какое пафосное имя.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не имя. Это — должность.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резво встаёт, осматривает кабинет, будто принимает хозяйство.)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тебя назначил?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 добродушной улыбкой и иронией.)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Ты. Только, как обычно, забыл оформить приказ.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Я — то, что ты создал из себя, отбирая лучшее. Фотографию, где твоя физиономия кажется чуть менее примитивной, чем сейчас </w:t>
      </w:r>
      <w:r>
        <w:rPr>
          <w:i/>
          <w:lang w:val="ru-RU"/>
        </w:rPr>
        <w:t>(указывает на Эго)</w:t>
      </w:r>
      <w:r>
        <w:rPr>
          <w:lang w:val="ru-RU"/>
        </w:rPr>
        <w:t xml:space="preserve">. Мысли, которые только тебе кажутся гениальными. Совесть, которую ты привык считать чистой. </w:t>
      </w:r>
      <w:r>
        <w:rPr>
          <w:lang w:val="ru-RU"/>
        </w:rPr>
        <w:lastRenderedPageBreak/>
        <w:t>Мужество, о котором после Афгана особенно охотно пишешь, когда никто не проверяет.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злится, встаёт.)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Ну, ладно, ладно. Не сердись. Шучу.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Убирайся.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Куда?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Откуда пришёл.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Я ниоткуда не приходил. Я всё время был здесь. Я давно живу с тобой. Просто раньше ты называл меня иначе: Вдохновением, Совестью. Офицерской Честью, Профессиональным Долгом — </w:t>
      </w:r>
      <w:proofErr w:type="gramStart"/>
      <w:r>
        <w:rPr>
          <w:lang w:val="ru-RU"/>
        </w:rPr>
        <w:t>смотря</w:t>
      </w:r>
      <w:proofErr w:type="gramEnd"/>
      <w:r>
        <w:rPr>
          <w:lang w:val="ru-RU"/>
        </w:rPr>
        <w:t xml:space="preserve"> чем удобнее было оправдать бессонную ночь и своё бессилие.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поворачивается к компьютеру.)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устал.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передумал участвовать в этом странном конкурсе.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(Указывает на монитор.)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Вот видишь: сдулся.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имею право передумать.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(Выделяет текст на мониторе.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Через секунду отменяет выделение.)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Конечно. Ты вообще многое умеешь </w:t>
      </w:r>
      <w:r>
        <w:rPr>
          <w:i/>
          <w:lang w:val="ru-RU"/>
        </w:rPr>
        <w:t>(короткая пауза)</w:t>
      </w:r>
      <w:r>
        <w:rPr>
          <w:lang w:val="ru-RU"/>
        </w:rPr>
        <w:t xml:space="preserve"> не делать.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снова выделяет текст.)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Удалишь?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Удалю.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(Махнув рукой.)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Удаляй.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держит палец над клавишей.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Не нажимает.)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(После короткой паузы.)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так и думал.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Ну что ты от меня хочешь?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Дружеской дискуссии. Не для публикации. Откровенного разговора по душам.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Между нами нет тайн. У нас одни мысли, одни слова, одна память.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разделил нас метафизически. Этого достаточно не только для дружеской беседы, но и для войны.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подходит к зеркалу.)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помнишь?..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(Декламирует, показывая рукой и глядя на своё отражение в зеркале.</w:t>
      </w:r>
      <w:proofErr w:type="gramEnd"/>
      <w:r>
        <w:rPr>
          <w:i/>
          <w:lang w:val="ru-RU"/>
        </w:rPr>
        <w:t xml:space="preserve"> В жестикуляции заметна ирония. </w:t>
      </w:r>
      <w:proofErr w:type="gramStart"/>
      <w:r>
        <w:rPr>
          <w:i/>
          <w:lang w:val="ru-RU"/>
        </w:rPr>
        <w:t>При произнесении слов «дуализма» и «софизма», гротескно изображает пафос.)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Стою пред зеркалом — явленьем дуализма,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пытаясь отделить добро от зла…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(При этом указывает сначала на себя, потом на отражение.)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 оторвать глупца от мудреца.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</w:t>
      </w:r>
      <w:proofErr w:type="gramStart"/>
      <w:r>
        <w:rPr>
          <w:i/>
          <w:lang w:val="ru-RU"/>
        </w:rPr>
        <w:t>Теперь</w:t>
      </w:r>
      <w:proofErr w:type="gramEnd"/>
      <w:r>
        <w:rPr>
          <w:i/>
          <w:lang w:val="ru-RU"/>
        </w:rPr>
        <w:t xml:space="preserve"> наоборот: на зеркало, потом на себя.)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Примером неприкрытого софизма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своё же наделяю отраженье —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уродством, алчностью, бездарностью и </w:t>
      </w:r>
      <w:proofErr w:type="gramStart"/>
      <w:r>
        <w:rPr>
          <w:lang w:val="ru-RU"/>
        </w:rPr>
        <w:t>скотством</w:t>
      </w:r>
      <w:proofErr w:type="gramEnd"/>
      <w:r>
        <w:rPr>
          <w:lang w:val="ru-RU"/>
        </w:rPr>
        <w:t>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Разбилось зеркало. Я от потери сник.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почему-то не исчез двойник.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(При слове «двойник» указывает пальцем на отражение.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Пауза. Аватар повторяет свой вопрос громче.)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Так помнишь?..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(Несколько раздражённо.)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помню.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забыл, с кем разговариваешь.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(После паузы продолжает.)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Просто признайся: тебе этот стишок не нравится.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Слабый.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 некоторой иронией.)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зачем сохранил?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</w:t>
      </w:r>
      <w:bookmarkStart w:id="0" w:name="_GoBack"/>
      <w:bookmarkEnd w:id="0"/>
      <w:r>
        <w:rPr>
          <w:b/>
          <w:lang w:val="ru-RU"/>
        </w:rPr>
        <w:t>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мой.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(Без иронии, даже с едва заметной угрозой, указывая назидательно пальцем на Эго.)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Вот мы и подошли к главному.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 чему?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 праву собственности.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берёт один из листов на столе у компьютера.)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Положи.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Чей это почерк?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последняя строка?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Тоже моя.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её полгода не мог закончить.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закончил.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Когда я подсказал. </w:t>
      </w:r>
      <w:r>
        <w:rPr>
          <w:i/>
          <w:lang w:val="ru-RU"/>
        </w:rPr>
        <w:t>(Пауза.)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 Афгане ты ещё не считал себя поэтом. Писал хуже — но честнее. Потому что был должен тем, о ком писал. Теперь поэзия стала для тебя занятием. Но поэзия — не хобби.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и сейчас не считаю себя поэтом. Потому и не публикую своих стихов.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(Язвительно.)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прикрываешь своё тщеславие показной скромностью. Ты панически боишься любой критики.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(Резко вырывает лист из рук Аватара, говорит громче.)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ничего не боюсь.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Ты — военный хирург. Тебе должно </w:t>
      </w:r>
      <w:proofErr w:type="gramStart"/>
      <w:r>
        <w:rPr>
          <w:lang w:val="ru-RU"/>
        </w:rPr>
        <w:t>быть стыдно так неубедительно лгать</w:t>
      </w:r>
      <w:proofErr w:type="gramEnd"/>
      <w:r>
        <w:rPr>
          <w:lang w:val="ru-RU"/>
        </w:rPr>
        <w:t>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(Язвительно.)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Обязуюсь впредь лгать убедительно, чтобы не было стыдно.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(Движения Эго становятся резкими.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Открывает ящик стола, достаёт хирургическую маску, белый колпак врача, коробочку с орденом и офицерский жетон на цепочке.)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Вот твоё лицо и твои регалии </w:t>
      </w:r>
      <w:r>
        <w:rPr>
          <w:i/>
          <w:lang w:val="ru-RU"/>
        </w:rPr>
        <w:t>(указывает на извлечённые из стола предметы)</w:t>
      </w:r>
      <w:r>
        <w:rPr>
          <w:lang w:val="ru-RU"/>
        </w:rPr>
        <w:t>. На большее не рассчитывай.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надевает маску, колпак.</w:t>
      </w:r>
      <w:proofErr w:type="gramEnd"/>
      <w:r>
        <w:rPr>
          <w:i/>
          <w:lang w:val="ru-RU"/>
        </w:rPr>
        <w:t xml:space="preserve"> Протягивает руку за жетоном и коробочкой. </w:t>
      </w:r>
      <w:proofErr w:type="gramStart"/>
      <w:r>
        <w:rPr>
          <w:i/>
          <w:lang w:val="ru-RU"/>
        </w:rPr>
        <w:t>Эго не отдаёт.)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(На экране отчётливо изображена медаль «Военврач».)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В музее, на той медали отца изображён не ты. Посмотри. </w:t>
      </w:r>
      <w:r>
        <w:rPr>
          <w:i/>
          <w:lang w:val="ru-RU"/>
        </w:rPr>
        <w:t>(Указывает на экран)</w:t>
      </w:r>
      <w:r>
        <w:rPr>
          <w:lang w:val="ru-RU"/>
        </w:rPr>
        <w:t>. Это — человек, каким ты хотел бы остаться в памяти. Решительный. Собранный. Готов к настоящему делу.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(Поворачивается к Эго, вновь указывает на экран, произносит раздельно.)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lastRenderedPageBreak/>
        <w:t>Это — 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Там 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 Не ты…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(Далее раздельно каждую букву, отчётливо, с вызовом.)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— 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(Изображение медали на экране увеличивается, фокусируется на нижнем сегменте, где изображён офицерский жетон.)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Там </w:t>
      </w:r>
      <w:proofErr w:type="gramStart"/>
      <w:r>
        <w:rPr>
          <w:lang w:val="ru-RU"/>
        </w:rPr>
        <w:t>твои</w:t>
      </w:r>
      <w:proofErr w:type="gramEnd"/>
      <w:r>
        <w:rPr>
          <w:lang w:val="ru-RU"/>
        </w:rPr>
        <w:t xml:space="preserve"> — только офицерский жетон и девиз.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(Экран резко гаснет, медаль исчезает.</w:t>
      </w:r>
      <w:proofErr w:type="gramEnd"/>
      <w:r>
        <w:rPr>
          <w:i/>
          <w:lang w:val="ru-RU"/>
        </w:rPr>
        <w:t xml:space="preserve"> Аватар протягивает руку за жетоном и коробочкой с орденом, указывая на них пальцем. </w:t>
      </w:r>
      <w:proofErr w:type="gramStart"/>
      <w:r>
        <w:rPr>
          <w:i/>
          <w:lang w:val="ru-RU"/>
        </w:rPr>
        <w:t>Эго не отдаёт.)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 угрозой.)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забывайся.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(Успокаивается.)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ничего не забываю. Для этого ты меня и придумал.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(Пауза.</w:t>
      </w:r>
      <w:proofErr w:type="gramEnd"/>
      <w:r>
        <w:rPr>
          <w:i/>
          <w:lang w:val="ru-RU"/>
        </w:rPr>
        <w:t xml:space="preserve"> За ночным окном дважды кукует кукушка. </w:t>
      </w:r>
      <w:proofErr w:type="gramStart"/>
      <w:r>
        <w:rPr>
          <w:i/>
          <w:lang w:val="ru-RU"/>
        </w:rPr>
        <w:t>Эго машинально смотрит на часы.)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В своих пафосных стихах ты искренне </w:t>
      </w:r>
      <w:proofErr w:type="gramStart"/>
      <w:r>
        <w:rPr>
          <w:lang w:val="ru-RU"/>
        </w:rPr>
        <w:t>мечтаешь</w:t>
      </w:r>
      <w:proofErr w:type="gramEnd"/>
      <w:r>
        <w:rPr>
          <w:lang w:val="ru-RU"/>
        </w:rPr>
        <w:t xml:space="preserve"> словом спасти мир. Спас?..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(Примирительно, с некоторым равнодушием.)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Хорошо. Давай попробуем спасать мир вместе.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Какой мир?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Реальный.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Тот, который разрушает тебя? Или тот, который ты выдумал, чтобы было о чём писать?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ведь мир действительно рушится. Это — не моя выдумка.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Мир рушился всегда </w:t>
      </w:r>
      <w:r>
        <w:rPr>
          <w:i/>
          <w:lang w:val="ru-RU"/>
        </w:rPr>
        <w:t>(произносит раздельно каждое слово)</w:t>
      </w:r>
      <w:r>
        <w:rPr>
          <w:lang w:val="ru-RU"/>
        </w:rPr>
        <w:t xml:space="preserve">. Просто раньше это происходило без твоих комментариев. </w:t>
      </w:r>
      <w:r>
        <w:rPr>
          <w:i/>
          <w:lang w:val="ru-RU"/>
        </w:rPr>
        <w:t>(Указывает на монитор компьютера.)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ведь после Хиросимы и Нагасаки человечество должно было хотя бы…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начинай лекцию.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— не лекция.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proofErr w:type="gramStart"/>
      <w:r>
        <w:rPr>
          <w:lang w:val="ru-RU"/>
        </w:rPr>
        <w:t>Ну-у</w:t>
      </w:r>
      <w:proofErr w:type="gramEnd"/>
      <w:r>
        <w:rPr>
          <w:lang w:val="ru-RU"/>
        </w:rPr>
        <w:t>, сейчас начнётся: Кустурица-</w:t>
      </w:r>
      <w:proofErr w:type="spellStart"/>
      <w:r>
        <w:rPr>
          <w:lang w:val="ru-RU"/>
        </w:rPr>
        <w:t>Мустурица</w:t>
      </w:r>
      <w:proofErr w:type="spellEnd"/>
      <w:r>
        <w:rPr>
          <w:lang w:val="ru-RU"/>
        </w:rPr>
        <w:t>, Фукуяма-</w:t>
      </w:r>
      <w:proofErr w:type="spellStart"/>
      <w:r>
        <w:rPr>
          <w:lang w:val="ru-RU"/>
        </w:rPr>
        <w:t>Фукусима</w:t>
      </w:r>
      <w:proofErr w:type="spellEnd"/>
      <w:r>
        <w:rPr>
          <w:lang w:val="ru-RU"/>
        </w:rPr>
        <w:t>… Конец истории, конец света и…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(Короткая пауза.)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i/>
          <w:lang w:val="ru-RU"/>
        </w:rPr>
        <w:t>…</w:t>
      </w:r>
      <w:r>
        <w:rPr>
          <w:lang w:val="ru-RU"/>
        </w:rPr>
        <w:t xml:space="preserve">начало конца твоей новой поэмы со скромным названием: «Евангелие </w:t>
      </w: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>…». Прости, забыл: от кого?..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ты — я вижу — всё знаешь.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знаю твой порядок слов и мыслей. Это не одно и то же.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хочет возразить, но замолкает.)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Ты прав в одном. Мир спасают — не герои </w:t>
      </w:r>
      <w:r>
        <w:rPr>
          <w:i/>
          <w:lang w:val="ru-RU"/>
        </w:rPr>
        <w:t>(указывает на пустой экран)</w:t>
      </w:r>
      <w:r>
        <w:rPr>
          <w:lang w:val="ru-RU"/>
        </w:rPr>
        <w:t>. Но и поэты его тоже не спасают.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зачем ты мне нужен?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Чтобы сохранить то, что ещё не умерло. Спасти и сохранить.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(Концовку фразы произносит как в библейской молитве.)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Да-да — скосить и схоронить.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спасти? Что сохранить?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Слово. </w:t>
      </w:r>
      <w:r>
        <w:rPr>
          <w:i/>
          <w:lang w:val="ru-RU"/>
        </w:rPr>
        <w:t>(Указывает на монитор.)</w:t>
      </w:r>
    </w:p>
    <w:p w:rsidR="00CF61A6" w:rsidRPr="004365B0" w:rsidRDefault="00B03FDF">
      <w:pPr>
        <w:ind w:left="340" w:right="113"/>
        <w:rPr>
          <w:lang w:val="ru-RU"/>
        </w:rPr>
      </w:pPr>
      <w:proofErr w:type="gramStart"/>
      <w:r>
        <w:rPr>
          <w:lang w:val="ru-RU"/>
        </w:rPr>
        <w:t>Слово</w:t>
      </w:r>
      <w:proofErr w:type="gramEnd"/>
      <w:r>
        <w:rPr>
          <w:lang w:val="ru-RU"/>
        </w:rPr>
        <w:t xml:space="preserve"> — которое ещё можно отличить от шума. </w:t>
      </w:r>
      <w:r>
        <w:rPr>
          <w:i/>
          <w:lang w:val="ru-RU"/>
        </w:rPr>
        <w:t>(Пауза.)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lastRenderedPageBreak/>
        <w:t xml:space="preserve">Имя </w:t>
      </w:r>
      <w:r>
        <w:rPr>
          <w:i/>
          <w:lang w:val="ru-RU"/>
        </w:rPr>
        <w:t>(указывает на пустой экран)</w:t>
      </w:r>
      <w:r>
        <w:rPr>
          <w:lang w:val="ru-RU"/>
        </w:rPr>
        <w:t xml:space="preserve"> — которое ещё не стёрли с бронзы, с гранита, с фотографии.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Сохранить </w:t>
      </w:r>
      <w:proofErr w:type="gramStart"/>
      <w:r>
        <w:rPr>
          <w:lang w:val="ru-RU"/>
        </w:rPr>
        <w:t>человека</w:t>
      </w:r>
      <w:proofErr w:type="gramEnd"/>
      <w:r>
        <w:rPr>
          <w:lang w:val="ru-RU"/>
        </w:rPr>
        <w:t xml:space="preserve"> — который всё понимает, но ничего не делает.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 кто этот человек?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льсти себе. Пока неизвестно, удастся ли его спасти.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усмехается.)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Значит, ты всё-таки собираешься спасать мир?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Мир мне не очень доверят. Из-за тебя.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(Подходит ближе.)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буду спасать то, что тебе по должности положено: несколько живых слов, несколько мёртвых имён и одного человека, если он ещё способен услышать.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что, по-твоему, должен делать я?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Ничего героического. Героизм тебе противопоказан — сразу начнёшь собой любоваться.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(Указывает на пустой экран.)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Очень смешно.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я пойду вместо тебя.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значит — вместо меня? Куда?..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Туда, куда ты не доходишь — на участок. Заканчивать то, что ты бросаешь. Помнить то, что ты вытесняешь из памяти. Говорить то, что ты боишься произнести вслух.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будешь говорить от моего имени?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(Разводит руками.)</w:t>
      </w:r>
    </w:p>
    <w:p w:rsidR="00CF61A6" w:rsidRPr="004365B0" w:rsidRDefault="00B03FDF">
      <w:pPr>
        <w:ind w:left="340" w:right="113"/>
        <w:rPr>
          <w:lang w:val="ru-RU"/>
        </w:rPr>
      </w:pPr>
      <w:proofErr w:type="gramStart"/>
      <w:r>
        <w:rPr>
          <w:lang w:val="ru-RU"/>
        </w:rPr>
        <w:t>Другого у меня пока нет.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(Собирается уходить.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Указывает на компьютер.)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Просмотри. </w:t>
      </w:r>
      <w:r>
        <w:rPr>
          <w:i/>
          <w:lang w:val="ru-RU"/>
        </w:rPr>
        <w:t>(Пауза.)</w:t>
      </w:r>
      <w:r>
        <w:rPr>
          <w:lang w:val="ru-RU"/>
        </w:rPr>
        <w:t xml:space="preserve"> Только этот текст.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Можешь дочитать. Исправить опечатки. Возможно, предложить концовку.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Возможно?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более.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(Подчёркнуто услужливо.)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Разумеется.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(Недоверчиво глядя на Аватара.)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 не трогай стихи.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(Подчёркнуто услужливо.)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Разумеется.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прозвучало подозрительно.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ты наконец-то начал не только слушать, но и слышать.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надевает куртку.)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выйду. Мне нужно пройтись.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(Он направляется к двери.)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Компьютер выключить?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 Перечитай.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lastRenderedPageBreak/>
        <w:t>(Показывает на монитор.)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Дверь закрыть?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 Оставь.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(Ночь.</w:t>
      </w:r>
      <w:proofErr w:type="gramEnd"/>
      <w:r>
        <w:rPr>
          <w:i/>
          <w:lang w:val="ru-RU"/>
        </w:rPr>
        <w:t xml:space="preserve"> Эго снимает тапочки, обувается и выходит. Дверь остаётся открытой. Аватар некоторое время не двигается. Затем, обув оставленные Эго тапочки, садится на место Эго. Включается экран с текстом. Читает текст. Исправляет одно слово. Второе. Удаляет целый абзац. На экране появляется надпись:</w:t>
      </w:r>
    </w:p>
    <w:p w:rsidR="00CF61A6" w:rsidRPr="004365B0" w:rsidRDefault="00B03FDF">
      <w:pPr>
        <w:keepLines/>
        <w:spacing w:before="40" w:after="40" w:line="240" w:lineRule="auto"/>
        <w:jc w:val="center"/>
        <w:rPr>
          <w:lang w:val="ru-RU"/>
        </w:rPr>
      </w:pPr>
      <w:r>
        <w:rPr>
          <w:b/>
          <w:lang w:val="ru-RU"/>
        </w:rPr>
        <w:t>АВАТАР УЧАСТКОВОГО ПОЭТА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Аватар самодовольно улыбается, любуясь подписью, удаляет её. Появляется новая надпись:</w:t>
      </w:r>
    </w:p>
    <w:p w:rsidR="00CF61A6" w:rsidRPr="004365B0" w:rsidRDefault="00B03FDF">
      <w:pPr>
        <w:keepLines/>
        <w:spacing w:before="40" w:after="40" w:line="240" w:lineRule="auto"/>
        <w:jc w:val="center"/>
        <w:rPr>
          <w:lang w:val="ru-RU"/>
        </w:rPr>
      </w:pPr>
      <w:r>
        <w:rPr>
          <w:b/>
          <w:lang w:val="ru-RU"/>
        </w:rPr>
        <w:t>ЭГО И 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Встаёт из-за стола. Экран гаснет. Аватар — с оглядкой на дверь — берёт со стола хирургическую маску, колпак, жетон — надевает их. Из коробочки достаёт орден и, подходя к зеркалу, прикладывает к груди. Смотрит в зеркало. Но тут же резко возвращается к столу и кладёт вещи на место. Тапочки не снимает.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 xml:space="preserve">Обращается к пустому креслу Эго. </w:t>
      </w:r>
      <w:proofErr w:type="gramStart"/>
      <w:r>
        <w:rPr>
          <w:i/>
          <w:lang w:val="ru-RU"/>
        </w:rPr>
        <w:t>Шутливо отдаёт по-офицерски честь.)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 участок! Шагом марш!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(Сдвигает оба кресла.</w:t>
      </w:r>
      <w:proofErr w:type="gramEnd"/>
      <w:r>
        <w:rPr>
          <w:i/>
          <w:lang w:val="ru-RU"/>
        </w:rPr>
        <w:t xml:space="preserve"> Садится </w:t>
      </w:r>
      <w:proofErr w:type="gramStart"/>
      <w:r>
        <w:rPr>
          <w:i/>
          <w:lang w:val="ru-RU"/>
        </w:rPr>
        <w:t>поудобнее</w:t>
      </w:r>
      <w:proofErr w:type="gramEnd"/>
      <w:r>
        <w:rPr>
          <w:i/>
          <w:lang w:val="ru-RU"/>
        </w:rPr>
        <w:t xml:space="preserve"> в кресло. Дверь медленно закрывается сама. Свет гаснет — ночь. </w:t>
      </w:r>
      <w:proofErr w:type="gramStart"/>
      <w:r>
        <w:rPr>
          <w:i/>
          <w:lang w:val="ru-RU"/>
        </w:rPr>
        <w:t>Вдали четырежды кукует кукушка — четыре часа.)</w:t>
      </w:r>
      <w:proofErr w:type="gramEnd"/>
    </w:p>
    <w:p w:rsidR="00CF61A6" w:rsidRPr="004365B0" w:rsidRDefault="00B03FDF">
      <w:pPr>
        <w:keepNext/>
        <w:pageBreakBefore/>
        <w:spacing w:after="40" w:line="240" w:lineRule="auto"/>
        <w:jc w:val="center"/>
        <w:rPr>
          <w:lang w:val="ru-RU"/>
        </w:rPr>
      </w:pPr>
      <w:r>
        <w:rPr>
          <w:b/>
          <w:sz w:val="26"/>
          <w:lang w:val="ru-RU"/>
        </w:rPr>
        <w:lastRenderedPageBreak/>
        <w:t>СЦЕНА ВТОРАЯ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b/>
          <w:lang w:val="ru-RU"/>
        </w:rPr>
        <w:t>Соавтор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i/>
          <w:sz w:val="22"/>
          <w:lang w:val="ru-RU"/>
        </w:rPr>
        <w:t>Эго, 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(Предрассветный час.</w:t>
      </w:r>
      <w:proofErr w:type="gramEnd"/>
      <w:r>
        <w:rPr>
          <w:i/>
          <w:lang w:val="ru-RU"/>
        </w:rPr>
        <w:t xml:space="preserve"> На мониторе и экране — финальная фраза из фильма «Подполье»: «OVA PRIČA NEMA KRAJA» («У этой истории нет конца»). При возможности используется образ финального кадра фильма. Аватар спит в кресле Эго. На нём хозяйские тапочки. Ноги лежат на втором кресле. Эго входит с двумя чашками кофе. Останавливается. Ставит чашки на край стола. На мониторе и экране появляется стихотворный текст. </w:t>
      </w:r>
      <w:proofErr w:type="gramStart"/>
      <w:r>
        <w:rPr>
          <w:i/>
          <w:lang w:val="ru-RU"/>
        </w:rPr>
        <w:t>Эго замечает изменённый текст.)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ты сделал?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мгновенно просыпается, будто бы и не спал.)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Доброе утро.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мои тапочки.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(Показывает на тапочки.)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Они простаивали.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 меня так не принято.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(Показывает на кресло.)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Перейдём сразу к делу.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(Показывает на экран.)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Давай закончим поэму.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Какую ещё поэму?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Ту, из-за которой ты месяц ходишь по дому с лицом непризнанного пророка.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Она не готова.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Поэтому её надо закончить. Смотри…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садится за компьютер.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Эго смотрит из-за спины Аватара.)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Где вступление?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Оно мешало.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Здесь было четыре страницы. Ты изменил мой текст.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Исправил.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Удалил две страницы.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Три. На второй ты повторял первую, на третьей объяснял вторую, на четвёртой извинялся за первые три.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(Бегло осматривает текст.)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Верни.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Сначала прочти.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Верни, потом прочту.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ты снова решишь, что старое лучше только потому, что оно твоё.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читает молча.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Несколько раз собирается возразить, но продолжает читать.)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Ну?..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Те</w:t>
      </w:r>
      <w:proofErr w:type="gramStart"/>
      <w:r>
        <w:rPr>
          <w:lang w:val="ru-RU"/>
        </w:rPr>
        <w:t>кст ст</w:t>
      </w:r>
      <w:proofErr w:type="gramEnd"/>
      <w:r>
        <w:rPr>
          <w:lang w:val="ru-RU"/>
        </w:rPr>
        <w:t>ал короче на три страницы.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Ну и?..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Читается легче.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Поблагодари.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наглей.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достаёт несколько исписанных листов.)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Между сценой в подземелье и войной снаружи нужна проза.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 поэме?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Вчера ты напихал в прозу кучу стихов — правда, к месту. Сегодня </w:t>
      </w:r>
      <w:proofErr w:type="gramStart"/>
      <w:r>
        <w:rPr>
          <w:lang w:val="ru-RU"/>
        </w:rPr>
        <w:t>сделаем</w:t>
      </w:r>
      <w:proofErr w:type="gramEnd"/>
      <w:r>
        <w:rPr>
          <w:lang w:val="ru-RU"/>
        </w:rPr>
        <w:t xml:space="preserve"> наоборот: в кучу твоих стихов вставим немного моей прозы.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Твоей?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Оговорился. Нашей.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Прежде ты никогда не оговаривался.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Вот и хорошо. Начал замечать.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«Коло». Рассказ отца. Снаружи люди убивают друг друга, а внутри круга всё ещё держатся за руки и пляшут. Я вставил эту быль в поэму. Твоя баллада — зарифмованный миф </w:t>
      </w:r>
      <w:proofErr w:type="gramStart"/>
      <w:r>
        <w:rPr>
          <w:lang w:val="ru-RU"/>
        </w:rPr>
        <w:t>о</w:t>
      </w:r>
      <w:proofErr w:type="gramEnd"/>
      <w:r>
        <w:rPr>
          <w:lang w:val="ru-RU"/>
        </w:rPr>
        <w:t xml:space="preserve"> моей были.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Мой миф родился раньше твоей прозы.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Поэтому я их объединил. Смотри.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(Передаёт листы.)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читает, недовольно бурчит.)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слишком высокого мнения о себе.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Зато ты слишком низкого мнения о результате. Мы уравновешиваем друг друга.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снова читает.)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действительно неплохо.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Поблагодари.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садись.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указывает на соседнее кресло.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Эго остаётся стоять.)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Почему ты командуешь?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ты теряешь время.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машинально смотрит на часы.)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Сегодня — день рождения отца. Завтра — </w:t>
      </w:r>
      <w:proofErr w:type="gramStart"/>
      <w:r>
        <w:rPr>
          <w:lang w:val="ru-RU"/>
        </w:rPr>
        <w:t>твой</w:t>
      </w:r>
      <w:proofErr w:type="gramEnd"/>
      <w:r>
        <w:rPr>
          <w:lang w:val="ru-RU"/>
        </w:rPr>
        <w:t>. Поэму нужно закончить до завтра.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резко кладёт листы на стол.)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Ты не </w:t>
      </w:r>
      <w:proofErr w:type="gramStart"/>
      <w:r>
        <w:rPr>
          <w:lang w:val="ru-RU"/>
        </w:rPr>
        <w:t>имеешь права использовать его… Он бы не хотел</w:t>
      </w:r>
      <w:proofErr w:type="gramEnd"/>
      <w:r>
        <w:rPr>
          <w:lang w:val="ru-RU"/>
        </w:rPr>
        <w:t>, чтобы его память стала приказом.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лишь напомнил дату, которую ты забыл. Именно для этого ты меня создал — помнить то, что сам вытесняешь.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помнил.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Когда напомнили.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Помнить — не значит распоряжаться.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 ты различаешь эти слова, всё не так плохо.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(Пауза.</w:t>
      </w:r>
      <w:proofErr w:type="gramEnd"/>
      <w:r>
        <w:rPr>
          <w:i/>
          <w:lang w:val="ru-RU"/>
        </w:rPr>
        <w:t xml:space="preserve"> Аватар подаёт кофе, принесённый Эго.)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Садись. Я сделаю яичницу.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не голоден.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всегда не голоден, пока не падаешь. Хотя бы кофе выпей.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заботься обо мне.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придётся заботиться о тексте, оставшемся без автора.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lastRenderedPageBreak/>
        <w:t>(Аватар берёт в руки листы.</w:t>
      </w:r>
      <w:proofErr w:type="gramEnd"/>
      <w:r>
        <w:rPr>
          <w:i/>
          <w:lang w:val="ru-RU"/>
        </w:rPr>
        <w:t xml:space="preserve"> Эго садится за компьютер. Они работают. Дальнейший спор идёт беззвучно: Эго печатает, Аватар диктует, вычёркивает и переставляет листы; Эго однажды ударяет ладонью по столу. Совместная работа постепенно становится неотличима от ссоры. За окном с неравными промежутками отзывается кукушка. Постепенно светает. Кукушка умолкает. Птиц не слышно. Оба замирают, читают. Аватар говорит совершенно буднично, словно ссоры не было.)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Сократи «Коло» наполовину.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 прозе — быль. В стихе — миф. Дочитывая балладу, читатель забудет, из чего вырос миф.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Зритель.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(Как бы поправляя Аватара.)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Что?..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знаю. Вдруг это когда-нибудь станет пьесой.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изумлённо смотрит на него.)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придётся вырезать почти всё.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дождёшься.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Я-то умею ждать. Это ты не умеешь заканчивать.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(Берёт другой лист.)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 второй главе уйди от длинной строки. Она должна отличаться от соседних глав.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Почему?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что, вскрывая содержание конфликта между героями, надо изменить и форму этого конфликта. И схема должна звучать иначе, чем человек.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я и сам знаю.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Знать и сделать — разные глаголы.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 концовку «Коло» ты тоже переделал?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 нет. Но переделаю. Она должна оборваться.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(Встаёт, расправляет плечи, разводит руки, словно в танце держится за соседей в коло, и притопывает.)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Топни ножкой в конце последней строфы.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слишком ли много распоряжений?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Советов.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раньше задавал вопросы.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раньше отвечал быстрее.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смотрит на него.)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Как ты назвал файл?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«Из Подполья (благая весть)».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Почему не сразу «Евангелие от Кустурицы»?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Сначала так и написал. Потом решил, что это перебор.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решил?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Мы решили. Если не согласен — возражай.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Оставим пока.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Вот видишь — мы решили.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(Раздаётся сигнал уведомления.</w:t>
      </w:r>
      <w:proofErr w:type="gramEnd"/>
      <w:r>
        <w:rPr>
          <w:i/>
          <w:lang w:val="ru-RU"/>
        </w:rPr>
        <w:t xml:space="preserve"> На мониторе появляется изображение, оно дублируется на большом экране:</w:t>
      </w:r>
    </w:p>
    <w:p w:rsidR="00CF61A6" w:rsidRPr="004365B0" w:rsidRDefault="00B03FDF">
      <w:pPr>
        <w:keepLines/>
        <w:spacing w:before="40" w:after="40" w:line="240" w:lineRule="auto"/>
        <w:jc w:val="center"/>
        <w:rPr>
          <w:lang w:val="ru-RU"/>
        </w:rPr>
      </w:pPr>
      <w:r>
        <w:rPr>
          <w:b/>
          <w:lang w:val="ru-RU"/>
        </w:rPr>
        <w:t>НОВОЕ КОНКУРСНОЕ ЗАДАНИЕ: ТВОЙ ГЕРОЙ. ТВОЙ МИР. НАРУШЕНИЕ РАВНОВЕСИЯ.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Аватар читает и оживляется.)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Идеально.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Отправляем поэму на конкурс.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Нет. </w:t>
      </w:r>
      <w:r>
        <w:rPr>
          <w:i/>
          <w:lang w:val="ru-RU"/>
        </w:rPr>
        <w:t>(Экран гаснет)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Почему?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Она не готова. Там семь разрозненных частей.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Восемь. Я добавил вступление.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Без разрешения?.. Мы о чём договорились?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Мы договаривались заканчивать.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мой текст.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почему половину решений принимаю я?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я позволяю.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Прекрасно. Позволь отправить.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хочешь узнать мнение профессионалов, но не показываешь им тексты.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Покажу, когда закончу.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 есть никогда.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не позволю тебе решать за меня.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не решаю. Я помогаю тебе принять правильное решение.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Правильное — это твоё?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Правильное — это принятое вовремя.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открывает форму отправки.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На экране изображение с кнопкой «ОТПРАВИТЬ».)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Закрой.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Кстати, кто-то нам звонил.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Нам?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proofErr w:type="gramStart"/>
      <w:r>
        <w:rPr>
          <w:lang w:val="ru-RU"/>
        </w:rPr>
        <w:t>Ну</w:t>
      </w:r>
      <w:proofErr w:type="gramEnd"/>
      <w:r>
        <w:rPr>
          <w:lang w:val="ru-RU"/>
        </w:rPr>
        <w:t xml:space="preserve"> какая разница? Не придирайся к словам.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Почему я не слышал?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ходил за кофе.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пристально смотрит на Аватара.)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звонил?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Кто-то, кому ты говорил о пьесе. Она не представилась. Спросила: на каком мы этапе.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отходит от компьютера.)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ты?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Сказал, что завершили.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Зачем?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 неё был приятный голос.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жестом просит Аватара освободить место у компьютера.)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Отойди.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не двигается с места.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Указывает на клавиатуру.)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я хочу, чтобы ты хоть раз рискнул, не думая о расплате.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пытается уйти.</w:t>
      </w:r>
      <w:proofErr w:type="gramEnd"/>
      <w:r>
        <w:rPr>
          <w:i/>
          <w:lang w:val="ru-RU"/>
        </w:rPr>
        <w:t xml:space="preserve"> Аватар вскакивает и встаёт у Эго на пути к двери.)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Отойди.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открывает дверь и отступает, освобождая путь.)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Уходи.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не уходит.)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Вот видишь.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возвращается к компьютеру, садится.</w:t>
      </w:r>
      <w:proofErr w:type="gramEnd"/>
      <w:r>
        <w:rPr>
          <w:i/>
          <w:lang w:val="ru-RU"/>
        </w:rPr>
        <w:t xml:space="preserve"> На мониторе и экране форма отправки и сообщение: «ДЛЯ ОТПРАВКИ ВВЕДИТЕ ПАРОЛЬ». Аватар нависает над Эго.)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Теперь введи пароль и отправь.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  <w:r>
        <w:rPr>
          <w:i/>
          <w:lang w:val="ru-RU"/>
        </w:rPr>
        <w:t xml:space="preserve"> (Настойчивее)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Введи и отправь.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(Оглядываясь на Аватара, набирает пароль.</w:t>
      </w:r>
      <w:proofErr w:type="gramEnd"/>
      <w:r>
        <w:rPr>
          <w:i/>
          <w:lang w:val="ru-RU"/>
        </w:rPr>
        <w:t xml:space="preserve"> На экране с характерным для клавиатуры щелчком возникает текст «ОТПРАВИТЬ». Эго заносит палец над клавишей. </w:t>
      </w:r>
      <w:proofErr w:type="gramStart"/>
      <w:r>
        <w:rPr>
          <w:i/>
          <w:lang w:val="ru-RU"/>
        </w:rPr>
        <w:t>Застывает.)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lastRenderedPageBreak/>
        <w:t>Ты заставляешь меня.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 Я не даю тебе убежать.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Скажи, кто сейчас решает?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Мы </w:t>
      </w:r>
      <w:r>
        <w:rPr>
          <w:i/>
          <w:lang w:val="ru-RU"/>
        </w:rPr>
        <w:t>(рука Аватара нависла над рукой Эго).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убери руку.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ты опять ничего не закончишь.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кладёт ладонь поверх руки Эго.</w:t>
      </w:r>
      <w:proofErr w:type="gramEnd"/>
      <w:r>
        <w:rPr>
          <w:i/>
          <w:lang w:val="ru-RU"/>
        </w:rPr>
        <w:t xml:space="preserve"> Щелчок клавиатуры. На экране: «РАБОТА ОТПРАВЛЕНА». Эго отдёргивает руку. Экран гаснет. </w:t>
      </w:r>
      <w:proofErr w:type="gramStart"/>
      <w:r>
        <w:rPr>
          <w:i/>
          <w:lang w:val="ru-RU"/>
        </w:rPr>
        <w:t>Резко встаёт с кресла, отходит.)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вынудил меня.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 Я сделал то, для чего ты меня создал.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занимает кресло Эго.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Эго стоит рядом.)</w:t>
      </w:r>
      <w:proofErr w:type="gramEnd"/>
    </w:p>
    <w:p w:rsidR="00CF61A6" w:rsidRPr="004365B0" w:rsidRDefault="00B03FDF">
      <w:pPr>
        <w:keepNext/>
        <w:pageBreakBefore/>
        <w:spacing w:after="40" w:line="240" w:lineRule="auto"/>
        <w:jc w:val="center"/>
        <w:rPr>
          <w:lang w:val="ru-RU"/>
        </w:rPr>
      </w:pPr>
      <w:r>
        <w:rPr>
          <w:b/>
          <w:sz w:val="26"/>
          <w:lang w:val="ru-RU"/>
        </w:rPr>
        <w:lastRenderedPageBreak/>
        <w:t>СЦЕНА ТРЕТЬЯ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i/>
          <w:sz w:val="22"/>
          <w:lang w:val="ru-RU"/>
        </w:rPr>
        <w:t>Эго, Аватар, Живое Слово, Голос Зала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(Комната становится площадкой для публичного чтения.</w:t>
      </w:r>
      <w:proofErr w:type="gramEnd"/>
      <w:r>
        <w:rPr>
          <w:i/>
          <w:lang w:val="ru-RU"/>
        </w:rPr>
        <w:t xml:space="preserve"> Свет выделяет площадку для публичного чтения на авансцене, где установлена отдельная стойка с микрофоном. Эго с листами готовится к выступлению; Аватар остаётся у компьютера. </w:t>
      </w:r>
      <w:proofErr w:type="gramStart"/>
      <w:r>
        <w:rPr>
          <w:i/>
          <w:lang w:val="ru-RU"/>
        </w:rPr>
        <w:t>На большом экране текст; зрителю заметно, что это — строфы какого-то стихотворения.)</w:t>
      </w:r>
      <w:proofErr w:type="gramEnd"/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(Голос Зала сидит в зрительном зале, олицетворяет зрительный зал, толпу, внешний мир.)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Голос из динамика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 начала чтения пять минут.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(Далее ожидается участие на сцене Живого Слова.</w:t>
      </w:r>
      <w:proofErr w:type="gramEnd"/>
      <w:r>
        <w:rPr>
          <w:i/>
          <w:lang w:val="ru-RU"/>
        </w:rPr>
        <w:t xml:space="preserve"> Голос Зала заблаговременно, не спеша, не скрываясь, выходит на сцену, снимает с вешалки плащ Живого Слова, берёт трость. </w:t>
      </w:r>
      <w:proofErr w:type="gramStart"/>
      <w:r>
        <w:rPr>
          <w:i/>
          <w:lang w:val="ru-RU"/>
        </w:rPr>
        <w:t>Уходя в тень, надевает плащ и опирается на трость.)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(Обращается к Аватару.)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Верни прежнюю строку.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Она слабая.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Она живая.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Она неточная.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Человек имеет право сомневаться.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Наедине с собой. На сцене он должен знать, зачем вышел.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знаю.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прочти.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(Смотрит в лист.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Без вдохновения читает начало стиха.)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— этот ваш «последний человек»?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lastRenderedPageBreak/>
        <w:t>В нём — блудный сын, послушник и поэт,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молитвенник и сквернослов.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 нём — Авель с Каином.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Грешит и кается, не опуская век.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Днём — вождь толпы, в ночи — анахорет…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(Останавливается.)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Дальше.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Слишком торжественно.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сам написал.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 бумаге звучало иначе.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 бумаге всё звучит мужественнее.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не буду читать.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(Кладёт лист на стол.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Делает шаг к двери.)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Голос из динамика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 выхода девяносто секунд.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Отмени.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Поздно.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Скажи, что заболел.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врач. Придумай диагноз.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Астения.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Хроническая.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Замолчи.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lastRenderedPageBreak/>
        <w:t>(Смотрит на листы)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Для начала нужно живое слово.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(Показывает листы.)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тут его нет.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(Из полумрака, сутулясь, выходит Живое Слово.</w:t>
      </w:r>
      <w:proofErr w:type="gramEnd"/>
      <w:r>
        <w:rPr>
          <w:i/>
          <w:lang w:val="ru-RU"/>
        </w:rPr>
        <w:t xml:space="preserve"> На его плечах — два металлических знака, похожих на кавычки. Он тяжело опирается на трость. </w:t>
      </w:r>
      <w:proofErr w:type="gramStart"/>
      <w:r>
        <w:rPr>
          <w:i/>
          <w:lang w:val="ru-RU"/>
        </w:rPr>
        <w:t>Эго и Аватар смотрят на него.)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меня звал?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не звал.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  <w:r>
        <w:rPr>
          <w:i/>
          <w:lang w:val="ru-RU"/>
        </w:rPr>
        <w:t xml:space="preserve"> (Обращается к Живому Слову.)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собирался читать.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(Подходит к микрофону.)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Какой текст?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показывает экран.)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  <w:r>
        <w:rPr>
          <w:i/>
          <w:lang w:val="ru-RU"/>
        </w:rPr>
        <w:t xml:space="preserve"> (Глядит на экран.)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Здесь всё кричит заглавными буквами.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Они смысловые.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proofErr w:type="gramStart"/>
      <w:r>
        <w:rPr>
          <w:lang w:val="ru-RU"/>
        </w:rPr>
        <w:t>Заглавными</w:t>
      </w:r>
      <w:proofErr w:type="gramEnd"/>
      <w:r>
        <w:rPr>
          <w:lang w:val="ru-RU"/>
        </w:rPr>
        <w:t xml:space="preserve"> обычно пишут то, во что перестали верить.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(Идёт к Живому Слову.)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сниму с вас кавычки.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(Настороженно.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С недоверием.)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не просил.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Так попросите.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подошёл к Живому Слову.</w:t>
      </w:r>
      <w:proofErr w:type="gramEnd"/>
      <w:r>
        <w:rPr>
          <w:i/>
          <w:lang w:val="ru-RU"/>
        </w:rPr>
        <w:t xml:space="preserve"> Тот не сопротивляется, но с тревогой глядит на Аватара. Аватар снимает с его плеч металлические знаки, с грохотом кладёт их на стол. </w:t>
      </w:r>
      <w:proofErr w:type="gramStart"/>
      <w:r>
        <w:rPr>
          <w:i/>
          <w:lang w:val="ru-RU"/>
        </w:rPr>
        <w:t>Живое Слово распрямляется.)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Легче.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Вот видите.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трогай его.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помог.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 — да.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возвращается к компьютеру.)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Начнём с середины. И не так заунывно.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 какого места?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Отрывок про Фукуяму.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слишком прямолинейно.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Зато понятно.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Всем.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Слово, понятное всем одинаково, обычно уже умерло.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(Подходит к Живому Слову.)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хотите, чтобы вас услышали?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любой ценой.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Цена — ясность.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 Цена — человек.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Голос из динамика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 начала — минута.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  <w:r>
        <w:rPr>
          <w:i/>
          <w:lang w:val="ru-RU"/>
        </w:rPr>
        <w:t xml:space="preserve"> (Встаёт.)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(Берёт лист у Эго.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Отдаёт его Живому Слову.)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Читайте: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(Живое Слово начинает декламировать.)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 небе японском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медленно всплыли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два солнца в зените.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Тени </w:t>
      </w:r>
      <w:proofErr w:type="gramStart"/>
      <w:r>
        <w:rPr>
          <w:lang w:val="ru-RU"/>
        </w:rPr>
        <w:t>сгоревших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навечно застыли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 мёртвом граните.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(Постепенно голос чтеца ослабевает, затухает.)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Стоя у бездны,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ступая на край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атомной «Фуку</w:t>
      </w:r>
      <w:proofErr w:type="gramStart"/>
      <w:r>
        <w:rPr>
          <w:lang w:val="ru-RU"/>
        </w:rPr>
        <w:t>»-</w:t>
      </w:r>
      <w:proofErr w:type="gramEnd"/>
      <w:r>
        <w:rPr>
          <w:lang w:val="ru-RU"/>
        </w:rPr>
        <w:t>ямы…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Стоп.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Почему?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Слишком медленно.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Там же люди сгорели.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Именно поэтому нельзя растягивать.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Пусть читает.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Зал потеряет ритм.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Пусть потеряет.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потеряет и смысл.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Живое Слово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(Живое Слово ударяет тростью.)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Смысл — это не строевая песня.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Голос из динамика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 начала чтения тридцать секунд.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забирает лист у Эго.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Быстро исправляет текст.)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ты делаешь?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Убираю лишнее.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Верни.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 времени.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Здесь — моя пауза.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Пауза ничего не говорит.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Иногда пауза — единственное место, где человек не лжёт.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смотрит на него.)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иногда — место, где человек прячется.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Голос из динамика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Начинаем.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(Загорается яркий свет.</w:t>
      </w:r>
      <w:proofErr w:type="gramEnd"/>
      <w:r>
        <w:rPr>
          <w:i/>
          <w:lang w:val="ru-RU"/>
        </w:rPr>
        <w:t xml:space="preserve"> Эго стоит перед микрофоном на авансцене. Не может начать. Аватар ждёт. </w:t>
      </w:r>
      <w:proofErr w:type="gramStart"/>
      <w:r>
        <w:rPr>
          <w:i/>
          <w:lang w:val="ru-RU"/>
        </w:rPr>
        <w:t>Живое Слово смотрит на Эго.)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Скажи хоть одно своё слово.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открывает рот, делая вдох, будто бы собирается говорить.</w:t>
      </w:r>
      <w:proofErr w:type="gramEnd"/>
      <w:r>
        <w:rPr>
          <w:i/>
          <w:lang w:val="ru-RU"/>
        </w:rPr>
        <w:t xml:space="preserve"> Молчит. Аватар встаёт. </w:t>
      </w:r>
      <w:proofErr w:type="gramStart"/>
      <w:r>
        <w:rPr>
          <w:i/>
          <w:lang w:val="ru-RU"/>
        </w:rPr>
        <w:t>Спокойно подходит к микрофону.)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  <w:r>
        <w:rPr>
          <w:i/>
          <w:lang w:val="ru-RU"/>
        </w:rPr>
        <w:t xml:space="preserve"> (Сдавленным голосом.)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смей.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(Забирает у Эго лист.</w:t>
      </w:r>
      <w:proofErr w:type="gramEnd"/>
      <w:r>
        <w:rPr>
          <w:i/>
          <w:lang w:val="ru-RU"/>
        </w:rPr>
        <w:t xml:space="preserve"> Проходит к кафедре, уверенно встаёт за неё. Свет смещается на Аватара. Он обращается к залу, как истинный трибун. </w:t>
      </w:r>
      <w:proofErr w:type="gramStart"/>
      <w:r>
        <w:rPr>
          <w:i/>
          <w:lang w:val="ru-RU"/>
        </w:rPr>
        <w:t>Эго отходит в тень.)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Добрый вечер!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делает робкий шаг к трибуне, останавливается.</w:t>
      </w:r>
      <w:proofErr w:type="gramEnd"/>
      <w:r>
        <w:rPr>
          <w:i/>
          <w:lang w:val="ru-RU"/>
        </w:rPr>
        <w:t xml:space="preserve"> Сжимает кулаки. </w:t>
      </w:r>
      <w:proofErr w:type="gramStart"/>
      <w:r>
        <w:rPr>
          <w:i/>
          <w:lang w:val="ru-RU"/>
        </w:rPr>
        <w:t>Опустив руки, возвращается на прежнее место.)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  <w:r>
        <w:rPr>
          <w:i/>
          <w:lang w:val="ru-RU"/>
        </w:rPr>
        <w:t xml:space="preserve"> (Продолжает.)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Мир не спасают те, кто громче всех говорит о спасении мира.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Мир спасают те, кто не даёт умереть живому слову.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лозунгу.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паролю.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приговору.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— Слову!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продолжает говорить, но его голос исчезает.</w:t>
      </w:r>
      <w:proofErr w:type="gramEnd"/>
      <w:r>
        <w:rPr>
          <w:i/>
          <w:lang w:val="ru-RU"/>
        </w:rPr>
        <w:t xml:space="preserve"> Он по-прежнему обращается к залу, движется, жестикулирует, словно развивает свою речь. </w:t>
      </w:r>
      <w:proofErr w:type="gramStart"/>
      <w:r>
        <w:rPr>
          <w:i/>
          <w:lang w:val="ru-RU"/>
        </w:rPr>
        <w:t>Из динамиков звучит заранее записанный голос Эго — тихий, домашний, без сценической декламации.)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Голос Эго из динамика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Пусть жизнь проходит, не спеша,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Чужие судьбы продолжая.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дышит, мечется душа,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 звучит строка чужая.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(Последняя строка постепенно затихает.</w:t>
      </w:r>
      <w:proofErr w:type="gramEnd"/>
      <w:r>
        <w:rPr>
          <w:i/>
          <w:lang w:val="ru-RU"/>
        </w:rPr>
        <w:t xml:space="preserve"> На этом слове Аватар замирает. Запись обрывается. Несколько секунд — полная тишина. Затем раздаются громкие аплодисменты. Аватар слегка кланяется. Эго остаётся в темноте. Живое Слово смотрит то на одного, то на другого. </w:t>
      </w:r>
      <w:proofErr w:type="gramStart"/>
      <w:r>
        <w:rPr>
          <w:i/>
          <w:lang w:val="ru-RU"/>
        </w:rPr>
        <w:t>Аплодисменты стихают.)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Чьё это было слово?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не отвечает.</w:t>
      </w:r>
      <w:proofErr w:type="gramEnd"/>
      <w:r>
        <w:rPr>
          <w:i/>
          <w:lang w:val="ru-RU"/>
        </w:rPr>
        <w:t xml:space="preserve"> Живое Слово подходит к столу, берёт металлические кавычки. Смотрит на Аватара. Тот отворачивается. </w:t>
      </w:r>
      <w:proofErr w:type="gramStart"/>
      <w:r>
        <w:rPr>
          <w:i/>
          <w:lang w:val="ru-RU"/>
        </w:rPr>
        <w:t>Живое Слово надевает кавычки и сразу сутулится.)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Зачем?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 них теперь безопаснее.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lastRenderedPageBreak/>
        <w:t>(Уходит в полумрак, опираясь на трость.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Слышен удаляющийся звук трости.)</w:t>
      </w:r>
      <w:proofErr w:type="gramEnd"/>
    </w:p>
    <w:p w:rsidR="00CF61A6" w:rsidRPr="004365B0" w:rsidRDefault="00B03FDF">
      <w:pPr>
        <w:keepNext/>
        <w:pageBreakBefore/>
        <w:spacing w:after="40" w:line="240" w:lineRule="auto"/>
        <w:jc w:val="center"/>
        <w:rPr>
          <w:lang w:val="ru-RU"/>
        </w:rPr>
      </w:pPr>
      <w:r>
        <w:rPr>
          <w:b/>
          <w:sz w:val="26"/>
          <w:lang w:val="ru-RU"/>
        </w:rPr>
        <w:lastRenderedPageBreak/>
        <w:t>СЦЕНА ЧЕТВЁРТАЯ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b/>
          <w:lang w:val="ru-RU"/>
        </w:rPr>
        <w:t>Ковчег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i/>
          <w:sz w:val="22"/>
          <w:lang w:val="ru-RU"/>
        </w:rPr>
        <w:t>Эго, Аватар, 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(Удаляющиеся удары трости постепенно переходят в скрип пера, сохраняя тот же ритм.</w:t>
      </w:r>
      <w:proofErr w:type="gramEnd"/>
      <w:r>
        <w:rPr>
          <w:i/>
          <w:lang w:val="ru-RU"/>
        </w:rPr>
        <w:t xml:space="preserve"> Свет площадки для чтения перемещается на Архив.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 xml:space="preserve">Архивариус сидит за высоким столом. Перед ним формуляры. Эго и Аватар входят с коробкой. </w:t>
      </w:r>
      <w:proofErr w:type="gramStart"/>
      <w:r>
        <w:rPr>
          <w:i/>
          <w:lang w:val="ru-RU"/>
        </w:rPr>
        <w:t>Несут её вместе, но каждый тянет в свою сторону.)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Приём окончен.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 нас срочное поступление.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Мы ничего не сдаём.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зачем принесли?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и Аватар ставят коробку на стол Архивариуса.</w:t>
      </w:r>
      <w:proofErr w:type="gramEnd"/>
      <w:r>
        <w:rPr>
          <w:i/>
          <w:lang w:val="ru-RU"/>
        </w:rPr>
        <w:t xml:space="preserve"> Внутри — фотографии, письма, старый ключ, рукописи и книга «Ковчег». </w:t>
      </w:r>
      <w:proofErr w:type="gramStart"/>
      <w:r>
        <w:rPr>
          <w:i/>
          <w:lang w:val="ru-RU"/>
        </w:rPr>
        <w:t>Архивариус надевает перчатки.)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надо.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Перчатки.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Правила хранения.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не экспонаты.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смотрит на него.)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Наименование поступления?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Семейная книга.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Альманах «Ковчег». Стихи, проза, воспоминания, документы, фотографии.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Жанр?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Семья.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Такого жанра 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Значит, заведите.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Почти семейный альманах.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«Почти» в формуляр не вносится.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 правильно.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(Архивариус берёт книгу.)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Получатель?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Родители.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Адрес?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молчит.</w:t>
      </w:r>
      <w:proofErr w:type="gramEnd"/>
      <w:r>
        <w:rPr>
          <w:i/>
          <w:lang w:val="ru-RU"/>
        </w:rPr>
        <w:t xml:space="preserve"> Аватар отвечает.)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Мариуполь.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Улица?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 горечью.)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Дома нет.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(Архивариус поднимает глаза.)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Утрачен?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Разрушен.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Тогда книга поступает в отдел </w:t>
      </w:r>
      <w:proofErr w:type="gramStart"/>
      <w:r>
        <w:rPr>
          <w:lang w:val="ru-RU"/>
        </w:rPr>
        <w:t>Несбывшихся</w:t>
      </w:r>
      <w:proofErr w:type="gramEnd"/>
      <w:r>
        <w:rPr>
          <w:lang w:val="ru-RU"/>
        </w:rPr>
        <w:t xml:space="preserve"> мечт.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(Почти выкрикивает.)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Нет!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Почему?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книга существует.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вручение не состоялось.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Книга — не вручение.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хотел привезти её домой.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сам могу говорить.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 не очень получается.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(Архивариус берёт ключ.)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Предмет?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Ключ.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открывает?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Дверь.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Где находится дверь?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Её 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Никогда не существовала?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Ключ от семейного дома. Дом разрушен. Дверь утрачена.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lastRenderedPageBreak/>
        <w:t>(Архивариус открывает маленький ящик.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Внутри десятки ключей.)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Ключ, переживший свою дверь.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не отдаёт ключ.)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принесли предмет для хранения.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принёс показать.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Кому?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не знает, что ответить.</w:t>
      </w:r>
      <w:proofErr w:type="gramEnd"/>
      <w:r>
        <w:rPr>
          <w:i/>
          <w:lang w:val="ru-RU"/>
        </w:rPr>
        <w:t xml:space="preserve"> Аватар мягко разжимает его пальцы и передаёт ключ Архивариусу.)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трогай меня.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сам не отпускал.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помещает ключ в отдельную коробочку.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Перо скрипит.)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Изготовитель ключа?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Отец. Он сделал этот ключ своими руками.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Для формуляра этого недостаточно. Имя?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 этой книге он — Капитан Ковчега.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(На экране появляется медаль «Автопортрет».)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смотрит на экран, где появилась медаль.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Помедлив, произносит.)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— Художник Времени. Человек, которому я не понадобился.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делай из него памятник.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(Изображение медали на экране исчезает.)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сохраняю.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Вот этого я и боюсь.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</w:t>
      </w:r>
      <w:proofErr w:type="gramStart"/>
      <w:r>
        <w:rPr>
          <w:i/>
          <w:lang w:val="ru-RU"/>
        </w:rPr>
        <w:t>Жестом</w:t>
      </w:r>
      <w:proofErr w:type="gramEnd"/>
      <w:r>
        <w:rPr>
          <w:i/>
          <w:lang w:val="ru-RU"/>
        </w:rPr>
        <w:t xml:space="preserve"> останавливая обоих.)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ведь это — имена в книге. Кем он был в жизни?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Человеком и отцом он был всегда.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это значит?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Дома его никто не называл по званию.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Для формуляра это несущественно.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Для человека — существенно.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Особые приметы?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(Эго, что-то вспоминая, впервые улыбается.)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Когда он делал медаль, то вычищал крошки гипса ногтем — своим самым тонким инструментом. И обломил ноготь до крови.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не примета.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память.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Сломанный ноготь — это ненадёжная примета. Есть что-то посущественнее?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всегда держал слово.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тоже не примета. Но, возможно, важнее.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Для человека — </w:t>
      </w:r>
      <w:proofErr w:type="gramStart"/>
      <w:r>
        <w:rPr>
          <w:lang w:val="ru-RU"/>
        </w:rPr>
        <w:t>главная</w:t>
      </w:r>
      <w:proofErr w:type="gramEnd"/>
      <w:r>
        <w:rPr>
          <w:lang w:val="ru-RU"/>
        </w:rPr>
        <w:t>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Потомки должны знать, кем он был.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Они должны знать, что он — был.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(Пауза.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Архивариус рассматривает книгу, затем, словно переходя к следующей графе формуляра, продолжает тем же тоном.)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Книга завершена?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и Аватар отвечают почти одновременно.)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Автор?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Мы с братом.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Эго, его брат и 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Тебя там 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отбирал тексты?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помнил даты, которые ты забывал?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заставлял заканчивать?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помогал.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почему меня нет в авторах?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это семья.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 нашей семье я помню больше, чем ты.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Помнить — не значит принадлежать.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это уже говорил.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 ещё скажу.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(Архивариус открывает формуляр.)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Причина поступления.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  <w:r>
        <w:rPr>
          <w:i/>
          <w:lang w:val="ru-RU"/>
        </w:rPr>
        <w:t xml:space="preserve"> (Подчёркнуто спокойно.)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Книга не поступает в Архив.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  <w:r>
        <w:rPr>
          <w:i/>
          <w:lang w:val="ru-RU"/>
        </w:rPr>
        <w:t xml:space="preserve"> (Резко и громко.)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Опоздание.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резко поворачивается.)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смей.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Уточните.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Книга предназначалась тем, кто теперь уже не сможет её прочесть. Дом исчез прежде, чем книга вернулась домой. Ключ пережил дверь. Автор </w:t>
      </w:r>
      <w:r>
        <w:rPr>
          <w:i/>
          <w:lang w:val="ru-RU"/>
        </w:rPr>
        <w:t>(указывая на Эго)</w:t>
      </w:r>
      <w:r>
        <w:rPr>
          <w:lang w:val="ru-RU"/>
        </w:rPr>
        <w:t xml:space="preserve"> опоздал.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Замолчи.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опоздал сказать то, что собирался сказать потом.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не имеешь права превращать мою вину в формулировку.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это и есть моя работа.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дал тебе такую работу?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lastRenderedPageBreak/>
        <w:t>(Эго хватает Аватара за рукав, долго смотрит на него.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Его пальцы медленно разжимаются.)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Причина поступления?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(Пауза.</w:t>
      </w:r>
      <w:proofErr w:type="gramEnd"/>
      <w:r>
        <w:rPr>
          <w:i/>
          <w:lang w:val="ru-RU"/>
        </w:rPr>
        <w:t xml:space="preserve"> Эго смотрит на книгу, на ключ в коробочке, на пустую полку. </w:t>
      </w:r>
      <w:proofErr w:type="gramStart"/>
      <w:r>
        <w:rPr>
          <w:i/>
          <w:lang w:val="ru-RU"/>
        </w:rPr>
        <w:t>Берёт книгу и кладёт её на полку.)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Опоздание.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касается пером бумаги.</w:t>
      </w:r>
      <w:proofErr w:type="gramEnd"/>
      <w:r>
        <w:rPr>
          <w:i/>
          <w:lang w:val="ru-RU"/>
        </w:rPr>
        <w:t xml:space="preserve"> Перо не скрипит. </w:t>
      </w:r>
      <w:proofErr w:type="gramStart"/>
      <w:r>
        <w:rPr>
          <w:i/>
          <w:lang w:val="ru-RU"/>
        </w:rPr>
        <w:t>Останавливается и рассматривает перо.)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Любопытно.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заканчивает запись и достаёт тонкую папку.</w:t>
      </w:r>
      <w:proofErr w:type="gramEnd"/>
      <w:r>
        <w:rPr>
          <w:i/>
          <w:lang w:val="ru-RU"/>
        </w:rPr>
        <w:t xml:space="preserve"> На её обложке — «ДЕЛО </w:t>
      </w:r>
      <w:proofErr w:type="gramStart"/>
      <w:r>
        <w:rPr>
          <w:i/>
          <w:lang w:val="ru-RU"/>
        </w:rPr>
        <w:t>А—Я</w:t>
      </w:r>
      <w:proofErr w:type="gramEnd"/>
      <w:r>
        <w:rPr>
          <w:i/>
          <w:lang w:val="ru-RU"/>
        </w:rPr>
        <w:t xml:space="preserve">». </w:t>
      </w:r>
      <w:proofErr w:type="gramStart"/>
      <w:r>
        <w:rPr>
          <w:i/>
          <w:lang w:val="ru-RU"/>
        </w:rPr>
        <w:t>Крупное изображение папки с той же надписью появляется на экране.)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это?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 — наблюдение.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 кем?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Ещё не установлено.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(Закрывает папку.)</w:t>
      </w:r>
    </w:p>
    <w:p w:rsidR="00CF61A6" w:rsidRPr="004365B0" w:rsidRDefault="00B03FDF">
      <w:pPr>
        <w:keepNext/>
        <w:pageBreakBefore/>
        <w:spacing w:after="40" w:line="240" w:lineRule="auto"/>
        <w:jc w:val="center"/>
        <w:rPr>
          <w:lang w:val="ru-RU"/>
        </w:rPr>
      </w:pPr>
      <w:r>
        <w:rPr>
          <w:b/>
          <w:sz w:val="26"/>
          <w:lang w:val="ru-RU"/>
        </w:rPr>
        <w:lastRenderedPageBreak/>
        <w:t>СЦЕНА ПЯТАЯ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b/>
          <w:lang w:val="ru-RU"/>
        </w:rPr>
        <w:t>Замещение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i/>
          <w:sz w:val="22"/>
          <w:lang w:val="ru-RU"/>
        </w:rPr>
        <w:t>Эго, Аватар, Голос Зала, 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(Архивный шкаф в полумраке.</w:t>
      </w:r>
      <w:proofErr w:type="gramEnd"/>
      <w:r>
        <w:rPr>
          <w:i/>
          <w:lang w:val="ru-RU"/>
        </w:rPr>
        <w:t xml:space="preserve"> На авансцене снова микрофон. На спинке одного кресла висит пиджак Эго. Рядом лежат хирургическая маска, медицинская шапочка и офицерский жетон.</w:t>
      </w:r>
    </w:p>
    <w:p w:rsidR="00CF61A6" w:rsidRPr="004365B0" w:rsidRDefault="00B03FDF">
      <w:pPr>
        <w:ind w:left="340" w:right="113"/>
        <w:rPr>
          <w:lang w:val="ru-RU"/>
        </w:rPr>
      </w:pPr>
      <w:proofErr w:type="gramStart"/>
      <w:r>
        <w:rPr>
          <w:lang w:val="ru-RU"/>
        </w:rPr>
        <w:t>Голос Зала сидит среди зрителей.)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Голос из динамика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 начала встречи пять минут.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сидит, согнувшись.</w:t>
      </w:r>
      <w:proofErr w:type="gramEnd"/>
      <w:r>
        <w:rPr>
          <w:i/>
          <w:lang w:val="ru-RU"/>
        </w:rPr>
        <w:t xml:space="preserve"> В руках рукопись. Он комкает страницы, не замечая этого. </w:t>
      </w:r>
      <w:proofErr w:type="gramStart"/>
      <w:r>
        <w:rPr>
          <w:i/>
          <w:lang w:val="ru-RU"/>
        </w:rPr>
        <w:t>Смотрит в одну точку, а не в рукопись.)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(Стоит перед зеркалом, поправляет воротник.)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выйдешь?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Люди пришли.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Пусть расходятся.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Они хотят услышать автора.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Сегодня автора 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сидит передо мной.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не могу.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уже выходил.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было иначе.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Всегда иначе. Результат один.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не хочу читать о Мариуполе перед людьми, которые будут смотреть на часы.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все будут.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Достаточно одного. Непременно найдётся, кто попытается копаться в моей душе. Я уже устал от этого.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снова придумал зрителя, чтобы не встретиться с настоящим.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сжимает рукопись.)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сегодня.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Голос из динамика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 начала встречи три минуты.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снимает китель, аккуратно вешает его на свободное кресло и берёт пиджак Эго.)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Положи.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пойду вместо тебя. Они заслужили уважение.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с укором смотрит на него.)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давно хотел это сказать.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сказал это в первую ночь.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я думал, что это метафора.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слишком часто принимаешь предупреждения за метафоры.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(Надевает пиджак.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Он сидит на нём идеально.)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Они узнают.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ты — не 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 фотографии?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(На экране появляется медаль «Военврач».</w:t>
      </w:r>
      <w:proofErr w:type="gramEnd"/>
      <w:r>
        <w:rPr>
          <w:i/>
          <w:lang w:val="ru-RU"/>
        </w:rPr>
        <w:t xml:space="preserve"> Аватар надевает хирургическую маску и белую шапочку, повторяя положение изображённого на медали врача.)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  <w:r>
        <w:rPr>
          <w:i/>
          <w:lang w:val="ru-RU"/>
        </w:rPr>
        <w:t xml:space="preserve"> (Настойчивее.)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надевай.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снимает маску и шапочку, кладёт их на место.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Изображение медали на экране гаснет.)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Хорошо.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(Протягивает руку к жетону.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Эго накрывает жетон ладонью.)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не костюм.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Знаю.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не был там.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помню всё, что помнишь ты и даже больше, чем ты.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не чувствовал.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Поэтому смогу спокойно об этом говорить.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Они ждут военного врача и поэта.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не обязан соответствовать их ожиданиям.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зачем ты всю жизнь создавал этот образ?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Голос из динамика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 начала встречи одна минута.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убирает руку с жетона.</w:t>
      </w:r>
      <w:proofErr w:type="gramEnd"/>
      <w:r>
        <w:rPr>
          <w:i/>
          <w:lang w:val="ru-RU"/>
        </w:rPr>
        <w:t xml:space="preserve"> Аватар берёт его и надевает на себя.)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Только прочти текст.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Разумеется.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отвечай на личные вопросы.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Разумеется.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 ничего не добавляй от себя.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Разумеется.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Опять подозрительно.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ты опять начал слушать.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(Загорается яркий свет над кафедрой.</w:t>
      </w:r>
      <w:proofErr w:type="gramEnd"/>
      <w:r>
        <w:rPr>
          <w:i/>
          <w:lang w:val="ru-RU"/>
        </w:rPr>
        <w:t xml:space="preserve"> На экране появляется проекция рукописи: виден рисунок строф, но те</w:t>
      </w:r>
      <w:proofErr w:type="gramStart"/>
      <w:r>
        <w:rPr>
          <w:i/>
          <w:lang w:val="ru-RU"/>
        </w:rPr>
        <w:t>кст дл</w:t>
      </w:r>
      <w:proofErr w:type="gramEnd"/>
      <w:r>
        <w:rPr>
          <w:i/>
          <w:lang w:val="ru-RU"/>
        </w:rPr>
        <w:t xml:space="preserve">я зрителя неразборчив. Аватар поднимается на подиум и становится за кафедру. </w:t>
      </w:r>
      <w:proofErr w:type="gramStart"/>
      <w:r>
        <w:rPr>
          <w:i/>
          <w:lang w:val="ru-RU"/>
        </w:rPr>
        <w:t>Эго остаётся вне круга публичного света.)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Добрый вечер, друзья.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(Аплодисменты.)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Меня объявили военным хирургом и поэтом. С первым — спорить поздно. Со вторым — бессмысленно: поэты всё равно никого не спрашивают.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(Смех в зале.</w:t>
      </w:r>
      <w:proofErr w:type="gramEnd"/>
      <w:r>
        <w:rPr>
          <w:i/>
          <w:lang w:val="ru-RU"/>
        </w:rPr>
        <w:t xml:space="preserve"> Эго невольно улыбается. Аватар раскрывает рукопись.)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Когда человек возвращается в город, которого больше нет, город иногда возвращается в человека.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(Перестаёт улыбаться.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Тихо произносит.)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Этой строки в рукописи нет.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(Громче, глядя на Аватара.)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Прошу — не надо.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  <w:r>
        <w:rPr>
          <w:i/>
          <w:lang w:val="ru-RU"/>
        </w:rPr>
        <w:t xml:space="preserve"> (Продолжает.)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Ключ, переживший дверь, остаётся ключом. Человек, переживший дом, прежним уже никогда не будет.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(Тишина в зале.)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не в тексте.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(Не оборачиваясь, но чуть повернув голову в сторону Эго.)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Теперь — в тексте.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(На экране заметно изменяется текст: строки смещаются, некоторые исчезают, появляются новые.</w:t>
      </w:r>
      <w:proofErr w:type="gramEnd"/>
      <w:r>
        <w:rPr>
          <w:i/>
          <w:lang w:val="ru-RU"/>
        </w:rPr>
        <w:t xml:space="preserve"> Аватар продолжает чтение, но его голос постепенно уходит из звучания; вскоре зритель видит только движение губ и жесты. Из глубины Архива доносится быстрый скрип пера. Вскоре скрип резко обрывается. Конец выступления. Аплодисменты. Аватар скромно кланяется. Слабый край публичного света фокусируется на Эго и — в зрительном зале — на Голосе Зала. Голос Зала встаёт со своего места в зрительном зале, подходит к сцене и, не отвлекаясь, смотрит </w:t>
      </w:r>
      <w:proofErr w:type="gramStart"/>
      <w:r>
        <w:rPr>
          <w:i/>
          <w:lang w:val="ru-RU"/>
        </w:rPr>
        <w:t>на</w:t>
      </w:r>
      <w:proofErr w:type="gramEnd"/>
      <w:r>
        <w:rPr>
          <w:i/>
          <w:lang w:val="ru-RU"/>
        </w:rPr>
        <w:t xml:space="preserve"> выступающего Аватара. Яркий свет над кафедрой и Аватаром перемещается к авансцене. Аватар и Эго тут же переходят в новый центр света: Аватар уверенно и быстро, Эго — делает два шага, останавливается у края уже занятого Аватаром светового пятна и медленно отступает. </w:t>
      </w:r>
      <w:proofErr w:type="gramStart"/>
      <w:r>
        <w:rPr>
          <w:i/>
          <w:lang w:val="ru-RU"/>
        </w:rPr>
        <w:t>Голос Зала продолжает восхищённо смотреть только на Аватара, аплодируя ему.)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Голос Зала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(Продолжает стоять у самой сцены, в зрительном зале.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Обращается к Аватару.)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Скажите, вы всё это пережили сами?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делает шаг к свету, желая ответить на вопрос зрителя.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Но Аватар уверенно отвечает раньше.)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Человек не обязан пережить всё, о чём помнит.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Голос Зала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это — ваша память?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(Спокойно и уверенно.)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Теперь — да.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подходит к своему столу, в зону менее яркого света.)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  <w:r>
        <w:rPr>
          <w:i/>
          <w:lang w:val="ru-RU"/>
        </w:rPr>
        <w:t xml:space="preserve"> (К Аватару.)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Хватит.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  <w:r>
        <w:rPr>
          <w:i/>
          <w:lang w:val="ru-RU"/>
        </w:rPr>
        <w:t xml:space="preserve"> (К залу.)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Благодарю вас, земляки. До встречи.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(Аплодисменты.)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Верни жетон.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продолжает кланяться зрителям.)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сказал: верни.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(Свет концентрируется только на Эго и Аватаре.</w:t>
      </w:r>
      <w:proofErr w:type="gramEnd"/>
      <w:r>
        <w:rPr>
          <w:i/>
          <w:lang w:val="ru-RU"/>
        </w:rPr>
        <w:t xml:space="preserve"> Аплодисменты постепенно стихают. Аватар подходит к Эго. </w:t>
      </w:r>
      <w:proofErr w:type="gramStart"/>
      <w:r>
        <w:rPr>
          <w:i/>
          <w:lang w:val="ru-RU"/>
        </w:rPr>
        <w:t>Кивает в сторону зала.)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слышал?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Верни жетон.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Они слушали.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Тебя.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Значит, я справился.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срывает жетон с шеи Аватара.</w:t>
      </w:r>
      <w:proofErr w:type="gramEnd"/>
      <w:r>
        <w:rPr>
          <w:i/>
          <w:lang w:val="ru-RU"/>
        </w:rPr>
        <w:t xml:space="preserve"> Цепочка рвётся. Одновременно экран с текстом и монитор компьютера гаснут. </w:t>
      </w:r>
      <w:proofErr w:type="gramStart"/>
      <w:r>
        <w:rPr>
          <w:i/>
          <w:lang w:val="ru-RU"/>
        </w:rPr>
        <w:t>Слышен сухой щелчок.)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ты сделал?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бросается к компьютеру, нажимает клавиши.</w:t>
      </w:r>
      <w:proofErr w:type="gramEnd"/>
      <w:r>
        <w:rPr>
          <w:i/>
          <w:lang w:val="ru-RU"/>
        </w:rPr>
        <w:t xml:space="preserve"> Экран и монитор остаются чёрными. </w:t>
      </w:r>
      <w:proofErr w:type="gramStart"/>
      <w:r>
        <w:rPr>
          <w:i/>
          <w:lang w:val="ru-RU"/>
        </w:rPr>
        <w:t>Открывает рукопись — страницы пусты.)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Где текст?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знаю.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ты сделал?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Здесь был текст.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Был.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Верни.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Строки.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Какие?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пытается вспомнить.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Не может.)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не имеешь права.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(Указывает на руку Эго, в которой зажат жетон.)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отнял у меня то, чем сам разрешил действовать от твоего имени.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Жетон принадлежит мне.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текст?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молчит.)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Память?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молчит.)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голос, которым ты не воспользовался?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Замолчи.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Тогда уничтожь меня. </w:t>
      </w:r>
      <w:r>
        <w:rPr>
          <w:i/>
          <w:lang w:val="ru-RU"/>
        </w:rPr>
        <w:t>(Пауза.)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Давай.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(Подходит ближе.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Говорит всё громче и быстрее.)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Разбей зеркало. Удали файл. Сожги книгу. Забудь даты. Не выходи к людям.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(Несколько спокойнее.)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Вернись в ту ночь, когда ты решил, что можешь всё сделать сам.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lastRenderedPageBreak/>
        <w:t>(Эго смотрит на оборванную цепочку.)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Только сначала вспомни последнюю строку.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пытается.</w:t>
      </w:r>
      <w:proofErr w:type="gramEnd"/>
      <w:r>
        <w:rPr>
          <w:i/>
          <w:lang w:val="ru-RU"/>
        </w:rPr>
        <w:t xml:space="preserve"> Не может. Пока Эго вспоминает, Аватар подходит к вешалке, снимает пиджак Эго, надевает свой китель. Пиджак возвращает Эго. Эго медленно протягивает жетон на открытой ладони. Аватар не берёт.)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Возьми.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(Застёгивается.)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Попроси.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Возьми.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 неприкрытым удивлением.)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приказ?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Просьба.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берёт жетон и убирает его во внутренний карман кителя.</w:t>
      </w:r>
      <w:proofErr w:type="gramEnd"/>
      <w:r>
        <w:rPr>
          <w:i/>
          <w:lang w:val="ru-RU"/>
        </w:rPr>
        <w:t xml:space="preserve"> Слышен щелчок и звук включающегося компьютера. На экране и мониторе появляется прежний текст. Эго раскрывает рукопись. Кладёт её на стол. </w:t>
      </w:r>
      <w:proofErr w:type="gramStart"/>
      <w:r>
        <w:rPr>
          <w:i/>
          <w:lang w:val="ru-RU"/>
        </w:rPr>
        <w:t>Он смотрит на Аватара с ужасом.)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Вот теперь мы действительно соавторы.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(Свет на Аватаре и Эго гаснет.</w:t>
      </w:r>
      <w:proofErr w:type="gramEnd"/>
      <w:r>
        <w:rPr>
          <w:i/>
          <w:lang w:val="ru-RU"/>
        </w:rPr>
        <w:t xml:space="preserve"> На несколько секунд полная темнота. </w:t>
      </w:r>
      <w:proofErr w:type="gramStart"/>
      <w:r>
        <w:rPr>
          <w:i/>
          <w:lang w:val="ru-RU"/>
        </w:rPr>
        <w:t>Постепенно проявляется Архивариус с папкой «ДЕЛО А—Я».)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Материалов достаточно.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(Одинокий луч света на Архивариусе медленно гаснет.</w:t>
      </w:r>
      <w:proofErr w:type="gramEnd"/>
      <w:r>
        <w:rPr>
          <w:i/>
          <w:lang w:val="ru-RU"/>
        </w:rPr>
        <w:t xml:space="preserve"> Тишина. </w:t>
      </w:r>
      <w:proofErr w:type="gramStart"/>
      <w:r>
        <w:rPr>
          <w:i/>
          <w:lang w:val="ru-RU"/>
        </w:rPr>
        <w:t>Слышен скрип пера.)</w:t>
      </w:r>
      <w:proofErr w:type="gramEnd"/>
    </w:p>
    <w:p w:rsidR="00CF61A6" w:rsidRPr="004365B0" w:rsidRDefault="00B03FDF">
      <w:pPr>
        <w:keepNext/>
        <w:pageBreakBefore/>
        <w:spacing w:after="40" w:line="240" w:lineRule="auto"/>
        <w:jc w:val="center"/>
        <w:rPr>
          <w:lang w:val="ru-RU"/>
        </w:rPr>
      </w:pPr>
      <w:r>
        <w:rPr>
          <w:b/>
          <w:sz w:val="26"/>
          <w:lang w:val="ru-RU"/>
        </w:rPr>
        <w:lastRenderedPageBreak/>
        <w:t>СЦЕНА ШЕСТАЯ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b/>
          <w:lang w:val="ru-RU"/>
        </w:rPr>
        <w:t>Слушание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i/>
          <w:sz w:val="22"/>
          <w:lang w:val="ru-RU"/>
        </w:rPr>
        <w:t>Эго, Аватар, Архивариус, Голос Зала, Живое Слово, Мёртвое Имя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(Скрип пера затихает.</w:t>
      </w:r>
      <w:proofErr w:type="gramEnd"/>
      <w:r>
        <w:rPr>
          <w:i/>
          <w:lang w:val="ru-RU"/>
        </w:rPr>
        <w:t xml:space="preserve"> Вместе с этим постепенно загорается яркая одинокая люстра в зоне Архива. Перед Архивариусом папка «ДЕЛО </w:t>
      </w:r>
      <w:proofErr w:type="gramStart"/>
      <w:r>
        <w:rPr>
          <w:i/>
          <w:lang w:val="ru-RU"/>
        </w:rPr>
        <w:t>А—Я</w:t>
      </w:r>
      <w:proofErr w:type="gramEnd"/>
      <w:r>
        <w:rPr>
          <w:i/>
          <w:lang w:val="ru-RU"/>
        </w:rPr>
        <w:t xml:space="preserve">», чернильница, перо и незаполненный формуляр. Архивариус встаёт, берёт папку, идёт к кафедре. Зона света от стола Архивариуса расширяется и смещается к кафедре в центр сцены. По бокам кафедры — слева и справа — в полумраке стоят по два кресла — спиной к зрителю. </w:t>
      </w:r>
      <w:proofErr w:type="gramStart"/>
      <w:r>
        <w:rPr>
          <w:i/>
          <w:lang w:val="ru-RU"/>
        </w:rPr>
        <w:t>Действующие лица сидят в креслах.)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Объявляется слушание по «Делу </w:t>
      </w:r>
      <w:proofErr w:type="gramStart"/>
      <w:r>
        <w:rPr>
          <w:lang w:val="ru-RU"/>
        </w:rPr>
        <w:t>А—Я</w:t>
      </w:r>
      <w:proofErr w:type="gramEnd"/>
      <w:r>
        <w:rPr>
          <w:lang w:val="ru-RU"/>
        </w:rPr>
        <w:t>».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(Открывает папку.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Продолжает.)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Предмет слушания: право Аватара на отдельное имя, отдельную память, отдельное авторство и самостоятельное место в Архиве.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(Зона света расширяется и захватывает все кресла.</w:t>
      </w:r>
      <w:proofErr w:type="gramEnd"/>
      <w:r>
        <w:rPr>
          <w:i/>
          <w:lang w:val="ru-RU"/>
        </w:rPr>
        <w:t xml:space="preserve"> Сидящие в креслах действующие лица, не вставая, разворачиваются вполоборота к зрительному залу. С одной стороны сидят Эго и Голос Зала с плащом и тростью, слева — Аватар. </w:t>
      </w:r>
      <w:proofErr w:type="gramStart"/>
      <w:r>
        <w:rPr>
          <w:i/>
          <w:lang w:val="ru-RU"/>
        </w:rPr>
        <w:t>Одно кресло — пустое — остаётся не повёрнутым.)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  <w:r>
        <w:rPr>
          <w:i/>
          <w:lang w:val="ru-RU"/>
        </w:rPr>
        <w:t xml:space="preserve"> (Резко встаёт.)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вам подал заявление?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  <w:r>
        <w:rPr>
          <w:i/>
          <w:lang w:val="ru-RU"/>
        </w:rPr>
        <w:t xml:space="preserve"> (Сидя.)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Я. Ты хотел меня уничтожить.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сам это предложил.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проверял — способен ли ты.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Говорить будете по очереди.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Мы никогда так не говорили.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Тем более полезно попробовать.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(Пауза.</w:t>
      </w:r>
      <w:proofErr w:type="gramEnd"/>
      <w:r>
        <w:rPr>
          <w:i/>
          <w:lang w:val="ru-RU"/>
        </w:rPr>
        <w:t xml:space="preserve"> Эго садится в кресло. </w:t>
      </w:r>
      <w:proofErr w:type="gramStart"/>
      <w:r>
        <w:rPr>
          <w:i/>
          <w:lang w:val="ru-RU"/>
        </w:rPr>
        <w:t>Голос Зала встаёт, накидывает на себя белый плащ Живого Слова, берёт трость, садится.)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Прежде чем заслушать показания, трое свидетелей ответят на один вопрос.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(Смотрит на свидетелей, указывая на Аватара.)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был хорошим?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(Встаёт.)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Нет. </w:t>
      </w:r>
      <w:r>
        <w:rPr>
          <w:i/>
          <w:lang w:val="ru-RU"/>
        </w:rPr>
        <w:t>(При этом негромко ударяет тростью по полу.)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записывает.</w:t>
      </w:r>
      <w:proofErr w:type="gramEnd"/>
      <w:r>
        <w:rPr>
          <w:i/>
          <w:lang w:val="ru-RU"/>
        </w:rPr>
        <w:t xml:space="preserve"> Перо скрипит. Живое Слово, отложив трость, переодевается в Мёртвое Имя. Подходит к кафедре, снимает с неё табличку, прижимает к груди. </w:t>
      </w:r>
      <w:proofErr w:type="gramStart"/>
      <w:r>
        <w:rPr>
          <w:i/>
          <w:lang w:val="ru-RU"/>
        </w:rPr>
        <w:t>Остаётся стоять рядом с кафедрой.)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  <w:r>
        <w:rPr>
          <w:i/>
          <w:lang w:val="ru-RU"/>
        </w:rPr>
        <w:t xml:space="preserve"> (Встаёт.)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продолжает писать.</w:t>
      </w:r>
      <w:proofErr w:type="gramEnd"/>
      <w:r>
        <w:rPr>
          <w:i/>
          <w:lang w:val="ru-RU"/>
        </w:rPr>
        <w:t xml:space="preserve"> Мёртвое Имя делает шаг вперёд. </w:t>
      </w:r>
      <w:proofErr w:type="gramStart"/>
      <w:r>
        <w:rPr>
          <w:i/>
          <w:lang w:val="ru-RU"/>
        </w:rPr>
        <w:t>Перо умолкает.)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(Перо вновь скрипит.)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 и Мёртвое Имя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(Произносят одновременно.)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без него было бы хуже.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(Мёртвое Имя возвращает табличку на кафедру, на ходу перелицовывает плащ белой стороной наружу и берёт трость.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Преображается в Живое Слово.)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(Пристально посмотрев на обоих, делает отметку.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Перо скрипит.)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Какое удивительное единодушие. </w:t>
      </w:r>
      <w:r>
        <w:rPr>
          <w:i/>
          <w:lang w:val="ru-RU"/>
        </w:rPr>
        <w:t>(Пауза.)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Первый свидетель — Живое Слово.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(Живое Слово подходит к свидетельскому месту рядом с кафедрой.)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Назовите себя.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Живое Слово. Но прежде чем я начну, прошу снять с меня кавычки.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(Архивариус смотрит на Аватара.)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Он уже снимал с вас кавычки? </w:t>
      </w:r>
      <w:r>
        <w:rPr>
          <w:i/>
          <w:lang w:val="ru-RU"/>
        </w:rPr>
        <w:t>(указывая на Аватара.)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  <w:r>
        <w:rPr>
          <w:i/>
          <w:lang w:val="ru-RU"/>
        </w:rPr>
        <w:t xml:space="preserve"> (Аватару)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Снимите.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подходит.</w:t>
      </w:r>
      <w:proofErr w:type="gramEnd"/>
      <w:r>
        <w:rPr>
          <w:i/>
          <w:lang w:val="ru-RU"/>
        </w:rPr>
        <w:t xml:space="preserve"> Снимает кавычки. На мгновение их руки соприкасаются. </w:t>
      </w:r>
      <w:proofErr w:type="gramStart"/>
      <w:r>
        <w:rPr>
          <w:i/>
          <w:lang w:val="ru-RU"/>
        </w:rPr>
        <w:t>Живое Слово вздрагивает, руки прячет за спину.)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Когда мы встретились, я уже почти ничего не значило —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(Останавливается.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Смотрит на себя.)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— Не значил.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(Кладёт кавычки на стол Архивариуса.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При этом издаётся звук, как от брошенных на стол металлических наручников.)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изменили грамматику.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меняю её всякий раз, когда обретаю тело.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делает запись.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Перо скрипит.)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Меня произносили на площадях, в телевизионных студиях, в кабинетах. Печатали на плакатах.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(Показывает на кавычки.)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Заключали в кавычки. Снабжали восклицательными знаками. Каждый пользовался мной. Но никто не слушал.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(Показывает на Аватара.)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Он — умел слушать. Он снимал шелуху. Отмывал слова </w:t>
      </w: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 xml:space="preserve"> лжи. Возвращал им первоначальную тяжесть.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Пример?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Слову «Память» он вернул имена. Слову «Родина» — землю и дом. Слову «Бог» — он вернул тишину, в которой человек перестаёт лгать самому себе.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считали его спасителем?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Считал.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 я не заставил вас говорить ясно.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 вы не решили говорить вместо меня.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дал вам голос.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дали мне громкость.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</w:t>
      </w:r>
      <w:proofErr w:type="gramStart"/>
      <w:r>
        <w:rPr>
          <w:i/>
          <w:lang w:val="ru-RU"/>
        </w:rPr>
        <w:t>Рукой</w:t>
      </w:r>
      <w:proofErr w:type="gramEnd"/>
      <w:r>
        <w:rPr>
          <w:i/>
          <w:lang w:val="ru-RU"/>
        </w:rPr>
        <w:t xml:space="preserve"> показывая в зал.)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Чтобы люди услышали.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Вас.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моими устами звучал его текст.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i/>
          <w:lang w:val="ru-RU"/>
        </w:rPr>
        <w:t>(Показывает на Эго)</w:t>
      </w:r>
      <w:r>
        <w:rPr>
          <w:lang w:val="ru-RU"/>
        </w:rPr>
        <w:t>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весь.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Слабое было удалено.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Удалены были сомнения. Паузы. Страх. Человек.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Слово должно действовать.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заточили меня с обеих сторон.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(Указывает на стол с кавычками.)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Для защиты.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Живое Слово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(Ударяет тростью.)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Оружие всегда называют защитой, прежде чем пустить его в дело.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Вопрос свидетелю.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Задавайте.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Когда Эго стоял перед микрофоном, вы могли прозвучать?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Мог.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Прозвучали?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Почему?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(Глядит на Эго.)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испугался.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произнёс вас?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услышал?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Люди. </w:t>
      </w:r>
      <w:r>
        <w:rPr>
          <w:i/>
          <w:lang w:val="ru-RU"/>
        </w:rPr>
        <w:t>(Указывает в зал.)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Значит, я выполнил работу.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(Поворачивается к Архивариусу)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lastRenderedPageBreak/>
        <w:t>Больше вопросов 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Живое Слово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(Живое Слово долго смотрит на Аватара.)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Вот поэтому без вас было бы хуже.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(Мёртвое Имя возвращает табличку на кафедру, на ходу перелицовывает плащ белой стороной наружу и берёт трость.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Перед Архивариусом снова Живое Слово.)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Прошу сесть.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и Аватар садятся.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Мёртвое Имя остаётся у кафедры.)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Второй свидетель — Мёртвое Имя.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(Табличку держит так, как держат портрет усопшего в ходе траурной процессии.)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Одно из многих.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Назовите себя.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Зачем?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Таков порядок.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Порядок уже назвал меня вместо меня.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можете сесть.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Имена не садятся. Их — сажают. Их ставят — на памятниках </w:t>
      </w:r>
      <w:r>
        <w:rPr>
          <w:i/>
          <w:lang w:val="ru-RU"/>
        </w:rPr>
        <w:t>(приподнимает табличку)</w:t>
      </w:r>
      <w:r>
        <w:rPr>
          <w:lang w:val="ru-RU"/>
        </w:rPr>
        <w:t xml:space="preserve">, в приказах, в книгах, в списках погибших. Иногда </w:t>
      </w:r>
      <w:r>
        <w:rPr>
          <w:i/>
          <w:lang w:val="ru-RU"/>
        </w:rPr>
        <w:t>(пауза)</w:t>
      </w:r>
      <w:r>
        <w:rPr>
          <w:lang w:val="ru-RU"/>
        </w:rPr>
        <w:t xml:space="preserve"> — к стенке.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уже внесено в протокол.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Протокол любит повторения. Так легче выдавать их за истину.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(Архивариус указывает на табличку.)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Она повреждена.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Человек тоже.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восстановлю.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Надпись. Дату. Звание. Обстоятельства.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голос вы тоже можете восстановить?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Если сохранилась запись.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смех?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Если кто-нибудь опишет.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кто опишет страх?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— не обязателен для памяти.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Для твоей — не обязателен.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(Все смотрят на него.)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оставишь звание. Подвиг. Последнюю фотографию. Правильную дату. А потом человек будет вечно стоять по стойке смирно перед собственными потомками.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Лучше так, чем исчезнуть.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Исчезновение честнее памятника, в котором мне негде дышать.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Без меня о вас забудут.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(Подходит к Аватару, пристально смотрит на него.)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Поэтому вы — опасны.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выдерживает его взгляд.)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сохраняю.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решаете, что достойно сохранения.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Иначе нельзя.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Так начинаются все легенды и мифы.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без них остаётся пустота.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Иногда пустота — это единственное место, где </w:t>
      </w:r>
      <w:proofErr w:type="gramStart"/>
      <w:r>
        <w:rPr>
          <w:lang w:val="ru-RU"/>
        </w:rPr>
        <w:t>умерший</w:t>
      </w:r>
      <w:proofErr w:type="gramEnd"/>
      <w:r>
        <w:rPr>
          <w:lang w:val="ru-RU"/>
        </w:rPr>
        <w:t xml:space="preserve"> ещё свободен.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Ваше отношение к Аватару?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У него нет слабых сторон, отсутствует страх ошибки. О людях он судит по себе. Поэтому часто бывает неправ.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(Проходит к столу Архивариуса.)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Часто?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Слишком.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(Кладёт табличку на стол Архивариуса с каменным звуком.)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Сначала вы возвращали имя человеку. Потом начали заменять человека именем.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Имя — это то, что остаётся.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После вашей работы — только оно и остаётся.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Без меня исчезло бы и имя.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признаёте, что обязаны мне существованием?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Архивным.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proofErr w:type="gramStart"/>
      <w:r>
        <w:rPr>
          <w:lang w:val="ru-RU"/>
        </w:rPr>
        <w:t>Другого у вас нет.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ведь был человек.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Его больше 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Поэтому вам так легко с ним работать.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сохраняли звание, но забывали домашнее имя; воспевая подвиг — вы забывали слабость; сохраняя смерть — вытесняли жизнь; сохраняя лицо на фотографии, вы стирали голос.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сохранял главное.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назначил вас главным по главному?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(Показывает на Эго.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Все смотрят на Эго.)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просил сохранить.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 я сохранял.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так.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не объяснил — как.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Память бывает ковчегом. Но иногда её строят как саркофаг.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Итоговое мнение?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был нашим летописцем. И нашим диктатором.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Вопрос.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lastRenderedPageBreak/>
        <w:t>(Встаёт.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Подходит к Мёртвому Имени.)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хотите, чтобы ваше имя убрали из книги?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(Мёртвое Имя молчит.)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Из формуляра?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(Молчание.)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(Указывая на табличку, лежащую на рабочем столе Архивариуса.)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 таблички?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(Мёртвое Имя берёт со стола табличку.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Прижимает её к груди.)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хотите исчезнуть?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Мёртвое Имя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кто из нас двоих диктует условия памяти?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Больше вопросов нет.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(Садится в своё кресло.)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Третий свидетель — Эго.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встаёт.</w:t>
      </w:r>
      <w:proofErr w:type="gramEnd"/>
      <w:r>
        <w:rPr>
          <w:i/>
          <w:lang w:val="ru-RU"/>
        </w:rPr>
        <w:t xml:space="preserve"> Мёртвое Имя подходит к кафедре, возвращает табличку на прежнее место. Снимает плащ, вешает его на вешалку. После этого уходит в зрительный зал — на место Голоса Зала. </w:t>
      </w:r>
      <w:proofErr w:type="gramStart"/>
      <w:r>
        <w:rPr>
          <w:i/>
          <w:lang w:val="ru-RU"/>
        </w:rPr>
        <w:t>Архивариус, глядя в формуляр, задаёт вопрос.)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Вы узнаёте этот лист?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(Показывает Эго старую страницу.)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Здесь две последние строки: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«Свои стихи давным-давно не пишутся,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чужие — только-только понимаются</w:t>
      </w:r>
      <w:proofErr w:type="gramStart"/>
      <w:r>
        <w:rPr>
          <w:lang w:val="ru-RU"/>
        </w:rPr>
        <w:t>.»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lastRenderedPageBreak/>
        <w:t>Чей почерк?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Начало написал 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Последние строки?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(Смотрит на Аватара.)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(Тихо и нерешительно.)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знаю.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  <w:r>
        <w:rPr>
          <w:i/>
          <w:lang w:val="ru-RU"/>
        </w:rPr>
        <w:t xml:space="preserve"> (Громче и резко.)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Знаешь.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 какой-то момент мы перестали различать.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создал Аватара?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Возражаю.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 каком основании?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всего лишь дал имя тому, что существовало до этого. Это — не создание.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был моей частью.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остаюсь.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стал другим.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отпусти.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(Постукивает по столу.)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 очереди.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(Они замолкают.)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Эго. Расскажите о первой встрече.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её не помню. Он был рядом раньше, чем получил имя. В детстве заканчивал за меня драки. Позже — мысли. Потом — стихи. Появлялся, когда я оставался один — и уже не мог лгать хотя бы себе.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 он сделал для вас?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Заканчивал тексты, которые я бросал. Помнил даты, которые я забывал. Возвращал мне отца. Дом. Мариуполь.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(Медленнее.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Тише.)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Спас несколько живых слов, несколько мёртвых имён…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i/>
          <w:lang w:val="ru-RU"/>
        </w:rPr>
        <w:t>…</w:t>
      </w:r>
      <w:r>
        <w:rPr>
          <w:lang w:val="ru-RU"/>
        </w:rPr>
        <w:t>и одного человека.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Кого?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Меня.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 был лучшим во мне. И поэтому стал опаснее худшего.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встаёт.)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Объясни.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Сначала ты говорил: «Попробуй». Потом — «Ты должен». Сначала называл стихи моими. Потом — нашими. А потом начал говорить так, будто они твои.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заканчивал. И черновики становились стихами.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Совет стал требованием. Помощь — обязанностью. А обязанность — правом решать.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ведь ты соглашался.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Ты выбирал тему. Устанавливал срок. Редактировал память. Решал, что отправлять, что читать, каким человеком мне предстать перед людьми.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lastRenderedPageBreak/>
        <w:t>Ты начал с того, что дописывал мои строки. А закончил тем, что попытался дописать меня.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ты оставлял пробелы.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— моя жизнь.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почему ты всякий раз звал меня?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не справлялся.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Громче.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не справлялся!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(Тишина.)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попросил закончить первый текст?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оставил включённый компьютер?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разрешил исправлять?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ввёл пароль?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отдал мне жетон?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нажал кнопку?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  <w:r>
        <w:rPr>
          <w:i/>
          <w:lang w:val="ru-RU"/>
        </w:rPr>
        <w:t xml:space="preserve"> (Громче и резче.)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Мы.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 попросил вернуть текст и память?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долго молчит.)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Кто?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почему судят меня одного?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(Архивариус закрывает папку.)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Свидетель, займите свободное кресло.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(Указывает на кресло справа, рядом с Аватаром.)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почему?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отныне вы не свидетель. Вы — вторая сторона по делу.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(Эго медленно садится в свободное кресло рядом с Аватаром.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Под люстрой оказываются два почти одинаковых человека.)</w:t>
      </w:r>
      <w:proofErr w:type="gramEnd"/>
    </w:p>
    <w:p w:rsidR="00CF61A6" w:rsidRPr="004365B0" w:rsidRDefault="00B03FDF">
      <w:pPr>
        <w:keepNext/>
        <w:pageBreakBefore/>
        <w:spacing w:after="40" w:line="240" w:lineRule="auto"/>
        <w:jc w:val="center"/>
        <w:rPr>
          <w:lang w:val="ru-RU"/>
        </w:rPr>
      </w:pPr>
      <w:r>
        <w:rPr>
          <w:b/>
          <w:sz w:val="26"/>
          <w:lang w:val="ru-RU"/>
        </w:rPr>
        <w:lastRenderedPageBreak/>
        <w:t>СЦЕНА СЕДЬМАЯ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b/>
          <w:lang w:val="ru-RU"/>
        </w:rPr>
        <w:t>Последнее слово</w:t>
      </w:r>
    </w:p>
    <w:p w:rsidR="00CF61A6" w:rsidRPr="004365B0" w:rsidRDefault="00B03FDF">
      <w:pPr>
        <w:keepNext/>
        <w:spacing w:after="160" w:line="240" w:lineRule="auto"/>
        <w:jc w:val="center"/>
        <w:rPr>
          <w:lang w:val="ru-RU"/>
        </w:rPr>
      </w:pPr>
      <w:r>
        <w:rPr>
          <w:i/>
          <w:sz w:val="22"/>
          <w:lang w:val="ru-RU"/>
        </w:rPr>
        <w:t>Эго, Аватар, 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сидит за своим столом.</w:t>
      </w:r>
      <w:proofErr w:type="gramEnd"/>
      <w:r>
        <w:rPr>
          <w:i/>
          <w:lang w:val="ru-RU"/>
        </w:rPr>
        <w:t xml:space="preserve"> Слева и справа от стола в креслах сидят Эго и Аватар. Сзади них стоят два кресла. Перед Архивариусом лежит чистый формуляр. </w:t>
      </w:r>
      <w:proofErr w:type="gramStart"/>
      <w:r>
        <w:rPr>
          <w:i/>
          <w:lang w:val="ru-RU"/>
        </w:rPr>
        <w:t>Пишет, проговаривая слова.)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Имя: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(Перо скрипит.)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Аватар.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(Останавливается.)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должность.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Предлагаемое имя?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молчит.)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Отдельного имени нет.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(Пишет.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Скрипит.)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Род занятий: участковый поэт. Исполнитель воли Эго. Соавтор. Двойник.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Личность.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вопросительно смотрит на Эго.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Эго молчит.)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подтверждено.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  <w:r>
        <w:rPr>
          <w:i/>
          <w:lang w:val="ru-RU"/>
        </w:rPr>
        <w:t xml:space="preserve"> (Указывает на Эго.)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он не подтверждает?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Потому что подтверждение требует отделения.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(Архивариус достаёт предметы дела и раскладывает на столе перед собой: лист со стихотворением, ключ, медаль, оборванный офицерский жетон.)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Проведём раздел.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(Берёт лист.)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Текст.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Наш.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Начальная строка?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Концовка?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Наша.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кладёт лист в центре стола, между Эго и Аватаром.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Берёт ключ.)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Память о доме.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сохранил её 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Кому передать?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(Оба молчат.</w:t>
      </w:r>
      <w:proofErr w:type="gramEnd"/>
      <w:r>
        <w:rPr>
          <w:i/>
          <w:lang w:val="ru-RU"/>
        </w:rPr>
        <w:t xml:space="preserve"> Ключ остаётся посередине. Берёт медаль. </w:t>
      </w:r>
      <w:proofErr w:type="gramStart"/>
      <w:r>
        <w:rPr>
          <w:i/>
          <w:lang w:val="ru-RU"/>
        </w:rPr>
        <w:t>На экране появляется изображение медали «Военврач».)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Образ человека.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Мой.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Моё лицо.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(Медаль остаётся посередине.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Берёт офицерский жетон.)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Номер жетона?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lastRenderedPageBreak/>
        <w:t>(Пристально разглядывает жетон, сравнивая его с жетоном, изображённым на экране, внизу медали «Военврач».)</w:t>
      </w:r>
    </w:p>
    <w:p w:rsidR="00CF61A6" w:rsidRPr="004365B0" w:rsidRDefault="00B03FDF">
      <w:pPr>
        <w:ind w:left="340" w:right="113"/>
        <w:rPr>
          <w:lang w:val="ru-RU"/>
        </w:rPr>
      </w:pPr>
      <w:proofErr w:type="gramStart"/>
      <w:r>
        <w:rPr>
          <w:lang w:val="ru-RU"/>
        </w:rPr>
        <w:t>Установлен</w:t>
      </w:r>
      <w:proofErr w:type="gramEnd"/>
      <w:r>
        <w:rPr>
          <w:lang w:val="ru-RU"/>
        </w:rPr>
        <w:t>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Поступки, совершённые под ним?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Мои.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почему он отдал его мне?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(Жетон остаётся посередине.</w:t>
      </w:r>
      <w:proofErr w:type="gramEnd"/>
      <w:r>
        <w:rPr>
          <w:i/>
          <w:lang w:val="ru-RU"/>
        </w:rPr>
        <w:t xml:space="preserve"> Архивариус берёт с полки книгу «Ковчег». </w:t>
      </w:r>
      <w:proofErr w:type="gramStart"/>
      <w:r>
        <w:rPr>
          <w:i/>
          <w:lang w:val="ru-RU"/>
        </w:rPr>
        <w:t>Изображение медали на экране исчезает.)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Семейная память.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его.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Без меня книга не была бы закончена.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Она и сейчас не закончена.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Тем более.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(Книга остаётся посередине.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На столе возникает граница из предметов, но ни один предмет невозможно отнести полностью к одной стороне.)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Раздел невозможен.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— не решение.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— результат.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Значит, он останется?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Вопрос поставлен неверно.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поставьте правильно.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Кто из вас согласен остаться </w:t>
      </w:r>
      <w:proofErr w:type="gramStart"/>
      <w:r>
        <w:rPr>
          <w:lang w:val="ru-RU"/>
        </w:rPr>
        <w:t>без</w:t>
      </w:r>
      <w:proofErr w:type="gramEnd"/>
      <w:r>
        <w:rPr>
          <w:lang w:val="ru-RU"/>
        </w:rPr>
        <w:t xml:space="preserve"> другого?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(Они смотрят друг на друга.</w:t>
      </w:r>
      <w:proofErr w:type="gramEnd"/>
      <w:r>
        <w:rPr>
          <w:i/>
          <w:lang w:val="ru-RU"/>
        </w:rPr>
        <w:t xml:space="preserve"> Долгая пауза. </w:t>
      </w:r>
      <w:proofErr w:type="gramStart"/>
      <w:r>
        <w:rPr>
          <w:i/>
          <w:lang w:val="ru-RU"/>
        </w:rPr>
        <w:t>Архивариус возвращается к формуляру.)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Ну вот.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  <w:r>
        <w:rPr>
          <w:i/>
          <w:lang w:val="ru-RU"/>
        </w:rPr>
        <w:t xml:space="preserve"> (к Аватару.)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Заслуги: возвращал словам смысл, именам — память, человеку — способность действовать.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(Перо скрипит.)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Вина: принимал способность действовать за право решать.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Причина завершения службы…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(Скрип пера исчез.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Рассматривает перо.)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Графа не заполняется.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Почему?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Служба не завершена.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Значит, я свободен?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Подчинён?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установлено.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Тогда зачем был весь этот суд?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Чтобы вы услышали обвинение до того, как оно стало приговором.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(Закрывает формуляр.)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Аватару предоставляется последнее слово.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(Встаёт, долго молчит.)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Я поднимал его, когда он предпочитал лежать и называть это размышлением.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едва заметно улыбается.)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lastRenderedPageBreak/>
        <w:t>Я спасал его от слабости. И однажды решил, что имею право спасти его от него самого.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(Пауза.)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— моя вина.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(Поворачиваясь к Эго, продолжает.)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всякий раз, когда ты говорил: «Реши за меня», — ты создавал меня заново. Ты научил меня помнить то, что сам хотел забыть. Вынуждал меня завершить то, что боялся продолжать. Мои приказы ты называл голосом совести, долгом чести.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  <w:r>
        <w:rPr>
          <w:i/>
          <w:lang w:val="ru-RU"/>
        </w:rPr>
        <w:t xml:space="preserve"> (Без пафоса.)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Но я не называл тебя Богом.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(Подходит ближе к Эго.</w:t>
      </w:r>
      <w:proofErr w:type="gramEnd"/>
      <w:r>
        <w:rPr>
          <w:i/>
          <w:lang w:val="ru-RU"/>
        </w:rPr>
        <w:t xml:space="preserve"> </w:t>
      </w:r>
      <w:proofErr w:type="gramStart"/>
      <w:r>
        <w:rPr>
          <w:i/>
          <w:lang w:val="ru-RU"/>
        </w:rPr>
        <w:t>Говорит буднично.)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Иногда ты просто принимал мой голос </w:t>
      </w:r>
      <w:proofErr w:type="gramStart"/>
      <w:r>
        <w:rPr>
          <w:lang w:val="ru-RU"/>
        </w:rPr>
        <w:t>за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Его</w:t>
      </w:r>
      <w:proofErr w:type="gramEnd"/>
      <w:r>
        <w:rPr>
          <w:lang w:val="ru-RU"/>
        </w:rPr>
        <w:t>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(Указывает двумя пальцами правой руки вверх.)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А мне это нравилось. </w:t>
      </w:r>
      <w:r>
        <w:rPr>
          <w:i/>
          <w:lang w:val="ru-RU"/>
        </w:rPr>
        <w:t>(Улыбается.)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опускает глаза.)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Отдельно я — это действие без души. Отдельно ты — боль, не ставшая поступком. Я был героем, орудием, соавтором и диктатором — в зависимости от того, чего тебе в этот момент не хватало.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(Смотрит на папку.)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 оправдывайте меня. Не уничтожайте. Верните меня в человека.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Это просьба?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(Смотрит на Эго.)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Решение.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Опять твоё?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(Аватар иронично улыбается.)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 xml:space="preserve">Последнее. </w:t>
      </w:r>
      <w:r>
        <w:rPr>
          <w:i/>
          <w:lang w:val="ru-RU"/>
        </w:rPr>
        <w:t>(Пауза.)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lastRenderedPageBreak/>
        <w:t>Я слишком долго искал последнее слово. Теперь знаю: с последнего слова начинается всякая диктатура.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(Аватар садится.</w:t>
      </w:r>
      <w:proofErr w:type="gramEnd"/>
      <w:r>
        <w:rPr>
          <w:i/>
          <w:lang w:val="ru-RU"/>
        </w:rPr>
        <w:t xml:space="preserve"> Архивариус смотрит на обоих. </w:t>
      </w:r>
      <w:proofErr w:type="gramStart"/>
      <w:r>
        <w:rPr>
          <w:i/>
          <w:lang w:val="ru-RU"/>
        </w:rPr>
        <w:t>Затем разрывает формуляр пополам.)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Отдельного дела не будет.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(Эго и Аватар одновременно вскакивают.)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Почему?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Отдельное существование не подтверждено.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А общее дело?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берёт папку «ДЕЛО А—Я».</w:t>
      </w:r>
      <w:proofErr w:type="gramEnd"/>
      <w:r>
        <w:rPr>
          <w:i/>
          <w:lang w:val="ru-RU"/>
        </w:rPr>
        <w:t xml:space="preserve"> Передаёт её им обоим. Эго и Аватар подходят к столу. </w:t>
      </w:r>
      <w:proofErr w:type="gramStart"/>
      <w:r>
        <w:rPr>
          <w:i/>
          <w:lang w:val="ru-RU"/>
        </w:rPr>
        <w:t>Каждый берётся за свой край папки.)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Остаётся открытым.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Как долго?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Пока один из вас способен возразить другому.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(Архивариус собирает предметы со стола.</w:t>
      </w:r>
      <w:proofErr w:type="gramEnd"/>
      <w:r>
        <w:rPr>
          <w:i/>
          <w:lang w:val="ru-RU"/>
        </w:rPr>
        <w:t xml:space="preserve"> Ключ кладёт на стол перед Эго. Жетон — перед Аватаром. Затем, подумав, меняет их местами. Ключ отдаёт Аватару. </w:t>
      </w:r>
      <w:proofErr w:type="gramStart"/>
      <w:r>
        <w:rPr>
          <w:i/>
          <w:lang w:val="ru-RU"/>
        </w:rPr>
        <w:t>Жетон — Эго.)</w:t>
      </w:r>
      <w:proofErr w:type="gramEnd"/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Так надёжнее.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Для кого?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Проверим.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(Гасит настольную лампу.</w:t>
      </w:r>
      <w:proofErr w:type="gramEnd"/>
      <w:r>
        <w:rPr>
          <w:i/>
          <w:lang w:val="ru-RU"/>
        </w:rPr>
        <w:t xml:space="preserve"> Эго и Аватар идут к выходу, продолжая держать папку с двух сторон. За ними тянутся две тени. По мере удаления от света, тени приближаются, пересекаются и у самой двери становятся одной. </w:t>
      </w:r>
      <w:proofErr w:type="gramStart"/>
      <w:r>
        <w:rPr>
          <w:i/>
          <w:lang w:val="ru-RU"/>
        </w:rPr>
        <w:t>Эго останавливается.)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Дорогу знаешь?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lastRenderedPageBreak/>
        <w:t>Аватар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Навигатор не понадобится.</w:t>
      </w:r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Хорошо.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(Они делают шаг в ногу.</w:t>
      </w:r>
      <w:proofErr w:type="gramEnd"/>
      <w:r>
        <w:rPr>
          <w:i/>
          <w:lang w:val="ru-RU"/>
        </w:rPr>
        <w:t xml:space="preserve"> Двигаясь от зрителя к зеркальной двери, сливаются в одну фигуру. Исчезают. Дверь за ними закрывается. На сцене остаётся один Архивариус. Он складывает артефакты в коробку. </w:t>
      </w:r>
      <w:proofErr w:type="gramStart"/>
      <w:r>
        <w:rPr>
          <w:i/>
          <w:lang w:val="ru-RU"/>
        </w:rPr>
        <w:t>Подумав, достаёт книгу.)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Архивариус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(Ставит её на пустую полку лицом к себе — оставляет у самого края.)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Её читатели скоро подрастут.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(Садится за стол, что-то пишет.</w:t>
      </w:r>
      <w:proofErr w:type="gramEnd"/>
      <w:r>
        <w:rPr>
          <w:i/>
          <w:lang w:val="ru-RU"/>
        </w:rPr>
        <w:t xml:space="preserve"> Перо скрипит.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 xml:space="preserve">Из-за кулис слева в отдельном, изолированном свете появляется Аватар. Он никого не видит. </w:t>
      </w:r>
      <w:proofErr w:type="gramStart"/>
      <w:r>
        <w:rPr>
          <w:i/>
          <w:lang w:val="ru-RU"/>
        </w:rPr>
        <w:t>Говорит в пустоту, как будто сам с собой.)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Аватар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r>
        <w:rPr>
          <w:i/>
          <w:lang w:val="ru-RU"/>
        </w:rPr>
        <w:t>(Уверенно произносит.)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Эту концовку ещё не раз придётся переделывать.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(Исчезает.</w:t>
      </w:r>
      <w:proofErr w:type="gramEnd"/>
      <w:r>
        <w:rPr>
          <w:i/>
          <w:lang w:val="ru-RU"/>
        </w:rPr>
        <w:t xml:space="preserve"> Сразу же из-за правой кулисы таким же образом появляется Эго. </w:t>
      </w:r>
      <w:proofErr w:type="gramStart"/>
      <w:r>
        <w:rPr>
          <w:i/>
          <w:lang w:val="ru-RU"/>
        </w:rPr>
        <w:t>И точно так же говорит в пустоту, сам с собой.)</w:t>
      </w:r>
      <w:proofErr w:type="gramEnd"/>
    </w:p>
    <w:p w:rsidR="00CF61A6" w:rsidRPr="004365B0" w:rsidRDefault="00B03FDF">
      <w:pPr>
        <w:keepNext/>
        <w:spacing w:before="120" w:line="240" w:lineRule="auto"/>
        <w:rPr>
          <w:lang w:val="ru-RU"/>
        </w:rPr>
      </w:pPr>
      <w:r>
        <w:rPr>
          <w:b/>
          <w:lang w:val="ru-RU"/>
        </w:rPr>
        <w:t>Эго</w:t>
      </w:r>
    </w:p>
    <w:p w:rsidR="00CF61A6" w:rsidRPr="004365B0" w:rsidRDefault="00B03FDF">
      <w:pPr>
        <w:ind w:left="340" w:right="113"/>
        <w:rPr>
          <w:lang w:val="ru-RU"/>
        </w:rPr>
      </w:pPr>
      <w:r>
        <w:rPr>
          <w:lang w:val="ru-RU"/>
        </w:rPr>
        <w:t>Вероятно.</w:t>
      </w:r>
    </w:p>
    <w:p w:rsidR="00CF61A6" w:rsidRPr="004365B0" w:rsidRDefault="00B03FDF">
      <w:pPr>
        <w:keepLines/>
        <w:spacing w:before="40" w:after="40"/>
        <w:ind w:left="283" w:right="170"/>
        <w:rPr>
          <w:lang w:val="ru-RU"/>
        </w:rPr>
      </w:pPr>
      <w:proofErr w:type="gramStart"/>
      <w:r>
        <w:rPr>
          <w:i/>
          <w:lang w:val="ru-RU"/>
        </w:rPr>
        <w:t>(Скрип пера стихает, сменяется звуком клавиатуры компьютера.</w:t>
      </w:r>
      <w:proofErr w:type="gramEnd"/>
      <w:r>
        <w:rPr>
          <w:i/>
          <w:lang w:val="ru-RU"/>
        </w:rPr>
        <w:t xml:space="preserve"> Архивариус поднимает голову, смотрит в сторону стола Эго. Загорается монитор компьютера, освещая пустое кресло Эго. Одновременно с монитором компьютера загорается экран, на котором быстро появляются одна за другой буквы:</w:t>
      </w:r>
    </w:p>
    <w:p w:rsidR="00CF61A6" w:rsidRPr="004365B0" w:rsidRDefault="00B03FDF">
      <w:pPr>
        <w:keepLines/>
        <w:spacing w:before="40" w:after="40" w:line="240" w:lineRule="auto"/>
        <w:jc w:val="center"/>
        <w:rPr>
          <w:lang w:val="ru-RU"/>
        </w:rPr>
      </w:pPr>
      <w:r>
        <w:rPr>
          <w:b/>
          <w:lang w:val="ru-RU"/>
        </w:rPr>
        <w:t>КОНЕЦ</w:t>
      </w:r>
    </w:p>
    <w:p w:rsidR="00CF61A6" w:rsidRDefault="00B03FDF">
      <w:pPr>
        <w:keepLines/>
        <w:spacing w:before="40" w:after="40"/>
        <w:ind w:left="283" w:right="170"/>
      </w:pPr>
      <w:r>
        <w:rPr>
          <w:i/>
          <w:lang w:val="ru-RU"/>
        </w:rPr>
        <w:t xml:space="preserve">Рядом со словом появляется большой знак вопроса. И скрип пера возобновляется. На сцене гаснет всё, кроме экрана. Медленно гаснет и экран. </w:t>
      </w:r>
      <w:proofErr w:type="gramStart"/>
      <w:r>
        <w:rPr>
          <w:i/>
          <w:lang w:val="ru-RU"/>
        </w:rPr>
        <w:t>Темнота.)</w:t>
      </w:r>
      <w:proofErr w:type="gramEnd"/>
    </w:p>
    <w:sectPr w:rsidR="00CF61A6" w:rsidSect="0049268C">
      <w:footerReference w:type="default" r:id="rId10"/>
      <w:pgSz w:w="11906" w:h="16838"/>
      <w:pgMar w:top="1134" w:right="1134" w:bottom="1134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887" w:rsidRDefault="00C35887">
      <w:pPr>
        <w:spacing w:line="240" w:lineRule="auto"/>
      </w:pPr>
      <w:r>
        <w:separator/>
      </w:r>
    </w:p>
  </w:endnote>
  <w:endnote w:type="continuationSeparator" w:id="0">
    <w:p w:rsidR="00C35887" w:rsidRDefault="00C358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5B0" w:rsidRDefault="004365B0">
    <w:pPr>
      <w:pStyle w:val="a7"/>
      <w:jc w:val="center"/>
    </w:pPr>
    <w:r>
      <w:rPr>
        <w:sz w:val="20"/>
        <w:lang w:val="ru-RU"/>
      </w:rPr>
      <w:fldChar w:fldCharType="begin"/>
    </w:r>
    <w:r>
      <w:rPr>
        <w:sz w:val="20"/>
        <w:lang w:val="ru-RU"/>
      </w:rPr>
      <w:instrText xml:space="preserve"> PAGE </w:instrText>
    </w:r>
    <w:r>
      <w:rPr>
        <w:sz w:val="20"/>
        <w:lang w:val="ru-RU"/>
      </w:rPr>
      <w:fldChar w:fldCharType="separate"/>
    </w:r>
    <w:r w:rsidR="0049268C">
      <w:rPr>
        <w:noProof/>
        <w:sz w:val="20"/>
        <w:lang w:val="ru-RU"/>
      </w:rPr>
      <w:t>1</w:t>
    </w:r>
    <w:r>
      <w:rPr>
        <w:sz w:val="2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887" w:rsidRDefault="00C35887">
      <w:pPr>
        <w:spacing w:line="240" w:lineRule="auto"/>
      </w:pPr>
      <w:r>
        <w:separator/>
      </w:r>
    </w:p>
  </w:footnote>
  <w:footnote w:type="continuationSeparator" w:id="0">
    <w:p w:rsidR="00C35887" w:rsidRDefault="00C358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65B0"/>
    <w:rsid w:val="0049268C"/>
    <w:rsid w:val="00712928"/>
    <w:rsid w:val="00752CEC"/>
    <w:rsid w:val="009409F5"/>
    <w:rsid w:val="00AA1D8D"/>
    <w:rsid w:val="00B03FDF"/>
    <w:rsid w:val="00B47730"/>
    <w:rsid w:val="00C35887"/>
    <w:rsid w:val="00CB0664"/>
    <w:rsid w:val="00CF61A6"/>
    <w:rsid w:val="00D649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 w:line="360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layTitle">
    <w:name w:val="PlayTitle"/>
    <w:basedOn w:val="a1"/>
    <w:rsid w:val="004365B0"/>
    <w:pPr>
      <w:spacing w:before="2800" w:after="360" w:line="276" w:lineRule="auto"/>
      <w:jc w:val="center"/>
    </w:pPr>
    <w:rPr>
      <w:b/>
      <w:sz w:val="40"/>
    </w:rPr>
  </w:style>
  <w:style w:type="paragraph" w:customStyle="1" w:styleId="PlaySubtitle">
    <w:name w:val="PlaySubtitle"/>
    <w:basedOn w:val="a1"/>
    <w:rsid w:val="004365B0"/>
    <w:pPr>
      <w:spacing w:after="160" w:line="276" w:lineRule="auto"/>
      <w:jc w:val="center"/>
    </w:pPr>
    <w:rPr>
      <w:i/>
      <w:sz w:val="26"/>
    </w:rPr>
  </w:style>
  <w:style w:type="paragraph" w:customStyle="1" w:styleId="PlayYear">
    <w:name w:val="PlayYear"/>
    <w:basedOn w:val="a1"/>
    <w:rsid w:val="004365B0"/>
    <w:pPr>
      <w:spacing w:before="5600" w:line="276" w:lineRule="auto"/>
      <w:jc w:val="center"/>
    </w:pPr>
  </w:style>
  <w:style w:type="character" w:styleId="aff8">
    <w:name w:val="Hyperlink"/>
    <w:basedOn w:val="a2"/>
    <w:uiPriority w:val="99"/>
    <w:unhideWhenUsed/>
    <w:rsid w:val="004365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 w:line="360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layTitle">
    <w:name w:val="PlayTitle"/>
    <w:basedOn w:val="a1"/>
    <w:rsid w:val="004365B0"/>
    <w:pPr>
      <w:spacing w:before="2800" w:after="360" w:line="276" w:lineRule="auto"/>
      <w:jc w:val="center"/>
    </w:pPr>
    <w:rPr>
      <w:b/>
      <w:sz w:val="40"/>
    </w:rPr>
  </w:style>
  <w:style w:type="paragraph" w:customStyle="1" w:styleId="PlaySubtitle">
    <w:name w:val="PlaySubtitle"/>
    <w:basedOn w:val="a1"/>
    <w:rsid w:val="004365B0"/>
    <w:pPr>
      <w:spacing w:after="160" w:line="276" w:lineRule="auto"/>
      <w:jc w:val="center"/>
    </w:pPr>
    <w:rPr>
      <w:i/>
      <w:sz w:val="26"/>
    </w:rPr>
  </w:style>
  <w:style w:type="paragraph" w:customStyle="1" w:styleId="PlayYear">
    <w:name w:val="PlayYear"/>
    <w:basedOn w:val="a1"/>
    <w:rsid w:val="004365B0"/>
    <w:pPr>
      <w:spacing w:before="5600" w:line="276" w:lineRule="auto"/>
      <w:jc w:val="center"/>
    </w:pPr>
  </w:style>
  <w:style w:type="character" w:styleId="aff8">
    <w:name w:val="Hyperlink"/>
    <w:basedOn w:val="a2"/>
    <w:uiPriority w:val="99"/>
    <w:unhideWhenUsed/>
    <w:rsid w:val="004365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212661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0D0452-6A75-4D3E-9750-686D562B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70</Pages>
  <Words>9110</Words>
  <Characters>51928</Characters>
  <Application>Microsoft Office Word</Application>
  <DocSecurity>0</DocSecurity>
  <Lines>432</Lines>
  <Paragraphs>121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ДЕЛО А—Я</vt:lpstr>
      <vt:lpstr/>
    </vt:vector>
  </TitlesOfParts>
  <Company/>
  <LinksUpToDate>false</LinksUpToDate>
  <CharactersWithSpaces>60917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ДЕЛО А—Я</dc:title>
  <dc:subject>Драматическая притча в одном действии</dc:subject>
  <dc:creator>Игорь Харабет</dc:creator>
  <cp:lastModifiedBy>Игорь Харабет</cp:lastModifiedBy>
  <cp:revision>3</cp:revision>
  <dcterms:created xsi:type="dcterms:W3CDTF">2026-08-28T18:22:00Z</dcterms:created>
  <dcterms:modified xsi:type="dcterms:W3CDTF">2026-08-28T18:25:00Z</dcterms:modified>
</cp:coreProperties>
</file>