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D26" w:rsidRDefault="00164D26" w:rsidP="00164D26">
      <w:pPr>
        <w:spacing w:before="100" w:after="100"/>
        <w:rPr>
          <w:rFonts w:ascii="Helvetica" w:hAnsi="Helvetica"/>
          <w:sz w:val="18"/>
        </w:rPr>
      </w:pPr>
      <w:r>
        <w:rPr>
          <w:rStyle w:val="af7"/>
          <w:rFonts w:ascii="Segoe UI" w:hAnsi="Segoe UI" w:cs="Segoe UI"/>
          <w:color w:val="0F1115"/>
        </w:rPr>
        <w:t>Автор пьесы «Аукцион. Выход – это вход» - Елена Грэсса. Настоящее произведение является оригинальным и создано 03.06.2026 года. Все права защищены. Любое копирование или распространение без согласия автора запрещено.</w:t>
      </w: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</w:p>
    <w:p w:rsidR="00164D26" w:rsidRPr="00246B06" w:rsidRDefault="00164D26" w:rsidP="00164D26">
      <w:pPr>
        <w:spacing w:before="100" w:after="100"/>
        <w:jc w:val="center"/>
        <w:rPr>
          <w:rFonts w:ascii="Helvetica" w:hAnsi="Helvetica"/>
          <w:b/>
          <w:bCs/>
        </w:rPr>
      </w:pPr>
      <w:r w:rsidRPr="00246B06">
        <w:rPr>
          <w:rFonts w:ascii="Helvetica" w:hAnsi="Helvetica"/>
          <w:b/>
          <w:bCs/>
          <w:sz w:val="36"/>
        </w:rPr>
        <w:t>АУКЦИОН. ВЫХОД — ЭТО ВХОД.</w:t>
      </w:r>
    </w:p>
    <w:p w:rsidR="00164D26" w:rsidRPr="003D548E" w:rsidRDefault="00164D26" w:rsidP="00164D26">
      <w:pPr>
        <w:spacing w:before="100" w:after="100"/>
        <w:jc w:val="both"/>
        <w:rPr>
          <w:rFonts w:ascii="Helvetica" w:hAnsi="Helvetica"/>
        </w:rPr>
      </w:pPr>
    </w:p>
    <w:p w:rsidR="00164D26" w:rsidRPr="003D548E" w:rsidRDefault="00164D26" w:rsidP="00164D26">
      <w:pPr>
        <w:spacing w:before="100" w:after="100"/>
        <w:jc w:val="both"/>
        <w:rPr>
          <w:rFonts w:ascii="Helvetica" w:hAnsi="Helvetica"/>
        </w:rPr>
      </w:pPr>
    </w:p>
    <w:p w:rsidR="00164D26" w:rsidRPr="001C0108" w:rsidRDefault="00164D26" w:rsidP="00164D26">
      <w:pPr>
        <w:spacing w:before="480"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  <w:r w:rsidRPr="001C0108">
        <w:rPr>
          <w:rFonts w:ascii="Helvetica" w:eastAsiaTheme="majorEastAsia" w:hAnsi="Helvetica" w:cstheme="majorHAnsi"/>
          <w:caps/>
          <w:color w:val="000000" w:themeColor="text1"/>
          <w:spacing w:val="48"/>
        </w:rPr>
        <w:t>ДЕЙСТВУЮЩИЕ ЛИЦА:</w:t>
      </w:r>
    </w:p>
    <w:p w:rsidR="00164D26" w:rsidRPr="00485227" w:rsidRDefault="00164D26" w:rsidP="00164D26">
      <w:pPr>
        <w:spacing w:before="100" w:after="100"/>
        <w:rPr>
          <w:rFonts w:ascii="Helvetica" w:hAnsi="Helvetica"/>
        </w:rPr>
      </w:pPr>
      <w:r>
        <w:rPr>
          <w:rFonts w:ascii="Helvetica" w:hAnsi="Helvetica"/>
        </w:rPr>
        <w:t xml:space="preserve">    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АРТЁМ СЕРГЕЕВИЧ</w:t>
      </w:r>
      <w:r>
        <w:rPr>
          <w:rFonts w:ascii="Helvetica" w:hAnsi="Helvetica"/>
          <w:sz w:val="20"/>
          <w:szCs w:val="20"/>
          <w:lang w:val="ru-RU"/>
        </w:rPr>
        <w:t xml:space="preserve"> - </w:t>
      </w:r>
      <w:r w:rsidRPr="004058E6">
        <w:rPr>
          <w:rFonts w:ascii="Helvetica" w:hAnsi="Helvetica"/>
          <w:sz w:val="20"/>
          <w:szCs w:val="20"/>
          <w:lang w:val="ru-RU"/>
        </w:rPr>
        <w:t xml:space="preserve">следователь по уголовным делам, </w:t>
      </w:r>
      <w:r>
        <w:rPr>
          <w:rFonts w:ascii="Helvetica" w:hAnsi="Helvetica"/>
          <w:sz w:val="20"/>
          <w:szCs w:val="20"/>
          <w:lang w:val="ru-RU"/>
        </w:rPr>
        <w:t xml:space="preserve">мужчина </w:t>
      </w:r>
      <w:r w:rsidRPr="004058E6">
        <w:rPr>
          <w:rFonts w:ascii="Helvetica" w:hAnsi="Helvetica"/>
          <w:sz w:val="20"/>
          <w:szCs w:val="20"/>
          <w:lang w:val="ru-RU"/>
        </w:rPr>
        <w:t>45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ИГОРЬ</w:t>
      </w:r>
      <w:r>
        <w:rPr>
          <w:rFonts w:ascii="Helvetica" w:hAnsi="Helvetica"/>
          <w:sz w:val="20"/>
          <w:szCs w:val="20"/>
          <w:lang w:val="ru-RU"/>
        </w:rPr>
        <w:t xml:space="preserve"> -</w:t>
      </w:r>
      <w:r w:rsidRPr="004058E6">
        <w:rPr>
          <w:rFonts w:ascii="Helvetica" w:hAnsi="Helvetica"/>
          <w:sz w:val="20"/>
          <w:szCs w:val="20"/>
          <w:lang w:val="ru-RU"/>
        </w:rPr>
        <w:t xml:space="preserve"> руководитель </w:t>
      </w:r>
      <w:r>
        <w:rPr>
          <w:rFonts w:ascii="Helvetica" w:hAnsi="Helvetica"/>
          <w:sz w:val="20"/>
          <w:szCs w:val="20"/>
          <w:lang w:val="ru-RU"/>
        </w:rPr>
        <w:t>следственного отдела</w:t>
      </w:r>
      <w:r w:rsidRPr="004058E6">
        <w:rPr>
          <w:rFonts w:ascii="Helvetica" w:hAnsi="Helvetica"/>
          <w:sz w:val="20"/>
          <w:szCs w:val="20"/>
          <w:lang w:val="ru-RU"/>
        </w:rPr>
        <w:t xml:space="preserve">, </w:t>
      </w:r>
      <w:r>
        <w:rPr>
          <w:rFonts w:ascii="Helvetica" w:hAnsi="Helvetica"/>
          <w:sz w:val="20"/>
          <w:szCs w:val="20"/>
          <w:lang w:val="ru-RU"/>
        </w:rPr>
        <w:t xml:space="preserve">мужчина </w:t>
      </w:r>
      <w:r w:rsidRPr="004058E6">
        <w:rPr>
          <w:rFonts w:ascii="Helvetica" w:hAnsi="Helvetica"/>
          <w:sz w:val="20"/>
          <w:szCs w:val="20"/>
          <w:lang w:val="ru-RU"/>
        </w:rPr>
        <w:t>48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АГРЕГАТОР АУКЦИОНА</w:t>
      </w:r>
      <w:r>
        <w:rPr>
          <w:rFonts w:ascii="Helvetica" w:hAnsi="Helvetica"/>
          <w:sz w:val="20"/>
          <w:szCs w:val="20"/>
          <w:lang w:val="ru-RU"/>
        </w:rPr>
        <w:t xml:space="preserve"> - управляющий аукциона, </w:t>
      </w:r>
      <w:r w:rsidRPr="004058E6">
        <w:rPr>
          <w:rFonts w:ascii="Helvetica" w:hAnsi="Helvetica"/>
          <w:sz w:val="20"/>
          <w:szCs w:val="20"/>
          <w:lang w:val="ru-RU"/>
        </w:rPr>
        <w:t>мужчина, 60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СЕРГЕЙ ВЕТРОВ</w:t>
      </w:r>
      <w:r>
        <w:rPr>
          <w:rFonts w:ascii="Helvetica" w:hAnsi="Helvetica"/>
          <w:sz w:val="20"/>
          <w:szCs w:val="20"/>
          <w:lang w:val="ru-RU"/>
        </w:rPr>
        <w:t xml:space="preserve"> - </w:t>
      </w:r>
      <w:r w:rsidRPr="004058E6">
        <w:rPr>
          <w:rFonts w:ascii="Helvetica" w:hAnsi="Helvetica"/>
          <w:sz w:val="20"/>
          <w:szCs w:val="20"/>
          <w:lang w:val="ru-RU"/>
        </w:rPr>
        <w:t xml:space="preserve">серийный убийца, </w:t>
      </w:r>
      <w:r>
        <w:rPr>
          <w:rFonts w:ascii="Helvetica" w:hAnsi="Helvetica"/>
          <w:sz w:val="20"/>
          <w:szCs w:val="20"/>
          <w:lang w:val="ru-RU"/>
        </w:rPr>
        <w:t xml:space="preserve">мужчина </w:t>
      </w:r>
      <w:r w:rsidRPr="004058E6">
        <w:rPr>
          <w:rFonts w:ascii="Helvetica" w:hAnsi="Helvetica"/>
          <w:sz w:val="20"/>
          <w:szCs w:val="20"/>
          <w:lang w:val="ru-RU"/>
        </w:rPr>
        <w:t>45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ЛИЯ</w:t>
      </w:r>
      <w:r>
        <w:rPr>
          <w:rFonts w:ascii="Helvetica" w:hAnsi="Helvetica"/>
          <w:sz w:val="20"/>
          <w:szCs w:val="20"/>
          <w:lang w:val="ru-RU"/>
        </w:rPr>
        <w:t xml:space="preserve"> - </w:t>
      </w:r>
      <w:r w:rsidRPr="004058E6">
        <w:rPr>
          <w:rFonts w:ascii="Helvetica" w:hAnsi="Helvetica"/>
          <w:sz w:val="20"/>
          <w:szCs w:val="20"/>
          <w:lang w:val="ru-RU"/>
        </w:rPr>
        <w:t xml:space="preserve">жена Артёма, </w:t>
      </w:r>
      <w:r>
        <w:rPr>
          <w:rFonts w:ascii="Helvetica" w:hAnsi="Helvetica"/>
          <w:sz w:val="20"/>
          <w:szCs w:val="20"/>
          <w:lang w:val="ru-RU"/>
        </w:rPr>
        <w:t xml:space="preserve">женщина </w:t>
      </w:r>
      <w:r w:rsidRPr="004058E6">
        <w:rPr>
          <w:rFonts w:ascii="Helvetica" w:hAnsi="Helvetica"/>
          <w:sz w:val="20"/>
          <w:szCs w:val="20"/>
          <w:lang w:val="ru-RU"/>
        </w:rPr>
        <w:t>35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СЛЕПОЙ МАЛЬЧИК</w:t>
      </w:r>
      <w:r>
        <w:rPr>
          <w:rFonts w:ascii="Helvetica" w:hAnsi="Helvetica"/>
          <w:sz w:val="20"/>
          <w:szCs w:val="20"/>
          <w:lang w:val="ru-RU"/>
        </w:rPr>
        <w:t xml:space="preserve"> - метафора пьесы, слепота – его зрение, </w:t>
      </w:r>
      <w:r w:rsidRPr="004058E6">
        <w:rPr>
          <w:rFonts w:ascii="Helvetica" w:hAnsi="Helvetica"/>
          <w:sz w:val="20"/>
          <w:szCs w:val="20"/>
          <w:lang w:val="ru-RU"/>
        </w:rPr>
        <w:t>мальчик 5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ПРОДАВЕЦ РАДОСТИ</w:t>
      </w:r>
      <w:r>
        <w:rPr>
          <w:rFonts w:ascii="Helvetica" w:hAnsi="Helvetica"/>
          <w:sz w:val="20"/>
          <w:szCs w:val="20"/>
          <w:lang w:val="ru-RU"/>
        </w:rPr>
        <w:t xml:space="preserve"> - продавец на аукционе, </w:t>
      </w:r>
      <w:r w:rsidRPr="004058E6">
        <w:rPr>
          <w:rFonts w:ascii="Helvetica" w:hAnsi="Helvetica"/>
          <w:sz w:val="20"/>
          <w:szCs w:val="20"/>
          <w:lang w:val="ru-RU"/>
        </w:rPr>
        <w:t xml:space="preserve">мужчина, </w:t>
      </w:r>
      <w:r>
        <w:rPr>
          <w:rFonts w:ascii="Helvetica" w:hAnsi="Helvetica"/>
          <w:sz w:val="20"/>
          <w:szCs w:val="20"/>
          <w:lang w:val="ru-RU"/>
        </w:rPr>
        <w:t>35</w:t>
      </w:r>
      <w:r w:rsidRPr="004058E6">
        <w:rPr>
          <w:rFonts w:ascii="Helvetica" w:hAnsi="Helvetica"/>
          <w:sz w:val="20"/>
          <w:szCs w:val="20"/>
          <w:lang w:val="ru-RU"/>
        </w:rPr>
        <w:t xml:space="preserve">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ПРОДАВЕЦ ЗАБВЕНИЯ</w:t>
      </w:r>
      <w:r>
        <w:rPr>
          <w:rFonts w:ascii="Helvetica" w:hAnsi="Helvetica"/>
          <w:sz w:val="20"/>
          <w:szCs w:val="20"/>
          <w:lang w:val="ru-RU"/>
        </w:rPr>
        <w:t xml:space="preserve"> - продавец на аукционе, </w:t>
      </w:r>
      <w:r w:rsidRPr="004058E6">
        <w:rPr>
          <w:rFonts w:ascii="Helvetica" w:hAnsi="Helvetica"/>
          <w:sz w:val="20"/>
          <w:szCs w:val="20"/>
          <w:lang w:val="ru-RU"/>
        </w:rPr>
        <w:t>мужчина, 5</w:t>
      </w:r>
      <w:r>
        <w:rPr>
          <w:rFonts w:ascii="Helvetica" w:hAnsi="Helvetica"/>
          <w:sz w:val="20"/>
          <w:szCs w:val="20"/>
          <w:lang w:val="ru-RU"/>
        </w:rPr>
        <w:t>5</w:t>
      </w:r>
      <w:r w:rsidRPr="004058E6">
        <w:rPr>
          <w:rFonts w:ascii="Helvetica" w:hAnsi="Helvetica"/>
          <w:sz w:val="20"/>
          <w:szCs w:val="20"/>
          <w:lang w:val="ru-RU"/>
        </w:rPr>
        <w:t xml:space="preserve">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ПРОДАВЕЦ МЩЕНИЯ</w:t>
      </w:r>
      <w:r>
        <w:rPr>
          <w:rFonts w:ascii="Helvetica" w:hAnsi="Helvetica"/>
          <w:sz w:val="20"/>
          <w:szCs w:val="20"/>
          <w:lang w:val="ru-RU"/>
        </w:rPr>
        <w:t xml:space="preserve"> - продавец на аукционе, </w:t>
      </w:r>
      <w:r w:rsidRPr="004058E6">
        <w:rPr>
          <w:rFonts w:ascii="Helvetica" w:hAnsi="Helvetica"/>
          <w:sz w:val="20"/>
          <w:szCs w:val="20"/>
          <w:lang w:val="ru-RU"/>
        </w:rPr>
        <w:t xml:space="preserve">мужчина, </w:t>
      </w:r>
      <w:r>
        <w:rPr>
          <w:rFonts w:ascii="Helvetica" w:hAnsi="Helvetica"/>
          <w:sz w:val="20"/>
          <w:szCs w:val="20"/>
          <w:lang w:val="ru-RU"/>
        </w:rPr>
        <w:t>45</w:t>
      </w:r>
      <w:r w:rsidRPr="004058E6">
        <w:rPr>
          <w:rFonts w:ascii="Helvetica" w:hAnsi="Helvetica"/>
          <w:sz w:val="20"/>
          <w:szCs w:val="20"/>
          <w:lang w:val="ru-RU"/>
        </w:rPr>
        <w:t xml:space="preserve">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НАБЛЮДАТЕЛЬ АУКЦИОНА</w:t>
      </w:r>
      <w:r>
        <w:rPr>
          <w:rFonts w:ascii="Helvetica" w:hAnsi="Helvetica"/>
          <w:sz w:val="20"/>
          <w:szCs w:val="20"/>
          <w:lang w:val="ru-RU"/>
        </w:rPr>
        <w:t xml:space="preserve"> - смотритель аукциона</w:t>
      </w:r>
      <w:r w:rsidRPr="004058E6">
        <w:rPr>
          <w:rFonts w:ascii="Helvetica" w:hAnsi="Helvetica"/>
          <w:sz w:val="20"/>
          <w:szCs w:val="20"/>
          <w:lang w:val="ru-RU"/>
        </w:rPr>
        <w:t>, женщина, 35 лет</w:t>
      </w:r>
    </w:p>
    <w:p w:rsidR="00164D2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АДВОКАТ ЗОТОВ</w:t>
      </w:r>
      <w:r>
        <w:rPr>
          <w:rFonts w:ascii="Helvetica" w:hAnsi="Helvetica"/>
          <w:sz w:val="20"/>
          <w:szCs w:val="20"/>
          <w:lang w:val="ru-RU"/>
        </w:rPr>
        <w:t xml:space="preserve"> - адвокат серийного убийцы Сергея Ветрова</w:t>
      </w:r>
      <w:r w:rsidRPr="004058E6">
        <w:rPr>
          <w:rFonts w:ascii="Helvetica" w:hAnsi="Helvetica"/>
          <w:sz w:val="20"/>
          <w:szCs w:val="20"/>
          <w:lang w:val="ru-RU"/>
        </w:rPr>
        <w:t>, мужчина 50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 xml:space="preserve">ГЛАВНЫЙ ВРАЧ, </w:t>
      </w:r>
      <w:r>
        <w:rPr>
          <w:rFonts w:ascii="Helvetica" w:hAnsi="Helvetica"/>
          <w:sz w:val="20"/>
          <w:szCs w:val="20"/>
          <w:lang w:val="ru-RU"/>
        </w:rPr>
        <w:t xml:space="preserve">главный врач психбольницы, </w:t>
      </w:r>
      <w:r w:rsidRPr="004058E6">
        <w:rPr>
          <w:rFonts w:ascii="Helvetica" w:hAnsi="Helvetica"/>
          <w:sz w:val="20"/>
          <w:szCs w:val="20"/>
          <w:lang w:val="ru-RU"/>
        </w:rPr>
        <w:t>мужчина 48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>КЛИЕНТ ПРОДАВЦА ЗАБВЕНИЯ, мужчина 35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 xml:space="preserve">АДМИНИСТРАТОР ОТДЕЛА ВЗЫСКАНИЯ, </w:t>
      </w:r>
      <w:r>
        <w:rPr>
          <w:rFonts w:ascii="Helvetica" w:hAnsi="Helvetica"/>
          <w:sz w:val="20"/>
          <w:szCs w:val="20"/>
          <w:lang w:val="ru-RU"/>
        </w:rPr>
        <w:t xml:space="preserve">администратор аукциона в «Отделе взыскания», </w:t>
      </w:r>
      <w:r w:rsidRPr="004058E6">
        <w:rPr>
          <w:rFonts w:ascii="Helvetica" w:hAnsi="Helvetica"/>
          <w:sz w:val="20"/>
          <w:szCs w:val="20"/>
          <w:lang w:val="ru-RU"/>
        </w:rPr>
        <w:t>мужчина 40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 xml:space="preserve">СТАРИК НА АУКЦИОНЕ, </w:t>
      </w:r>
      <w:r>
        <w:rPr>
          <w:rFonts w:ascii="Helvetica" w:hAnsi="Helvetica"/>
          <w:sz w:val="20"/>
          <w:szCs w:val="20"/>
          <w:lang w:val="ru-RU"/>
        </w:rPr>
        <w:t xml:space="preserve">посетитель аукциона, </w:t>
      </w:r>
      <w:r w:rsidRPr="004058E6">
        <w:rPr>
          <w:rFonts w:ascii="Helvetica" w:hAnsi="Helvetica"/>
          <w:sz w:val="20"/>
          <w:szCs w:val="20"/>
          <w:lang w:val="ru-RU"/>
        </w:rPr>
        <w:t>мужчина 80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 w:rsidRPr="004058E6">
        <w:rPr>
          <w:rFonts w:ascii="Helvetica" w:hAnsi="Helvetica"/>
          <w:sz w:val="20"/>
          <w:szCs w:val="20"/>
          <w:lang w:val="ru-RU"/>
        </w:rPr>
        <w:t xml:space="preserve">ПЛАЧУЩИЙ МУЖЧИНА, </w:t>
      </w:r>
      <w:r>
        <w:rPr>
          <w:rFonts w:ascii="Helvetica" w:hAnsi="Helvetica"/>
          <w:sz w:val="20"/>
          <w:szCs w:val="20"/>
          <w:lang w:val="ru-RU"/>
        </w:rPr>
        <w:t xml:space="preserve">посетитель аукциона, </w:t>
      </w:r>
      <w:r w:rsidRPr="004058E6">
        <w:rPr>
          <w:rFonts w:ascii="Helvetica" w:hAnsi="Helvetica"/>
          <w:sz w:val="20"/>
          <w:szCs w:val="20"/>
          <w:lang w:val="ru-RU"/>
        </w:rPr>
        <w:t>мужчина 45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20"/>
          <w:szCs w:val="20"/>
          <w:lang w:val="ru-RU"/>
        </w:rPr>
      </w:pPr>
      <w:r>
        <w:rPr>
          <w:rFonts w:ascii="Helvetica" w:hAnsi="Helvetica"/>
          <w:sz w:val="20"/>
          <w:szCs w:val="20"/>
          <w:lang w:val="ru-RU"/>
        </w:rPr>
        <w:t xml:space="preserve">2 </w:t>
      </w:r>
      <w:r w:rsidRPr="004058E6">
        <w:rPr>
          <w:rFonts w:ascii="Helvetica" w:hAnsi="Helvetica"/>
          <w:sz w:val="20"/>
          <w:szCs w:val="20"/>
          <w:lang w:val="ru-RU"/>
        </w:rPr>
        <w:t>САНИТАР</w:t>
      </w:r>
      <w:r>
        <w:rPr>
          <w:rFonts w:ascii="Helvetica" w:hAnsi="Helvetica"/>
          <w:sz w:val="20"/>
          <w:szCs w:val="20"/>
          <w:lang w:val="ru-RU"/>
        </w:rPr>
        <w:t>А</w:t>
      </w:r>
      <w:r w:rsidRPr="004058E6">
        <w:rPr>
          <w:rFonts w:ascii="Helvetica" w:hAnsi="Helvetica"/>
          <w:sz w:val="20"/>
          <w:szCs w:val="20"/>
          <w:lang w:val="ru-RU"/>
        </w:rPr>
        <w:t xml:space="preserve">, </w:t>
      </w:r>
      <w:r>
        <w:rPr>
          <w:rFonts w:ascii="Helvetica" w:hAnsi="Helvetica"/>
          <w:sz w:val="20"/>
          <w:szCs w:val="20"/>
          <w:lang w:val="ru-RU"/>
        </w:rPr>
        <w:t xml:space="preserve">работники психбольницы, </w:t>
      </w:r>
      <w:r w:rsidRPr="004058E6">
        <w:rPr>
          <w:rFonts w:ascii="Helvetica" w:hAnsi="Helvetica"/>
          <w:sz w:val="20"/>
          <w:szCs w:val="20"/>
          <w:lang w:val="ru-RU"/>
        </w:rPr>
        <w:t>мужчины 35</w:t>
      </w:r>
      <w:r>
        <w:rPr>
          <w:rFonts w:ascii="Helvetica" w:hAnsi="Helvetica"/>
          <w:sz w:val="20"/>
          <w:szCs w:val="20"/>
          <w:lang w:val="ru-RU"/>
        </w:rPr>
        <w:t>-37</w:t>
      </w:r>
      <w:r w:rsidRPr="004058E6">
        <w:rPr>
          <w:rFonts w:ascii="Helvetica" w:hAnsi="Helvetica"/>
          <w:sz w:val="20"/>
          <w:szCs w:val="20"/>
          <w:lang w:val="ru-RU"/>
        </w:rPr>
        <w:t xml:space="preserve"> лет</w:t>
      </w:r>
    </w:p>
    <w:p w:rsidR="00164D26" w:rsidRPr="004058E6" w:rsidRDefault="00164D26" w:rsidP="00164D26">
      <w:pPr>
        <w:pStyle w:val="ae"/>
        <w:numPr>
          <w:ilvl w:val="0"/>
          <w:numId w:val="12"/>
        </w:numPr>
        <w:spacing w:before="100" w:after="100" w:line="360" w:lineRule="auto"/>
        <w:rPr>
          <w:rFonts w:ascii="Helvetica" w:hAnsi="Helvetica"/>
          <w:sz w:val="18"/>
          <w:lang w:val="ru-RU"/>
        </w:rPr>
      </w:pPr>
      <w:r w:rsidRPr="004058E6">
        <w:rPr>
          <w:rFonts w:ascii="Helvetica" w:hAnsi="Helvetica"/>
          <w:sz w:val="20"/>
          <w:lang w:val="ru-RU"/>
        </w:rPr>
        <w:t xml:space="preserve">ТОЛПА ЛЮДЕЙ НА АУКЦИОНЕ, </w:t>
      </w:r>
      <w:r w:rsidRPr="004058E6">
        <w:rPr>
          <w:rFonts w:ascii="Helvetica" w:hAnsi="Helvetica"/>
          <w:sz w:val="18"/>
          <w:lang w:val="ru-RU"/>
        </w:rPr>
        <w:t>без имен</w:t>
      </w:r>
      <w:r>
        <w:rPr>
          <w:rFonts w:ascii="Helvetica" w:hAnsi="Helvetica"/>
          <w:sz w:val="18"/>
          <w:lang w:val="ru-RU"/>
        </w:rPr>
        <w:t>,</w:t>
      </w:r>
      <w:r w:rsidRPr="004058E6">
        <w:rPr>
          <w:rFonts w:ascii="Helvetica" w:hAnsi="Helvetica"/>
          <w:sz w:val="18"/>
          <w:lang w:val="ru-RU"/>
        </w:rPr>
        <w:t xml:space="preserve"> </w:t>
      </w:r>
      <w:r>
        <w:rPr>
          <w:rFonts w:ascii="Helvetica" w:hAnsi="Helvetica"/>
          <w:sz w:val="18"/>
          <w:lang w:val="ru-RU"/>
        </w:rPr>
        <w:t>массовка</w:t>
      </w:r>
    </w:p>
    <w:p w:rsidR="00164D26" w:rsidRPr="003D548E" w:rsidRDefault="00164D26" w:rsidP="00164D26">
      <w:pPr>
        <w:spacing w:before="100" w:after="100"/>
        <w:rPr>
          <w:rFonts w:ascii="Helvetica" w:hAnsi="Helvetica"/>
        </w:rPr>
      </w:pPr>
    </w:p>
    <w:p w:rsidR="00164D26" w:rsidRPr="003D548E" w:rsidRDefault="00164D26" w:rsidP="00164D26">
      <w:pPr>
        <w:spacing w:before="480"/>
        <w:rPr>
          <w:rFonts w:ascii="Helvetica" w:hAnsi="Helvetica"/>
        </w:rPr>
      </w:pPr>
    </w:p>
    <w:p w:rsidR="00164D26" w:rsidRPr="00C02127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C02127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>АКТ I.</w:t>
      </w:r>
    </w:p>
    <w:p w:rsidR="00164D26" w:rsidRPr="003D548E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</w:rPr>
      </w:pPr>
    </w:p>
    <w:p w:rsidR="00164D26" w:rsidRPr="00007ED9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007ED9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 xml:space="preserve">ДЕЙСТВИЕ ПЕРВОЕ. </w:t>
      </w:r>
    </w:p>
    <w:p w:rsidR="00164D26" w:rsidRPr="00007ED9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007ED9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 xml:space="preserve">КАБИНЕТ. </w:t>
      </w:r>
    </w:p>
    <w:p w:rsidR="00164D26" w:rsidRPr="003D548E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</w:rPr>
      </w:pPr>
    </w:p>
    <w:p w:rsidR="00164D26" w:rsidRPr="00C53599" w:rsidRDefault="00164D26" w:rsidP="00164D26">
      <w:pPr>
        <w:spacing w:before="100" w:beforeAutospacing="1" w:after="100" w:afterAutospacing="1"/>
        <w:jc w:val="both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Поздний вечер. </w:t>
      </w:r>
      <w:r>
        <w:rPr>
          <w:rFonts w:ascii="Helvetica" w:hAnsi="Helvetica"/>
          <w:sz w:val="18"/>
        </w:rPr>
        <w:t>Кабинет следователя. На сцене п</w:t>
      </w:r>
      <w:r w:rsidRPr="003D548E">
        <w:rPr>
          <w:rFonts w:ascii="Helvetica" w:hAnsi="Helvetica"/>
          <w:sz w:val="18"/>
        </w:rPr>
        <w:t>олумрак</w:t>
      </w:r>
      <w:r>
        <w:rPr>
          <w:rFonts w:ascii="Helvetica" w:hAnsi="Helvetica"/>
          <w:sz w:val="18"/>
        </w:rPr>
        <w:t>. В</w:t>
      </w:r>
      <w:r w:rsidRPr="003D548E">
        <w:rPr>
          <w:rFonts w:ascii="Helvetica" w:hAnsi="Helvetica"/>
          <w:sz w:val="18"/>
        </w:rPr>
        <w:t xml:space="preserve"> радиоприёмнике громко </w:t>
      </w:r>
      <w:r>
        <w:rPr>
          <w:rFonts w:ascii="Helvetica" w:hAnsi="Helvetica"/>
          <w:sz w:val="18"/>
        </w:rPr>
        <w:t>играет музыка</w:t>
      </w:r>
      <w:r w:rsidRPr="003D548E">
        <w:rPr>
          <w:rFonts w:ascii="Helvetica" w:hAnsi="Helvetica"/>
          <w:sz w:val="18"/>
        </w:rPr>
        <w:t xml:space="preserve">. </w:t>
      </w:r>
      <w:r>
        <w:rPr>
          <w:rFonts w:ascii="Helvetica" w:hAnsi="Helvetica"/>
          <w:sz w:val="18"/>
        </w:rPr>
        <w:t>На столе о</w:t>
      </w:r>
      <w:r w:rsidRPr="003D548E">
        <w:rPr>
          <w:rFonts w:ascii="Helvetica" w:hAnsi="Helvetica"/>
          <w:sz w:val="18"/>
        </w:rPr>
        <w:t>ткрыт</w:t>
      </w:r>
      <w:r>
        <w:rPr>
          <w:rFonts w:ascii="Helvetica" w:hAnsi="Helvetica"/>
          <w:sz w:val="18"/>
        </w:rPr>
        <w:t xml:space="preserve">ое </w:t>
      </w:r>
      <w:r w:rsidRPr="003D548E">
        <w:rPr>
          <w:rFonts w:ascii="Helvetica" w:hAnsi="Helvetica"/>
          <w:sz w:val="18"/>
        </w:rPr>
        <w:t>дел</w:t>
      </w:r>
      <w:r>
        <w:rPr>
          <w:rFonts w:ascii="Helvetica" w:hAnsi="Helvetica"/>
          <w:sz w:val="18"/>
        </w:rPr>
        <w:t>о</w:t>
      </w:r>
      <w:r w:rsidRPr="003D548E">
        <w:rPr>
          <w:rFonts w:ascii="Helvetica" w:hAnsi="Helvetica"/>
          <w:sz w:val="18"/>
        </w:rPr>
        <w:t>: фотографи</w:t>
      </w:r>
      <w:r>
        <w:rPr>
          <w:rFonts w:ascii="Helvetica" w:hAnsi="Helvetica"/>
          <w:sz w:val="18"/>
        </w:rPr>
        <w:t>я</w:t>
      </w:r>
      <w:r w:rsidRPr="003D548E">
        <w:rPr>
          <w:rFonts w:ascii="Helvetica" w:hAnsi="Helvetica"/>
          <w:sz w:val="18"/>
        </w:rPr>
        <w:t xml:space="preserve"> девочки с рыжими волосами. Артём сидит неподвижно, смотрит в одну точку</w:t>
      </w:r>
      <w:r>
        <w:rPr>
          <w:rFonts w:ascii="Helvetica" w:hAnsi="Helvetica"/>
          <w:sz w:val="18"/>
        </w:rPr>
        <w:t xml:space="preserve"> и</w:t>
      </w:r>
      <w:r w:rsidRPr="003D548E">
        <w:rPr>
          <w:rFonts w:ascii="Helvetica" w:hAnsi="Helvetica"/>
          <w:sz w:val="18"/>
        </w:rPr>
        <w:t xml:space="preserve"> медленно трёт левое запястье</w:t>
      </w:r>
      <w:r>
        <w:rPr>
          <w:rFonts w:ascii="Helvetica" w:hAnsi="Helvetica"/>
          <w:sz w:val="18"/>
        </w:rPr>
        <w:t>.</w:t>
      </w: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Стук в дверь. Входит Игорь.</w:t>
      </w:r>
    </w:p>
    <w:p w:rsidR="00164D26" w:rsidRPr="00C53599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Не уходишь? Уже десять… </w:t>
      </w:r>
      <w:r w:rsidRPr="003D548E">
        <w:rPr>
          <w:rFonts w:ascii="Helvetica" w:hAnsi="Helvetica"/>
          <w:sz w:val="18"/>
        </w:rPr>
        <w:t>(морщится)</w:t>
      </w:r>
      <w:r w:rsidRPr="003D548E">
        <w:rPr>
          <w:rFonts w:ascii="Helvetica" w:hAnsi="Helvetica"/>
        </w:rPr>
        <w:t xml:space="preserve"> Да выключи ты уже этот приёмник! </w:t>
      </w:r>
      <w:r w:rsidRPr="003D548E">
        <w:rPr>
          <w:rFonts w:ascii="Helvetica" w:hAnsi="Helvetica"/>
          <w:sz w:val="18"/>
        </w:rPr>
        <w:t>(подходит к приёмнику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Как можно работать в таком шуме?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spacing w:before="100" w:after="100"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</w:t>
      </w:r>
      <w:r w:rsidRPr="007C5A4F">
        <w:rPr>
          <w:rFonts w:ascii="Helvetica" w:hAnsi="Helvetica"/>
          <w:sz w:val="18"/>
        </w:rPr>
        <w:t>(</w:t>
      </w:r>
      <w:r w:rsidRPr="003D548E">
        <w:rPr>
          <w:rFonts w:ascii="Helvetica" w:hAnsi="Helvetica"/>
          <w:sz w:val="18"/>
        </w:rPr>
        <w:t>не меняя позы, не отрывая взгляда от стены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Ненавижу тишину.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Пауза. </w:t>
      </w:r>
    </w:p>
    <w:p w:rsidR="00164D26" w:rsidRPr="00F0059F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Игорь </w:t>
      </w:r>
      <w:r>
        <w:rPr>
          <w:rFonts w:ascii="Helvetica" w:hAnsi="Helvetica"/>
          <w:sz w:val="18"/>
        </w:rPr>
        <w:t>подходит к приемнику и выключает его. В</w:t>
      </w:r>
      <w:r w:rsidRPr="003D548E">
        <w:rPr>
          <w:rFonts w:ascii="Helvetica" w:hAnsi="Helvetica"/>
          <w:sz w:val="18"/>
        </w:rPr>
        <w:t xml:space="preserve">оцаряется тишина, в которой слышно только </w:t>
      </w:r>
      <w:r>
        <w:rPr>
          <w:rFonts w:ascii="Helvetica" w:hAnsi="Helvetica"/>
          <w:sz w:val="18"/>
        </w:rPr>
        <w:t xml:space="preserve">тихое </w:t>
      </w:r>
      <w:r w:rsidRPr="003D548E">
        <w:rPr>
          <w:rFonts w:ascii="Helvetica" w:hAnsi="Helvetica"/>
          <w:sz w:val="18"/>
        </w:rPr>
        <w:t>тиканье настенных часов. Игорь садится напротив Артёма.</w:t>
      </w:r>
    </w:p>
    <w:p w:rsidR="00164D26" w:rsidRDefault="00164D26" w:rsidP="00164D26">
      <w:pPr>
        <w:spacing w:before="100" w:after="100"/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spacing w:before="100" w:after="100"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</w:t>
      </w:r>
      <w:r w:rsidRPr="004F3D15">
        <w:rPr>
          <w:rFonts w:ascii="Helvetica" w:hAnsi="Helvetica"/>
        </w:rPr>
        <w:t>Артём, что с дело</w:t>
      </w:r>
      <w:r>
        <w:rPr>
          <w:rFonts w:ascii="Helvetica" w:hAnsi="Helvetica"/>
        </w:rPr>
        <w:t xml:space="preserve">м </w:t>
      </w:r>
      <w:r w:rsidRPr="004F3D15">
        <w:rPr>
          <w:rFonts w:ascii="Helvetica" w:hAnsi="Helvetica"/>
        </w:rPr>
        <w:t>Ветрова? Ты уже второй месяц тянешь. Его месяц назад из петли в камере вынул</w:t>
      </w:r>
      <w:r>
        <w:rPr>
          <w:rFonts w:ascii="Helvetica" w:hAnsi="Helvetica"/>
        </w:rPr>
        <w:t>и…</w:t>
      </w:r>
      <w:r w:rsidRPr="004F3D15">
        <w:rPr>
          <w:rFonts w:ascii="Helvetica" w:hAnsi="Helvetica"/>
        </w:rPr>
        <w:t>Какие там трудности?</w:t>
      </w:r>
    </w:p>
    <w:p w:rsidR="00164D26" w:rsidRPr="003D548E" w:rsidRDefault="00164D26" w:rsidP="00164D26">
      <w:pPr>
        <w:spacing w:before="100" w:after="100"/>
        <w:jc w:val="both"/>
        <w:rPr>
          <w:rFonts w:ascii="Helvetica" w:hAnsi="Helvetica"/>
        </w:rPr>
      </w:pP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</w:t>
      </w:r>
      <w:r w:rsidRPr="00BB40A0">
        <w:rPr>
          <w:rFonts w:ascii="Helvetica" w:hAnsi="Helvetica"/>
          <w:sz w:val="18"/>
        </w:rPr>
        <w:t xml:space="preserve">(говорит медленно и тихо) </w:t>
      </w:r>
      <w:r w:rsidRPr="003D548E">
        <w:rPr>
          <w:rFonts w:ascii="Helvetica" w:hAnsi="Helvetica"/>
        </w:rPr>
        <w:t xml:space="preserve">Тупик. Свидетели путаются… плывут. С такой базой прокурор даже слушать не станет. </w:t>
      </w:r>
      <w:r w:rsidRPr="003D548E">
        <w:rPr>
          <w:rFonts w:ascii="Helvetica" w:hAnsi="Helvetica"/>
          <w:sz w:val="18"/>
        </w:rPr>
        <w:t>(в голосе появляется глухая злоба)</w:t>
      </w:r>
      <w:r w:rsidRPr="003D548E">
        <w:rPr>
          <w:rFonts w:ascii="Helvetica" w:hAnsi="Helvetica"/>
        </w:rPr>
        <w:t xml:space="preserve"> Сука этот Ветров. Я знаю, что это он. И он знает, что я знаю. И что у меня </w:t>
      </w:r>
      <w:r>
        <w:rPr>
          <w:rFonts w:ascii="Helvetica" w:hAnsi="Helvetica"/>
        </w:rPr>
        <w:t xml:space="preserve">на него </w:t>
      </w:r>
      <w:r w:rsidRPr="003D548E">
        <w:rPr>
          <w:rFonts w:ascii="Helvetica" w:hAnsi="Helvetica"/>
        </w:rPr>
        <w:t>ничего нет. Так и вижу его мразотную ухмылку.</w:t>
      </w:r>
    </w:p>
    <w:p w:rsidR="00164D26" w:rsidRPr="003D548E" w:rsidRDefault="00164D26" w:rsidP="00164D26">
      <w:pPr>
        <w:spacing w:before="100" w:after="100"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Пауза.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</w:t>
      </w:r>
      <w:r w:rsidRPr="00BB40A0">
        <w:rPr>
          <w:rFonts w:ascii="Helvetica" w:hAnsi="Helvetica"/>
          <w:sz w:val="18"/>
        </w:rPr>
        <w:t>(вздыхая)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Понятно. Значит, надо работать со свидетелям</w:t>
      </w:r>
      <w:r>
        <w:rPr>
          <w:rFonts w:ascii="Helvetica" w:hAnsi="Helvetica"/>
        </w:rPr>
        <w:t>и. Е</w:t>
      </w:r>
      <w:r w:rsidRPr="003D548E">
        <w:rPr>
          <w:rFonts w:ascii="Helvetica" w:hAnsi="Helvetica"/>
        </w:rPr>
        <w:t>щё раз допроси</w:t>
      </w:r>
      <w:r>
        <w:rPr>
          <w:rFonts w:ascii="Helvetica" w:hAnsi="Helvetica"/>
        </w:rPr>
        <w:t>ть</w:t>
      </w:r>
      <w:r w:rsidRPr="003D548E">
        <w:rPr>
          <w:rFonts w:ascii="Helvetica" w:hAnsi="Helvetica"/>
        </w:rPr>
        <w:t xml:space="preserve"> Ветрова</w:t>
      </w:r>
      <w:r>
        <w:rPr>
          <w:rFonts w:ascii="Helvetica" w:hAnsi="Helvetica"/>
        </w:rPr>
        <w:t xml:space="preserve"> и</w:t>
      </w:r>
      <w:r w:rsidRPr="003D548E">
        <w:rPr>
          <w:rFonts w:ascii="Helvetica" w:hAnsi="Helvetica"/>
        </w:rPr>
        <w:t xml:space="preserve"> мать убитой</w:t>
      </w:r>
      <w:r>
        <w:rPr>
          <w:rFonts w:ascii="Helvetica" w:hAnsi="Helvetica"/>
        </w:rPr>
        <w:t>…</w:t>
      </w:r>
      <w:r w:rsidRPr="003D548E">
        <w:rPr>
          <w:rFonts w:ascii="Helvetica" w:hAnsi="Helvetica"/>
        </w:rPr>
        <w:t xml:space="preserve">напряги криминалистов. Мне </w:t>
      </w:r>
      <w:r>
        <w:rPr>
          <w:rFonts w:ascii="Helvetica" w:hAnsi="Helvetica"/>
        </w:rPr>
        <w:t xml:space="preserve">тебя </w:t>
      </w:r>
      <w:r w:rsidRPr="003D548E">
        <w:rPr>
          <w:rFonts w:ascii="Helvetica" w:hAnsi="Helvetica"/>
        </w:rPr>
        <w:t>учить работать?</w:t>
      </w: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</w:p>
    <w:p w:rsidR="00164D26" w:rsidRPr="003D548E" w:rsidRDefault="00164D26" w:rsidP="00164D26">
      <w:pPr>
        <w:spacing w:before="100" w:after="100"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 xml:space="preserve">Артём спокойно смотрит на </w:t>
      </w:r>
      <w:r>
        <w:rPr>
          <w:rFonts w:ascii="Helvetica" w:hAnsi="Helvetica"/>
          <w:sz w:val="18"/>
        </w:rPr>
        <w:t xml:space="preserve">детские </w:t>
      </w:r>
      <w:r w:rsidRPr="003D548E">
        <w:rPr>
          <w:rFonts w:ascii="Helvetica" w:hAnsi="Helvetica"/>
          <w:sz w:val="18"/>
        </w:rPr>
        <w:t>часы с треснувшим стеклом, проводит пальцем по циферблату.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Короче, так. Дело надо закончить до конца месяца. Сегодня из Главка уже звонили.</w:t>
      </w: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Pr="003D548E" w:rsidRDefault="00164D26" w:rsidP="00164D26">
      <w:pPr>
        <w:spacing w:before="100" w:after="100"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Артём медленно поднимает глаза.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spacing w:before="100" w:after="100"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То есть через </w:t>
      </w:r>
      <w:r>
        <w:rPr>
          <w:rFonts w:ascii="Helvetica" w:hAnsi="Helvetica"/>
        </w:rPr>
        <w:t>2 дня</w:t>
      </w:r>
      <w:r w:rsidRPr="003D548E">
        <w:rPr>
          <w:rFonts w:ascii="Helvetica" w:hAnsi="Helvetica"/>
        </w:rPr>
        <w:t>?</w:t>
      </w:r>
    </w:p>
    <w:p w:rsidR="00164D26" w:rsidRPr="003D548E" w:rsidRDefault="00164D26" w:rsidP="00164D26">
      <w:pPr>
        <w:spacing w:before="100" w:after="100"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Да.</w:t>
      </w:r>
    </w:p>
    <w:p w:rsidR="00164D26" w:rsidRPr="009F2ADF" w:rsidRDefault="00164D26" w:rsidP="00164D26">
      <w:pPr>
        <w:spacing w:before="100" w:after="100"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lastRenderedPageBreak/>
        <w:t>Пауза.</w:t>
      </w:r>
    </w:p>
    <w:p w:rsidR="00164D26" w:rsidRPr="003D548E" w:rsidRDefault="00164D26" w:rsidP="00164D26">
      <w:pPr>
        <w:spacing w:before="100" w:after="100"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Ты когда нормально спал в последний раз? </w:t>
      </w:r>
    </w:p>
    <w:p w:rsidR="00164D26" w:rsidRDefault="00164D26" w:rsidP="00164D26">
      <w:pPr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(поднимается брови, хмурится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</w:rPr>
        <w:t>Не знаю… не помню.</w:t>
      </w:r>
    </w:p>
    <w:p w:rsidR="00164D26" w:rsidRPr="009F2ADF" w:rsidRDefault="00164D26" w:rsidP="00164D26">
      <w:pPr>
        <w:rPr>
          <w:rFonts w:ascii="Helvetica" w:hAnsi="Helvetica"/>
        </w:rPr>
      </w:pPr>
    </w:p>
    <w:p w:rsidR="00164D26" w:rsidRPr="0006000E" w:rsidRDefault="00164D26" w:rsidP="00164D26">
      <w:pPr>
        <w:spacing w:before="100" w:after="100"/>
        <w:contextualSpacing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Артем берёт верхний лист </w:t>
      </w:r>
      <w:r>
        <w:rPr>
          <w:rFonts w:ascii="Helvetica" w:hAnsi="Helvetica"/>
          <w:sz w:val="18"/>
        </w:rPr>
        <w:t>на</w:t>
      </w:r>
      <w:r w:rsidRPr="003D548E">
        <w:rPr>
          <w:rFonts w:ascii="Helvetica" w:hAnsi="Helvetica"/>
          <w:sz w:val="18"/>
        </w:rPr>
        <w:t xml:space="preserve"> стопк</w:t>
      </w:r>
      <w:r>
        <w:rPr>
          <w:rFonts w:ascii="Helvetica" w:hAnsi="Helvetica"/>
          <w:sz w:val="18"/>
        </w:rPr>
        <w:t>е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>дел</w:t>
      </w:r>
      <w:r w:rsidRPr="003D548E">
        <w:rPr>
          <w:rFonts w:ascii="Helvetica" w:hAnsi="Helvetica"/>
          <w:sz w:val="18"/>
        </w:rPr>
        <w:t xml:space="preserve"> на столе</w:t>
      </w:r>
      <w:r>
        <w:rPr>
          <w:rFonts w:ascii="Helvetica" w:hAnsi="Helvetica"/>
          <w:sz w:val="18"/>
        </w:rPr>
        <w:t>,</w:t>
      </w:r>
      <w:r w:rsidRPr="0006000E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>выровненн</w:t>
      </w:r>
      <w:r>
        <w:rPr>
          <w:rFonts w:ascii="Helvetica" w:hAnsi="Helvetica"/>
          <w:sz w:val="18"/>
        </w:rPr>
        <w:t>ых</w:t>
      </w:r>
      <w:r w:rsidRPr="003D548E">
        <w:rPr>
          <w:rFonts w:ascii="Helvetica" w:hAnsi="Helvetica"/>
          <w:sz w:val="18"/>
        </w:rPr>
        <w:t xml:space="preserve"> в идеальный квадрат,</w:t>
      </w:r>
      <w:r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 xml:space="preserve">смотрит сквозь него, кладёт обратно. Поправляет край </w:t>
      </w:r>
      <w:r>
        <w:rPr>
          <w:rFonts w:ascii="Helvetica" w:hAnsi="Helvetica"/>
          <w:sz w:val="18"/>
        </w:rPr>
        <w:t xml:space="preserve">стопки </w:t>
      </w:r>
      <w:r w:rsidRPr="003D548E">
        <w:rPr>
          <w:rFonts w:ascii="Helvetica" w:hAnsi="Helvetica"/>
          <w:sz w:val="18"/>
        </w:rPr>
        <w:t>— хотя он и так ровен.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spacing w:before="100" w:after="100"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(вздыхая)</w:t>
      </w:r>
      <w:r w:rsidRPr="003D548E">
        <w:rPr>
          <w:rFonts w:ascii="Helvetica" w:hAnsi="Helvetica"/>
        </w:rPr>
        <w:t xml:space="preserve"> Слушай. Принёс кое-что из архива. Несчастный случай. </w:t>
      </w:r>
      <w:r>
        <w:rPr>
          <w:rFonts w:ascii="Helvetica" w:hAnsi="Helvetica"/>
        </w:rPr>
        <w:t xml:space="preserve">           </w:t>
      </w:r>
      <w:r w:rsidRPr="003D548E">
        <w:rPr>
          <w:rFonts w:ascii="Helvetica" w:hAnsi="Helvetica"/>
        </w:rPr>
        <w:t>Мост Т-</w:t>
      </w:r>
      <w:r>
        <w:rPr>
          <w:rFonts w:ascii="Helvetica" w:hAnsi="Helvetica"/>
        </w:rPr>
        <w:t>8</w:t>
      </w:r>
      <w:r w:rsidRPr="003D548E">
        <w:rPr>
          <w:rFonts w:ascii="Helvetica" w:hAnsi="Helvetica"/>
        </w:rPr>
        <w:t>. Два года назад.</w:t>
      </w:r>
    </w:p>
    <w:p w:rsidR="00164D26" w:rsidRPr="003D548E" w:rsidRDefault="00164D26" w:rsidP="00164D26">
      <w:pPr>
        <w:spacing w:before="100" w:after="100"/>
        <w:jc w:val="both"/>
        <w:rPr>
          <w:rFonts w:ascii="Helvetica" w:hAnsi="Helvetica"/>
        </w:rPr>
      </w:pPr>
    </w:p>
    <w:p w:rsidR="00164D26" w:rsidRPr="003D548E" w:rsidRDefault="00164D26" w:rsidP="00164D26">
      <w:pPr>
        <w:spacing w:before="100" w:after="100"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Артём замирает. Звук тиканья часов ускоряется и становится оглушительным.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E7E9A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К Ветрову приехал новый адвокат из столицы. </w:t>
      </w:r>
      <w:r w:rsidRPr="00B74C6A">
        <w:rPr>
          <w:rFonts w:ascii="Arial" w:hAnsi="Arial" w:cs="Arial"/>
          <w:color w:val="000000"/>
        </w:rPr>
        <w:t>Он готовит ходатайство о твоей психологической деформации. Хочет</w:t>
      </w:r>
      <w:r>
        <w:rPr>
          <w:rFonts w:ascii="Arial" w:hAnsi="Arial" w:cs="Arial"/>
          <w:color w:val="000000"/>
        </w:rPr>
        <w:t xml:space="preserve"> представить тебя не стабильным</w:t>
      </w:r>
      <w:r w:rsidRPr="00B74C6A">
        <w:rPr>
          <w:rFonts w:ascii="Arial" w:hAnsi="Arial" w:cs="Arial"/>
          <w:color w:val="000000"/>
        </w:rPr>
        <w:t>.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Мне нужно твоё объяснение. С твоих слов. Чтобы я был готов, если спросят.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</w:p>
    <w:p w:rsidR="00164D26" w:rsidRPr="003D548E" w:rsidRDefault="00164D26" w:rsidP="00164D26">
      <w:pPr>
        <w:spacing w:before="100" w:after="100"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Ноль реакции Артёма.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spacing w:before="100" w:after="100"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Артём?</w:t>
      </w:r>
    </w:p>
    <w:p w:rsidR="00164D26" w:rsidRPr="00AD19A5" w:rsidRDefault="00164D26" w:rsidP="00164D26">
      <w:pPr>
        <w:pStyle w:val="aff8"/>
        <w:spacing w:before="0" w:beforeAutospacing="0" w:after="0" w:afterAutospacing="0"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(голос становится плоским)</w:t>
      </w:r>
      <w:r w:rsidRPr="003D548E">
        <w:rPr>
          <w:rFonts w:ascii="Helvetica" w:hAnsi="Helvetica"/>
        </w:rPr>
        <w:t xml:space="preserve"> Двадцать второе октября. Двадцать один час семнадцать минут. Я за рулём. Вёз дочь… с дачи. Была гроза, ливень. Я не спал, наверное, двое суток. Расследовал двойное убийство. На мосту не справился с управлением. Вылетел на встречную полосу. Столкновение. Обе машины упали в воду. </w:t>
      </w:r>
      <w:r w:rsidRPr="00AD19A5">
        <w:rPr>
          <w:rFonts w:ascii="Helvetica" w:hAnsi="Helvetica"/>
        </w:rPr>
        <w:t>Шесть погибших. В той машине — семья из пяти человек.</w:t>
      </w:r>
      <w:r w:rsidRPr="00FA256D">
        <w:rPr>
          <w:rFonts w:ascii="Arial" w:eastAsiaTheme="minorEastAsia" w:hAnsi="Arial" w:cs="Arial"/>
          <w:color w:val="000000"/>
          <w:sz w:val="22"/>
          <w:szCs w:val="22"/>
        </w:rPr>
        <w:t xml:space="preserve"> </w:t>
      </w:r>
      <w:r w:rsidRPr="00AD19A5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г</w:t>
      </w:r>
      <w:r w:rsidRPr="00AD19A5">
        <w:rPr>
          <w:rFonts w:ascii="Helvetica" w:hAnsi="Helvetica"/>
          <w:sz w:val="18"/>
        </w:rPr>
        <w:t>олос дает трещину</w:t>
      </w:r>
      <w:proofErr w:type="gramStart"/>
      <w:r w:rsidRPr="00AD19A5">
        <w:rPr>
          <w:rFonts w:ascii="Helvetica" w:hAnsi="Helvetica"/>
          <w:sz w:val="18"/>
        </w:rPr>
        <w:t>)</w:t>
      </w:r>
      <w:proofErr w:type="gramEnd"/>
      <w:r>
        <w:rPr>
          <w:rFonts w:ascii="Arial" w:eastAsiaTheme="minorEastAsia" w:hAnsi="Arial" w:cs="Arial"/>
          <w:color w:val="000000"/>
          <w:sz w:val="22"/>
          <w:szCs w:val="22"/>
        </w:rPr>
        <w:t xml:space="preserve"> </w:t>
      </w:r>
      <w:r w:rsidRPr="00AD19A5">
        <w:rPr>
          <w:rFonts w:ascii="Helvetica" w:hAnsi="Helvetica"/>
        </w:rPr>
        <w:t>В моей... Алена. Я выжил. Дочь — нет.</w:t>
      </w:r>
    </w:p>
    <w:p w:rsidR="00164D26" w:rsidRPr="00353659" w:rsidRDefault="00164D26" w:rsidP="00164D26">
      <w:pPr>
        <w:pStyle w:val="aff8"/>
        <w:spacing w:before="0" w:beforeAutospacing="0" w:after="0" w:afterAutospacing="0"/>
        <w:jc w:val="both"/>
        <w:rPr>
          <w:rFonts w:eastAsiaTheme="minorEastAsia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Артём смотрит на часы с разбитым стеклом.</w:t>
      </w:r>
    </w:p>
    <w:p w:rsidR="00164D26" w:rsidRPr="000C38CD" w:rsidRDefault="00164D26" w:rsidP="00164D26">
      <w:pPr>
        <w:spacing w:before="100" w:after="100"/>
        <w:jc w:val="center"/>
        <w:rPr>
          <w:rFonts w:ascii="Helvetica" w:hAnsi="Helvetica"/>
        </w:rPr>
      </w:pPr>
    </w:p>
    <w:p w:rsidR="00164D26" w:rsidRDefault="00164D26" w:rsidP="00164D26">
      <w:pPr>
        <w:spacing w:before="100" w:after="100"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. 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Дело </w:t>
      </w:r>
      <w:r w:rsidRPr="003D548E">
        <w:rPr>
          <w:rFonts w:ascii="Helvetica" w:hAnsi="Helvetica"/>
        </w:rPr>
        <w:t>прекратили</w:t>
      </w:r>
      <w:r>
        <w:rPr>
          <w:rFonts w:ascii="Helvetica" w:hAnsi="Helvetica"/>
        </w:rPr>
        <w:t xml:space="preserve">, </w:t>
      </w:r>
      <w:r w:rsidRPr="003D548E">
        <w:rPr>
          <w:rFonts w:ascii="Helvetica" w:hAnsi="Helvetica"/>
        </w:rPr>
        <w:t>несчастный случай.</w:t>
      </w:r>
      <w:r>
        <w:rPr>
          <w:rFonts w:ascii="Helvetica" w:hAnsi="Helvetica"/>
        </w:rPr>
        <w:t xml:space="preserve"> </w:t>
      </w:r>
    </w:p>
    <w:p w:rsidR="00164D26" w:rsidRPr="003D548E" w:rsidRDefault="00164D26" w:rsidP="00164D26">
      <w:pPr>
        <w:spacing w:before="100" w:after="100"/>
        <w:jc w:val="both"/>
        <w:rPr>
          <w:rFonts w:ascii="Helvetica" w:hAnsi="Helvetica"/>
        </w:rPr>
      </w:pPr>
    </w:p>
    <w:p w:rsidR="00164D26" w:rsidRPr="009F2ADF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резко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 xml:space="preserve"> Несчастный случай</w:t>
      </w:r>
      <w:r>
        <w:rPr>
          <w:rFonts w:ascii="Helvetica" w:hAnsi="Helvetica"/>
        </w:rPr>
        <w:t>?</w:t>
      </w:r>
      <w:r w:rsidRPr="003D548E">
        <w:rPr>
          <w:rFonts w:ascii="Helvetica" w:hAnsi="Helvetica"/>
        </w:rPr>
        <w:t xml:space="preserve"> Шесть человек</w:t>
      </w:r>
      <w:r>
        <w:rPr>
          <w:rFonts w:ascii="Helvetica" w:hAnsi="Helvetica"/>
        </w:rPr>
        <w:t xml:space="preserve"> на дне!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берет</w:t>
      </w:r>
      <w:r w:rsidRPr="003D548E">
        <w:rPr>
          <w:rFonts w:ascii="Helvetica" w:hAnsi="Helvetica"/>
          <w:sz w:val="18"/>
        </w:rPr>
        <w:t xml:space="preserve"> сигарету</w:t>
      </w:r>
      <w:r>
        <w:rPr>
          <w:rFonts w:ascii="Helvetica" w:hAnsi="Helvetica"/>
          <w:sz w:val="18"/>
        </w:rPr>
        <w:t xml:space="preserve"> в руку</w:t>
      </w:r>
      <w:r w:rsidRPr="003D548E">
        <w:rPr>
          <w:rFonts w:ascii="Helvetica" w:hAnsi="Helvetica"/>
          <w:sz w:val="18"/>
        </w:rPr>
        <w:t>, закуривает)</w:t>
      </w:r>
      <w:r w:rsidRPr="003D548E">
        <w:rPr>
          <w:rFonts w:ascii="Helvetica" w:hAnsi="Helvetica"/>
        </w:rPr>
        <w:t xml:space="preserve"> Я должен был справиться</w:t>
      </w:r>
      <w:r>
        <w:rPr>
          <w:rFonts w:ascii="Helvetica" w:hAnsi="Helvetica"/>
        </w:rPr>
        <w:t>, обязан был.</w:t>
      </w:r>
    </w:p>
    <w:p w:rsidR="00164D26" w:rsidRDefault="00164D26" w:rsidP="00164D26">
      <w:pPr>
        <w:pStyle w:val="aff8"/>
        <w:spacing w:before="0" w:beforeAutospacing="0" w:after="0" w:afterAutospacing="0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</w:t>
      </w:r>
      <w:r w:rsidRPr="008E5366">
        <w:rPr>
          <w:rFonts w:ascii="Helvetica" w:hAnsi="Helvetica"/>
        </w:rPr>
        <w:t>Экспертиза признала несчастный случай. Собака на дороге, плохая видимость. И мы все здесь работаем без сна.</w:t>
      </w:r>
    </w:p>
    <w:p w:rsidR="00164D26" w:rsidRPr="008E5366" w:rsidRDefault="00164D26" w:rsidP="00164D26">
      <w:pPr>
        <w:pStyle w:val="aff8"/>
        <w:spacing w:before="0" w:beforeAutospacing="0" w:after="0" w:afterAutospacing="0"/>
        <w:rPr>
          <w:rFonts w:ascii="Helvetica" w:hAnsi="Helvetica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Пауза.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Артём молча курит.</w:t>
      </w:r>
    </w:p>
    <w:p w:rsidR="00164D26" w:rsidRPr="004F545D" w:rsidRDefault="00164D26" w:rsidP="00164D26">
      <w:pPr>
        <w:spacing w:before="100" w:after="100"/>
        <w:jc w:val="center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Ты был у Л</w:t>
      </w:r>
      <w:r>
        <w:rPr>
          <w:rFonts w:ascii="Helvetica" w:hAnsi="Helvetica"/>
        </w:rPr>
        <w:t>ии</w:t>
      </w:r>
      <w:r w:rsidRPr="003D548E">
        <w:rPr>
          <w:rFonts w:ascii="Helvetica" w:hAnsi="Helvetica"/>
        </w:rPr>
        <w:t>?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</w:rPr>
        <w:t>Нет.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Второй</w:t>
      </w:r>
      <w:r w:rsidRPr="003D548E">
        <w:rPr>
          <w:rFonts w:ascii="Helvetica" w:hAnsi="Helvetica"/>
        </w:rPr>
        <w:t xml:space="preserve"> месяц</w:t>
      </w:r>
      <w:r>
        <w:rPr>
          <w:rFonts w:ascii="Helvetica" w:hAnsi="Helvetica"/>
        </w:rPr>
        <w:t xml:space="preserve"> уже</w:t>
      </w:r>
      <w:r w:rsidRPr="003D548E">
        <w:rPr>
          <w:rFonts w:ascii="Helvetica" w:hAnsi="Helvetica"/>
        </w:rPr>
        <w:t>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Пауза.</w:t>
      </w:r>
    </w:p>
    <w:p w:rsidR="00164D26" w:rsidRPr="000C38CD" w:rsidRDefault="00164D26" w:rsidP="00164D26">
      <w:pPr>
        <w:spacing w:before="100" w:after="100"/>
        <w:jc w:val="center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(</w:t>
      </w:r>
      <w:r>
        <w:rPr>
          <w:rFonts w:ascii="Helvetica" w:hAnsi="Helvetica"/>
          <w:sz w:val="18"/>
        </w:rPr>
        <w:t>тихо</w:t>
      </w:r>
      <w:r w:rsidRPr="003D548E">
        <w:rPr>
          <w:rFonts w:ascii="Helvetica" w:hAnsi="Helvetica"/>
          <w:sz w:val="18"/>
        </w:rPr>
        <w:t xml:space="preserve">) </w:t>
      </w:r>
      <w:r w:rsidRPr="003D548E">
        <w:rPr>
          <w:rFonts w:ascii="Helvetica" w:hAnsi="Helvetica"/>
        </w:rPr>
        <w:t>Она не хочет меня видеть.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  <w:sz w:val="18"/>
        </w:rPr>
        <w:t xml:space="preserve"> (смотрит внимательно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</w:rPr>
        <w:t>А ты проверял?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Pr="003D548E" w:rsidRDefault="00164D26" w:rsidP="00164D26">
      <w:pPr>
        <w:spacing w:before="100" w:after="100"/>
        <w:jc w:val="center"/>
        <w:rPr>
          <w:rFonts w:ascii="Helvetica" w:hAnsi="Helvetica"/>
        </w:rPr>
      </w:pPr>
      <w:r>
        <w:rPr>
          <w:rFonts w:ascii="Helvetica" w:hAnsi="Helvetica"/>
          <w:sz w:val="18"/>
        </w:rPr>
        <w:t xml:space="preserve">Артем молчит. </w:t>
      </w:r>
    </w:p>
    <w:p w:rsidR="00164D26" w:rsidRDefault="00164D26" w:rsidP="00164D26">
      <w:pPr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ИГОРЬ. </w:t>
      </w:r>
      <w:r w:rsidRPr="003D548E">
        <w:rPr>
          <w:rFonts w:ascii="Helvetica" w:hAnsi="Helvetica"/>
        </w:rPr>
        <w:t>Она ведь любила тебя.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Pr="003D548E" w:rsidRDefault="00164D26" w:rsidP="00164D26">
      <w:pPr>
        <w:spacing w:before="100" w:after="100"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Пауза.</w:t>
      </w:r>
    </w:p>
    <w:p w:rsidR="00164D26" w:rsidRPr="00C53599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</w:p>
    <w:p w:rsidR="00164D26" w:rsidRPr="00D217F8" w:rsidRDefault="00164D26" w:rsidP="00164D26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B74C6A">
        <w:rPr>
          <w:rFonts w:ascii="Arial" w:hAnsi="Arial" w:cs="Arial"/>
          <w:color w:val="000000"/>
        </w:rPr>
        <w:t>Помнишь, как мы на озере собирались</w:t>
      </w:r>
      <w:r>
        <w:rPr>
          <w:rFonts w:ascii="Arial" w:hAnsi="Arial" w:cs="Arial"/>
          <w:color w:val="000000"/>
        </w:rPr>
        <w:t xml:space="preserve"> тогда</w:t>
      </w:r>
      <w:r w:rsidRPr="00B74C6A">
        <w:rPr>
          <w:rFonts w:ascii="Arial" w:hAnsi="Arial" w:cs="Arial"/>
          <w:color w:val="000000"/>
        </w:rPr>
        <w:t>? Аленка еще рожицы мне строила, сосиски эти несчастные сожгла..</w:t>
      </w:r>
      <w:r>
        <w:rPr>
          <w:rFonts w:ascii="Arial" w:hAnsi="Arial" w:cs="Arial"/>
          <w:color w:val="000000"/>
        </w:rPr>
        <w:t xml:space="preserve">. </w:t>
      </w:r>
    </w:p>
    <w:p w:rsidR="00164D26" w:rsidRPr="00D217F8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Пауза.</w:t>
      </w:r>
    </w:p>
    <w:p w:rsidR="00164D26" w:rsidRPr="003D548E" w:rsidRDefault="00164D26" w:rsidP="00164D26">
      <w:pPr>
        <w:spacing w:before="100" w:after="100"/>
        <w:jc w:val="center"/>
        <w:rPr>
          <w:rFonts w:ascii="Helvetica" w:hAnsi="Helvetica"/>
        </w:rPr>
      </w:pP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АРТЁМ. </w:t>
      </w:r>
      <w:r w:rsidRPr="003D548E">
        <w:rPr>
          <w:rFonts w:ascii="Helvetica" w:hAnsi="Helvetica"/>
          <w:sz w:val="20"/>
        </w:rPr>
        <w:t>(</w:t>
      </w:r>
      <w:r w:rsidRPr="003D548E">
        <w:rPr>
          <w:rFonts w:ascii="Helvetica" w:hAnsi="Helvetica"/>
          <w:sz w:val="18"/>
        </w:rPr>
        <w:t>очень тихо, вспоминая)</w:t>
      </w:r>
      <w:r w:rsidRPr="003D548E">
        <w:rPr>
          <w:rFonts w:ascii="Helvetica" w:hAnsi="Helvetica"/>
          <w:sz w:val="20"/>
        </w:rPr>
        <w:t xml:space="preserve"> </w:t>
      </w:r>
      <w:r w:rsidRPr="00712471">
        <w:rPr>
          <w:rFonts w:ascii="Helvetica" w:hAnsi="Helvetica"/>
        </w:rPr>
        <w:t xml:space="preserve">Помню. </w:t>
      </w:r>
      <w:r>
        <w:rPr>
          <w:rFonts w:ascii="Helvetica" w:hAnsi="Helvetica"/>
        </w:rPr>
        <w:t>А</w:t>
      </w:r>
      <w:r w:rsidRPr="00712471">
        <w:rPr>
          <w:rFonts w:ascii="Helvetica" w:hAnsi="Helvetica"/>
        </w:rPr>
        <w:t xml:space="preserve">лена тогда </w:t>
      </w:r>
      <w:r>
        <w:rPr>
          <w:rFonts w:ascii="Helvetica" w:hAnsi="Helvetica"/>
        </w:rPr>
        <w:t>ш</w:t>
      </w:r>
      <w:r w:rsidRPr="00712471">
        <w:rPr>
          <w:rFonts w:ascii="Helvetica" w:hAnsi="Helvetica"/>
        </w:rPr>
        <w:t>епелявила</w:t>
      </w:r>
      <w:r>
        <w:rPr>
          <w:rFonts w:ascii="Helvetica" w:hAnsi="Helvetica"/>
        </w:rPr>
        <w:t xml:space="preserve"> и</w:t>
      </w:r>
      <w:r w:rsidRPr="00712471">
        <w:rPr>
          <w:rFonts w:ascii="Helvetica" w:hAnsi="Helvetica"/>
        </w:rPr>
        <w:t xml:space="preserve"> бесилась, когда мы смеялись</w:t>
      </w:r>
      <w:r w:rsidRPr="003D548E">
        <w:rPr>
          <w:rFonts w:ascii="Helvetica" w:hAnsi="Helvetica"/>
        </w:rPr>
        <w:t>.</w:t>
      </w: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Пауза.</w:t>
      </w:r>
    </w:p>
    <w:p w:rsidR="00164D26" w:rsidRPr="000C38CD" w:rsidRDefault="00164D26" w:rsidP="00164D26">
      <w:pPr>
        <w:spacing w:before="100" w:after="100"/>
        <w:jc w:val="center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Съезди к Л</w:t>
      </w:r>
      <w:r>
        <w:rPr>
          <w:rFonts w:ascii="Helvetica" w:hAnsi="Helvetica"/>
        </w:rPr>
        <w:t>ии</w:t>
      </w:r>
      <w:r w:rsidRPr="003D548E">
        <w:rPr>
          <w:rFonts w:ascii="Helvetica" w:hAnsi="Helvetica"/>
        </w:rPr>
        <w:t>, поговори с ней.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spacing w:before="100" w:after="100"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Пауза. И</w:t>
      </w:r>
      <w:r>
        <w:rPr>
          <w:rFonts w:ascii="Helvetica" w:hAnsi="Helvetica"/>
          <w:sz w:val="18"/>
        </w:rPr>
        <w:t>горь</w:t>
      </w:r>
      <w:r w:rsidRPr="003D548E">
        <w:rPr>
          <w:rFonts w:ascii="Helvetica" w:hAnsi="Helvetica"/>
          <w:sz w:val="18"/>
        </w:rPr>
        <w:t xml:space="preserve"> смотрит на </w:t>
      </w:r>
      <w:r>
        <w:rPr>
          <w:rFonts w:ascii="Helvetica" w:hAnsi="Helvetica"/>
          <w:sz w:val="18"/>
        </w:rPr>
        <w:t xml:space="preserve">Артема. </w:t>
      </w:r>
      <w:r w:rsidRPr="003D548E">
        <w:rPr>
          <w:rFonts w:ascii="Helvetica" w:hAnsi="Helvetica"/>
          <w:sz w:val="18"/>
        </w:rPr>
        <w:t xml:space="preserve">Артем молчит. </w:t>
      </w:r>
    </w:p>
    <w:p w:rsidR="00164D26" w:rsidRPr="000C38CD" w:rsidRDefault="00164D26" w:rsidP="00164D26">
      <w:pPr>
        <w:spacing w:before="100" w:after="100"/>
        <w:jc w:val="center"/>
        <w:rPr>
          <w:rFonts w:ascii="Helvetica" w:hAnsi="Helvetica"/>
        </w:rPr>
      </w:pP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376B4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Ладно, оставлю здесь. </w:t>
      </w:r>
      <w:r w:rsidRPr="003D548E">
        <w:rPr>
          <w:rFonts w:ascii="Helvetica" w:hAnsi="Helvetica"/>
          <w:sz w:val="18"/>
        </w:rPr>
        <w:t xml:space="preserve">(кладёт папку с делом </w:t>
      </w:r>
      <w:r>
        <w:rPr>
          <w:rFonts w:ascii="Helvetica" w:hAnsi="Helvetica"/>
          <w:sz w:val="18"/>
        </w:rPr>
        <w:t xml:space="preserve">Т-8 </w:t>
      </w:r>
      <w:r w:rsidRPr="003D548E">
        <w:rPr>
          <w:rFonts w:ascii="Helvetica" w:hAnsi="Helvetica"/>
          <w:sz w:val="18"/>
        </w:rPr>
        <w:t>на стол Артёма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Приведи себя в порядок. Не помогай адвокату Ветрова доказ</w:t>
      </w:r>
      <w:r>
        <w:rPr>
          <w:rFonts w:ascii="Helvetica" w:hAnsi="Helvetica"/>
        </w:rPr>
        <w:t>ать</w:t>
      </w:r>
      <w:r w:rsidRPr="003D548E">
        <w:rPr>
          <w:rFonts w:ascii="Helvetica" w:hAnsi="Helvetica"/>
        </w:rPr>
        <w:t xml:space="preserve"> твою невменяемость.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spacing w:after="100" w:afterAutospacing="1"/>
        <w:contextualSpacing/>
        <w:jc w:val="both"/>
        <w:rPr>
          <w:rFonts w:ascii="Helvetica" w:hAnsi="Helvetica"/>
          <w:sz w:val="18"/>
        </w:rPr>
      </w:pPr>
      <w:r w:rsidRPr="00A73A01">
        <w:rPr>
          <w:rFonts w:ascii="Helvetica" w:hAnsi="Helvetica"/>
          <w:sz w:val="18"/>
        </w:rPr>
        <w:t>Игорь уходит. Артём встаёт, включает радиоприемник, садится за стол и долго смотрит на папку «ДЕЛО № 8». Затем открывает её и замирает, глядя на фотографии. Рассмотрев их, он резко закрывает папку и отталкивает от себя на столе. Рука Артёма тянется к запястью. Он трёт его — сильнее, почти до красноты. Затем достаёт из ящика стола пистолет, берёт в руку, передёргивает затвор и смотрит на него пять секунд.</w:t>
      </w:r>
    </w:p>
    <w:p w:rsidR="00164D26" w:rsidRDefault="00164D26" w:rsidP="00164D26">
      <w:pPr>
        <w:spacing w:after="100" w:afterAutospacing="1"/>
        <w:contextualSpacing/>
        <w:jc w:val="both"/>
        <w:rPr>
          <w:rFonts w:ascii="Helvetica" w:hAnsi="Helvetica"/>
          <w:sz w:val="18"/>
        </w:rPr>
      </w:pPr>
    </w:p>
    <w:p w:rsidR="00164D26" w:rsidRPr="00B10520" w:rsidRDefault="00164D26" w:rsidP="00164D26">
      <w:pPr>
        <w:spacing w:after="100" w:afterAutospacing="1"/>
        <w:contextualSpacing/>
        <w:jc w:val="both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Постепенно тиканье</w:t>
      </w:r>
      <w:r w:rsidRPr="003D548E">
        <w:rPr>
          <w:rFonts w:ascii="Helvetica" w:hAnsi="Helvetica"/>
          <w:sz w:val="18"/>
        </w:rPr>
        <w:t xml:space="preserve"> часов в кабинете </w:t>
      </w:r>
      <w:r>
        <w:rPr>
          <w:rFonts w:ascii="Helvetica" w:hAnsi="Helvetica"/>
          <w:sz w:val="18"/>
        </w:rPr>
        <w:t xml:space="preserve">Артема </w:t>
      </w:r>
      <w:r w:rsidRPr="003D548E">
        <w:rPr>
          <w:rFonts w:ascii="Helvetica" w:hAnsi="Helvetica"/>
          <w:sz w:val="18"/>
        </w:rPr>
        <w:t xml:space="preserve">нарастает, превращаясь в гул. Лампа </w:t>
      </w:r>
      <w:r>
        <w:rPr>
          <w:rFonts w:ascii="Helvetica" w:hAnsi="Helvetica"/>
          <w:sz w:val="18"/>
        </w:rPr>
        <w:t>на</w:t>
      </w:r>
      <w:r w:rsidRPr="003D548E">
        <w:rPr>
          <w:rFonts w:ascii="Helvetica" w:hAnsi="Helvetica"/>
          <w:sz w:val="18"/>
        </w:rPr>
        <w:t xml:space="preserve"> стол</w:t>
      </w:r>
      <w:r>
        <w:rPr>
          <w:rFonts w:ascii="Helvetica" w:hAnsi="Helvetica"/>
          <w:sz w:val="18"/>
        </w:rPr>
        <w:t xml:space="preserve">е </w:t>
      </w:r>
      <w:r w:rsidRPr="003D548E">
        <w:rPr>
          <w:rFonts w:ascii="Helvetica" w:hAnsi="Helvetica"/>
          <w:sz w:val="18"/>
        </w:rPr>
        <w:t>начинает мигать</w:t>
      </w:r>
      <w:r>
        <w:rPr>
          <w:rFonts w:ascii="Helvetica" w:hAnsi="Helvetica"/>
          <w:sz w:val="18"/>
        </w:rPr>
        <w:t xml:space="preserve"> и медленно г</w:t>
      </w:r>
      <w:r w:rsidRPr="003D548E">
        <w:rPr>
          <w:rFonts w:ascii="Helvetica" w:hAnsi="Helvetica"/>
          <w:sz w:val="18"/>
        </w:rPr>
        <w:t xml:space="preserve">аснет. </w:t>
      </w:r>
      <w:r w:rsidRPr="00B10520">
        <w:rPr>
          <w:rFonts w:ascii="Helvetica" w:hAnsi="Helvetica"/>
          <w:sz w:val="18"/>
        </w:rPr>
        <w:t>Артём не замечает этого, смотрит на пистолет. </w:t>
      </w:r>
    </w:p>
    <w:p w:rsidR="00164D26" w:rsidRPr="00B10520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Pr="00007ED9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007ED9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lastRenderedPageBreak/>
        <w:t xml:space="preserve">ДЕЙСТВИЕ ВТОРОЕ. </w:t>
      </w:r>
    </w:p>
    <w:p w:rsidR="00164D26" w:rsidRPr="00007ED9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007ED9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 xml:space="preserve">сделка.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Свет на сцене медленно возвращается. В радиоприемнике фоном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>играет</w:t>
      </w:r>
      <w:r w:rsidRPr="003D548E">
        <w:rPr>
          <w:rFonts w:ascii="Helvetica" w:hAnsi="Helvetica"/>
          <w:sz w:val="18"/>
        </w:rPr>
        <w:t xml:space="preserve"> музыка.</w:t>
      </w:r>
      <w:r>
        <w:rPr>
          <w:rFonts w:ascii="Helvetica" w:hAnsi="Helvetica"/>
          <w:sz w:val="18"/>
        </w:rPr>
        <w:t xml:space="preserve"> Артем, слышит громкие </w:t>
      </w:r>
      <w:r w:rsidRPr="00943388">
        <w:rPr>
          <w:rFonts w:ascii="Helvetica" w:hAnsi="Helvetica" w:cstheme="minorBidi"/>
          <w:sz w:val="18"/>
        </w:rPr>
        <w:t>шаги</w:t>
      </w:r>
      <w:r>
        <w:rPr>
          <w:rFonts w:ascii="Helvetica" w:hAnsi="Helvetica"/>
          <w:sz w:val="18"/>
        </w:rPr>
        <w:t xml:space="preserve"> позади себя и быстрым профессиональным движением</w:t>
      </w:r>
      <w:r w:rsidRPr="00943388">
        <w:rPr>
          <w:rFonts w:ascii="Helvetica" w:hAnsi="Helvetica" w:cstheme="minorBidi"/>
          <w:sz w:val="18"/>
        </w:rPr>
        <w:t xml:space="preserve"> убирает </w:t>
      </w:r>
      <w:r>
        <w:rPr>
          <w:rFonts w:ascii="Helvetica" w:hAnsi="Helvetica"/>
          <w:sz w:val="18"/>
        </w:rPr>
        <w:t>пистолет</w:t>
      </w:r>
      <w:r w:rsidRPr="00943388">
        <w:rPr>
          <w:rFonts w:ascii="Helvetica" w:hAnsi="Helvetica" w:cstheme="minorBidi"/>
          <w:sz w:val="18"/>
        </w:rPr>
        <w:t xml:space="preserve"> </w:t>
      </w:r>
      <w:r>
        <w:rPr>
          <w:rFonts w:ascii="Helvetica" w:hAnsi="Helvetica" w:cstheme="minorBidi"/>
          <w:sz w:val="18"/>
        </w:rPr>
        <w:t xml:space="preserve">обратно </w:t>
      </w:r>
      <w:r w:rsidRPr="00943388">
        <w:rPr>
          <w:rFonts w:ascii="Helvetica" w:hAnsi="Helvetica" w:cstheme="minorBidi"/>
          <w:sz w:val="18"/>
        </w:rPr>
        <w:t>в ящик стола</w:t>
      </w:r>
      <w:r>
        <w:rPr>
          <w:rFonts w:ascii="Helvetica" w:hAnsi="Helvetica"/>
          <w:sz w:val="18"/>
        </w:rPr>
        <w:t>.</w:t>
      </w: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18"/>
        </w:rPr>
      </w:pPr>
    </w:p>
    <w:p w:rsidR="00164D26" w:rsidRPr="00943388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На сцену, из правого темного угла кабинета,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 xml:space="preserve">с планшетом в руках, выходит </w:t>
      </w:r>
      <w:r w:rsidRPr="003D548E">
        <w:rPr>
          <w:rFonts w:ascii="Helvetica" w:hAnsi="Helvetica"/>
          <w:sz w:val="18"/>
        </w:rPr>
        <w:t>АГРЕГАТОР АУКЦИОНА</w:t>
      </w:r>
      <w:r>
        <w:rPr>
          <w:rFonts w:ascii="Helvetica" w:hAnsi="Helvetica"/>
          <w:sz w:val="18"/>
        </w:rPr>
        <w:t>.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 xml:space="preserve">Уверенными широкими шагами он направляется к столу Артема и </w:t>
      </w:r>
      <w:r w:rsidRPr="003D548E">
        <w:rPr>
          <w:rFonts w:ascii="Helvetica" w:hAnsi="Helvetica"/>
          <w:sz w:val="18"/>
        </w:rPr>
        <w:t>садится</w:t>
      </w:r>
      <w:r>
        <w:rPr>
          <w:rFonts w:ascii="Helvetica" w:hAnsi="Helvetica"/>
          <w:sz w:val="18"/>
        </w:rPr>
        <w:t>. Музыка в р</w:t>
      </w:r>
      <w:r w:rsidRPr="003D548E">
        <w:rPr>
          <w:rFonts w:ascii="Helvetica" w:hAnsi="Helvetica"/>
          <w:sz w:val="18"/>
        </w:rPr>
        <w:t xml:space="preserve">адиоприёмнике </w:t>
      </w:r>
      <w:r>
        <w:rPr>
          <w:rFonts w:ascii="Helvetica" w:hAnsi="Helvetica"/>
          <w:sz w:val="18"/>
        </w:rPr>
        <w:t xml:space="preserve">резко обрывается, раздается короткий звук </w:t>
      </w:r>
      <w:r w:rsidRPr="003D548E">
        <w:rPr>
          <w:rFonts w:ascii="Helvetica" w:hAnsi="Helvetica"/>
          <w:sz w:val="18"/>
        </w:rPr>
        <w:t xml:space="preserve">кассового аппарата: </w:t>
      </w:r>
      <w:r>
        <w:rPr>
          <w:rFonts w:ascii="Helvetica" w:hAnsi="Helvetica"/>
          <w:sz w:val="18"/>
        </w:rPr>
        <w:t>Д</w:t>
      </w:r>
      <w:r w:rsidRPr="003D548E">
        <w:rPr>
          <w:rFonts w:ascii="Helvetica" w:hAnsi="Helvetica"/>
          <w:sz w:val="18"/>
        </w:rPr>
        <w:t>зынь</w:t>
      </w:r>
      <w:r>
        <w:rPr>
          <w:rFonts w:ascii="Helvetica" w:hAnsi="Helvetica"/>
          <w:sz w:val="18"/>
        </w:rPr>
        <w:t>!</w:t>
      </w:r>
      <w:r w:rsidRPr="002C7F91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 xml:space="preserve">На заднем плане </w:t>
      </w:r>
      <w:r>
        <w:rPr>
          <w:rFonts w:ascii="Helvetica" w:hAnsi="Helvetica"/>
          <w:sz w:val="18"/>
        </w:rPr>
        <w:t xml:space="preserve">сцены вспыхивает </w:t>
      </w:r>
      <w:r w:rsidRPr="003D548E">
        <w:rPr>
          <w:rFonts w:ascii="Helvetica" w:hAnsi="Helvetica"/>
          <w:sz w:val="18"/>
        </w:rPr>
        <w:t xml:space="preserve">неоновая вывеска: «СЕКЦИЯ ОЦЕНКИ». </w:t>
      </w:r>
      <w:r>
        <w:rPr>
          <w:rFonts w:ascii="Helvetica" w:hAnsi="Helvetica"/>
          <w:sz w:val="18"/>
        </w:rPr>
        <w:t>Женский г</w:t>
      </w:r>
      <w:r w:rsidRPr="003D548E">
        <w:rPr>
          <w:rFonts w:ascii="Helvetica" w:hAnsi="Helvetica"/>
          <w:sz w:val="18"/>
        </w:rPr>
        <w:t>олос из громкоговорителя</w:t>
      </w:r>
      <w:r>
        <w:rPr>
          <w:rFonts w:ascii="Helvetica" w:hAnsi="Helvetica"/>
          <w:sz w:val="18"/>
        </w:rPr>
        <w:t xml:space="preserve"> механически произносит</w:t>
      </w:r>
      <w:r w:rsidRPr="003D548E">
        <w:rPr>
          <w:rFonts w:ascii="Helvetica" w:hAnsi="Helvetica"/>
          <w:sz w:val="18"/>
        </w:rPr>
        <w:t>: «ЛОТ: ВИНА. СТАТУС: НЕЛИКВИД ПОД ВОПРОСОМ».</w:t>
      </w:r>
    </w:p>
    <w:p w:rsidR="00164D26" w:rsidRPr="009F2ADF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Артем </w:t>
      </w:r>
      <w:r>
        <w:rPr>
          <w:rFonts w:ascii="Helvetica" w:hAnsi="Helvetica"/>
          <w:sz w:val="18"/>
        </w:rPr>
        <w:t>растерянно поднимает глаза на Агрегатора Аукциона.</w:t>
      </w:r>
    </w:p>
    <w:p w:rsidR="00164D26" w:rsidRDefault="00164D26" w:rsidP="00164D26">
      <w:pPr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АГРЕГАТОР АУКЦИОНА.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 xml:space="preserve">включает </w:t>
      </w:r>
      <w:r w:rsidRPr="003D548E">
        <w:rPr>
          <w:rFonts w:ascii="Helvetica" w:hAnsi="Helvetica"/>
          <w:sz w:val="18"/>
        </w:rPr>
        <w:t>планшет</w:t>
      </w:r>
      <w:r>
        <w:rPr>
          <w:rFonts w:ascii="Helvetica" w:hAnsi="Helvetica"/>
          <w:sz w:val="18"/>
        </w:rPr>
        <w:t xml:space="preserve"> и</w:t>
      </w:r>
      <w:r w:rsidRPr="003D548E">
        <w:rPr>
          <w:rFonts w:ascii="Helvetica" w:hAnsi="Helvetica"/>
          <w:sz w:val="18"/>
        </w:rPr>
        <w:t xml:space="preserve"> монотонно</w:t>
      </w:r>
      <w:r w:rsidRPr="001842D6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>читает</w:t>
      </w:r>
      <w:r w:rsidRPr="003D548E">
        <w:rPr>
          <w:rFonts w:ascii="Helvetica" w:hAnsi="Helvetica"/>
          <w:sz w:val="18"/>
        </w:rPr>
        <w:t xml:space="preserve">) </w:t>
      </w:r>
      <w:r w:rsidRPr="003D548E">
        <w:rPr>
          <w:rFonts w:ascii="Helvetica" w:hAnsi="Helvetica"/>
        </w:rPr>
        <w:t>Артём К. Сорок пять лет. Обращение — перераспределение экзистенциального капитала. Обоснуете ликвидность вашего основного актива.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</w:p>
    <w:p w:rsidR="00164D26" w:rsidRPr="009F2ADF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АРТЁМ. </w:t>
      </w:r>
      <w:r w:rsidRPr="003D548E">
        <w:rPr>
          <w:rFonts w:ascii="Helvetica" w:hAnsi="Helvetica"/>
        </w:rPr>
        <w:t xml:space="preserve">Что? 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АГРЕГАТОР АУКЦИОНА.</w:t>
      </w:r>
      <w:r w:rsidRPr="003D548E">
        <w:rPr>
          <w:rFonts w:ascii="Helvetica" w:hAnsi="Helvetica"/>
          <w:sz w:val="18"/>
        </w:rPr>
        <w:t xml:space="preserve"> (</w:t>
      </w:r>
      <w:r>
        <w:rPr>
          <w:rFonts w:ascii="Helvetica" w:hAnsi="Helvetica"/>
          <w:sz w:val="18"/>
        </w:rPr>
        <w:t xml:space="preserve">смотрит в планшет, </w:t>
      </w:r>
      <w:r w:rsidRPr="003D548E">
        <w:rPr>
          <w:rFonts w:ascii="Helvetica" w:hAnsi="Helvetica"/>
          <w:sz w:val="18"/>
        </w:rPr>
        <w:t xml:space="preserve">листая </w:t>
      </w:r>
      <w:r>
        <w:rPr>
          <w:rFonts w:ascii="Helvetica" w:hAnsi="Helvetica"/>
          <w:sz w:val="18"/>
        </w:rPr>
        <w:t>его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  <w:sz w:val="16"/>
        </w:rPr>
        <w:t xml:space="preserve"> </w:t>
      </w:r>
      <w:r w:rsidRPr="00FE4CCF">
        <w:rPr>
          <w:rFonts w:ascii="Helvetica" w:hAnsi="Helvetica"/>
        </w:rPr>
        <w:t>Конкретнее</w:t>
      </w:r>
      <w:r w:rsidRPr="003D548E">
        <w:rPr>
          <w:rFonts w:ascii="Helvetica" w:hAnsi="Helvetica"/>
        </w:rPr>
        <w:t xml:space="preserve">. Абстракции не принимаются. </w:t>
      </w:r>
    </w:p>
    <w:p w:rsidR="00164D26" w:rsidRPr="009F2ADF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(трет глаза)</w:t>
      </w:r>
      <w:r w:rsidRPr="003D548E">
        <w:rPr>
          <w:rFonts w:ascii="Helvetica" w:hAnsi="Helvetica"/>
          <w:sz w:val="16"/>
        </w:rPr>
        <w:t xml:space="preserve"> </w:t>
      </w:r>
      <w:r>
        <w:rPr>
          <w:rFonts w:ascii="Helvetica" w:hAnsi="Helvetica"/>
        </w:rPr>
        <w:t xml:space="preserve">Кто вы такой?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АГРЕГАТОР АУКЦИОНА.</w:t>
      </w:r>
      <w:r w:rsidRPr="003D548E">
        <w:rPr>
          <w:rFonts w:ascii="Helvetica" w:hAnsi="Helvetica"/>
          <w:sz w:val="18"/>
        </w:rPr>
        <w:t xml:space="preserve"> (</w:t>
      </w:r>
      <w:r>
        <w:rPr>
          <w:rFonts w:ascii="Helvetica" w:hAnsi="Helvetica"/>
          <w:sz w:val="18"/>
        </w:rPr>
        <w:t>смотрит</w:t>
      </w:r>
      <w:r w:rsidRPr="003D548E">
        <w:rPr>
          <w:rFonts w:ascii="Helvetica" w:hAnsi="Helvetica"/>
          <w:sz w:val="18"/>
        </w:rPr>
        <w:t xml:space="preserve"> в планшет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16"/>
        </w:rPr>
        <w:t xml:space="preserve"> </w:t>
      </w:r>
      <w:r w:rsidRPr="000D2497">
        <w:rPr>
          <w:rFonts w:ascii="Helvetica" w:hAnsi="Helvetica"/>
        </w:rPr>
        <w:t>Опишите</w:t>
      </w:r>
      <w:r w:rsidRPr="003D548E">
        <w:rPr>
          <w:rFonts w:ascii="Helvetica" w:hAnsi="Helvetica"/>
        </w:rPr>
        <w:t xml:space="preserve"> товар: качество, энергетическая плотность?</w:t>
      </w:r>
      <w:r>
        <w:rPr>
          <w:rFonts w:ascii="Helvetica" w:hAnsi="Helvetica"/>
        </w:rPr>
        <w:t xml:space="preserve"> </w:t>
      </w:r>
    </w:p>
    <w:p w:rsidR="00164D26" w:rsidRPr="009F2ADF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1337AE">
        <w:rPr>
          <w:rFonts w:ascii="Helvetica" w:hAnsi="Helvetica"/>
        </w:rPr>
        <w:t xml:space="preserve"> </w:t>
      </w:r>
      <w:r w:rsidRPr="007E312C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строго</w:t>
      </w:r>
      <w:r w:rsidRPr="007E312C">
        <w:rPr>
          <w:rFonts w:ascii="Helvetica" w:hAnsi="Helvetica"/>
          <w:sz w:val="18"/>
        </w:rPr>
        <w:t xml:space="preserve">) </w:t>
      </w:r>
      <w:r>
        <w:rPr>
          <w:rFonts w:ascii="Helvetica" w:hAnsi="Helvetica"/>
        </w:rPr>
        <w:t>Кто вас пропустил? Как вы сюда вошли?</w:t>
      </w:r>
    </w:p>
    <w:p w:rsidR="00164D26" w:rsidRPr="005F5CB9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АГРЕГАТОР АУКЦИОНА.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 xml:space="preserve">продолжает </w:t>
      </w:r>
      <w:r w:rsidRPr="003D548E">
        <w:rPr>
          <w:rFonts w:ascii="Helvetica" w:hAnsi="Helvetica"/>
          <w:sz w:val="18"/>
        </w:rPr>
        <w:t>смот</w:t>
      </w:r>
      <w:r>
        <w:rPr>
          <w:rFonts w:ascii="Helvetica" w:hAnsi="Helvetica"/>
          <w:sz w:val="18"/>
        </w:rPr>
        <w:t>реть</w:t>
      </w:r>
      <w:r w:rsidRPr="003D548E">
        <w:rPr>
          <w:rFonts w:ascii="Helvetica" w:hAnsi="Helvetica"/>
          <w:sz w:val="18"/>
        </w:rPr>
        <w:t xml:space="preserve"> в планшет)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3D548E">
        <w:rPr>
          <w:rFonts w:ascii="Helvetica" w:hAnsi="Helvetica"/>
        </w:rPr>
        <w:t xml:space="preserve">Внесистемная информация. </w:t>
      </w:r>
      <w:r>
        <w:rPr>
          <w:rFonts w:ascii="Helvetica" w:hAnsi="Helvetica"/>
        </w:rPr>
        <w:t>Повторяю, т</w:t>
      </w:r>
      <w:r w:rsidRPr="003D548E">
        <w:rPr>
          <w:rFonts w:ascii="Helvetica" w:hAnsi="Helvetica"/>
        </w:rPr>
        <w:t>овар должен быть персональным. Глубокая вина? Тоска? Объем?</w:t>
      </w:r>
    </w:p>
    <w:p w:rsidR="00164D26" w:rsidRPr="005F5CB9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Артем </w:t>
      </w:r>
      <w:r>
        <w:rPr>
          <w:rFonts w:ascii="Helvetica" w:hAnsi="Helvetica"/>
          <w:sz w:val="18"/>
        </w:rPr>
        <w:t>смотрит растерянно.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Pr="005F5CB9" w:rsidRDefault="00164D26" w:rsidP="00164D26">
      <w:pPr>
        <w:spacing w:before="240" w:after="240"/>
        <w:jc w:val="both"/>
        <w:rPr>
          <w:rFonts w:ascii="Helvetica" w:hAnsi="Helvetic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АГРЕГАТОР АУКЦИОН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а. </w:t>
      </w:r>
      <w:r w:rsidRPr="003D548E">
        <w:rPr>
          <w:rFonts w:ascii="Helvetica" w:hAnsi="Helvetica"/>
          <w:sz w:val="18"/>
        </w:rPr>
        <w:t xml:space="preserve">(вздыхает) </w:t>
      </w:r>
      <w:r w:rsidRPr="003D548E">
        <w:rPr>
          <w:rFonts w:ascii="Helvetica" w:hAnsi="Helvetica"/>
        </w:rPr>
        <w:t>Провести верификацию.</w:t>
      </w:r>
    </w:p>
    <w:p w:rsidR="00164D26" w:rsidRPr="003D548E" w:rsidRDefault="00164D26" w:rsidP="00164D26">
      <w:pPr>
        <w:rPr>
          <w:rFonts w:ascii="Helvetica" w:hAnsi="Helvetica"/>
        </w:rPr>
      </w:pPr>
      <w:r>
        <w:rPr>
          <w:rFonts w:ascii="Helvetica" w:hAnsi="Helvetica"/>
          <w:sz w:val="18"/>
        </w:rPr>
        <w:t>Г</w:t>
      </w:r>
      <w:r w:rsidRPr="003D548E">
        <w:rPr>
          <w:rFonts w:ascii="Helvetica" w:hAnsi="Helvetica"/>
          <w:sz w:val="18"/>
        </w:rPr>
        <w:t xml:space="preserve">ромкоговоритель </w:t>
      </w:r>
      <w:r>
        <w:rPr>
          <w:rFonts w:ascii="Helvetica" w:hAnsi="Helvetica"/>
          <w:sz w:val="18"/>
        </w:rPr>
        <w:t xml:space="preserve">сверху: </w:t>
      </w:r>
    </w:p>
    <w:p w:rsidR="00164D26" w:rsidRPr="00034063" w:rsidRDefault="00164D26" w:rsidP="00164D26">
      <w:pPr>
        <w:pStyle w:val="aff8"/>
        <w:spacing w:before="0" w:beforeAutospacing="0" w:after="0" w:afterAutospacing="0"/>
        <w:jc w:val="both"/>
        <w:rPr>
          <w:rFonts w:eastAsiaTheme="minorEastAsia"/>
        </w:rPr>
      </w:pPr>
      <w:r w:rsidRPr="003D548E">
        <w:rPr>
          <w:rFonts w:ascii="Helvetica" w:hAnsi="Helvetica"/>
          <w:sz w:val="18"/>
        </w:rPr>
        <w:t xml:space="preserve">ГОЛОС ЛИИ. </w:t>
      </w:r>
      <w:r>
        <w:rPr>
          <w:rFonts w:ascii="Helvetica" w:hAnsi="Helvetica"/>
          <w:sz w:val="18"/>
        </w:rPr>
        <w:t xml:space="preserve">(рыдающий голос) </w:t>
      </w:r>
      <w:r w:rsidRPr="00034063">
        <w:rPr>
          <w:rFonts w:ascii="Arial" w:eastAsiaTheme="minorEastAsia" w:hAnsi="Arial" w:cs="Arial"/>
          <w:color w:val="000000"/>
          <w:sz w:val="22"/>
          <w:szCs w:val="22"/>
        </w:rPr>
        <w:t>Ты должен был вытащить её первой... Почему ты вы</w:t>
      </w:r>
      <w:r>
        <w:rPr>
          <w:rFonts w:ascii="Arial" w:eastAsiaTheme="minorEastAsia" w:hAnsi="Arial" w:cs="Arial"/>
          <w:color w:val="000000"/>
          <w:sz w:val="22"/>
          <w:szCs w:val="22"/>
        </w:rPr>
        <w:t>лез</w:t>
      </w:r>
      <w:r w:rsidRPr="00034063">
        <w:rPr>
          <w:rFonts w:ascii="Arial" w:eastAsiaTheme="minorEastAsia" w:hAnsi="Arial" w:cs="Arial"/>
          <w:color w:val="000000"/>
          <w:sz w:val="22"/>
          <w:szCs w:val="22"/>
        </w:rPr>
        <w:t>, а она осталась? Моя маленькая девочка... Я ненавижу твою работу, твои дежурства. Лучше бы там остался ты</w:t>
      </w:r>
      <w:r>
        <w:rPr>
          <w:rFonts w:ascii="Arial" w:eastAsiaTheme="minorEastAsia" w:hAnsi="Arial" w:cs="Arial"/>
          <w:color w:val="000000"/>
          <w:sz w:val="22"/>
          <w:szCs w:val="22"/>
        </w:rPr>
        <w:t>!</w:t>
      </w:r>
    </w:p>
    <w:p w:rsidR="00164D26" w:rsidRPr="00C73904" w:rsidRDefault="00164D26" w:rsidP="00164D26">
      <w:pPr>
        <w:pStyle w:val="aff8"/>
        <w:spacing w:before="0" w:beforeAutospacing="0" w:after="0" w:afterAutospacing="0"/>
        <w:jc w:val="both"/>
        <w:rPr>
          <w:rFonts w:eastAsiaTheme="minorEastAsia"/>
        </w:rPr>
      </w:pPr>
      <w:r w:rsidRPr="003D548E">
        <w:rPr>
          <w:rFonts w:ascii="Helvetica" w:hAnsi="Helvetica"/>
          <w:sz w:val="18"/>
        </w:rPr>
        <w:t>ГОЛОС АРТЁМА. (</w:t>
      </w:r>
      <w:r>
        <w:rPr>
          <w:rFonts w:ascii="Helvetica" w:hAnsi="Helvetica"/>
          <w:sz w:val="18"/>
        </w:rPr>
        <w:t>кричит</w:t>
      </w:r>
      <w:r w:rsidRPr="003D548E">
        <w:rPr>
          <w:rFonts w:ascii="Helvetica" w:hAnsi="Helvetica"/>
          <w:sz w:val="18"/>
        </w:rPr>
        <w:t>)</w:t>
      </w:r>
      <w:r>
        <w:rPr>
          <w:rFonts w:ascii="Helvetica" w:hAnsi="Helvetica"/>
          <w:sz w:val="18"/>
        </w:rPr>
        <w:t xml:space="preserve"> </w:t>
      </w:r>
      <w:r w:rsidRPr="006617F4">
        <w:rPr>
          <w:rFonts w:ascii="Arial" w:eastAsiaTheme="minorEastAsia" w:hAnsi="Arial" w:cs="Arial"/>
          <w:color w:val="000000"/>
          <w:sz w:val="22"/>
          <w:szCs w:val="22"/>
        </w:rPr>
        <w:t xml:space="preserve">Дверь заклинило, Лия! </w:t>
      </w:r>
      <w:r>
        <w:rPr>
          <w:rFonts w:ascii="Arial" w:eastAsiaTheme="minorEastAsia" w:hAnsi="Arial" w:cs="Arial"/>
          <w:color w:val="000000"/>
          <w:sz w:val="22"/>
          <w:szCs w:val="22"/>
        </w:rPr>
        <w:t>Ее з</w:t>
      </w:r>
      <w:r w:rsidRPr="006617F4">
        <w:rPr>
          <w:rFonts w:ascii="Arial" w:eastAsiaTheme="minorEastAsia" w:hAnsi="Arial" w:cs="Arial"/>
          <w:color w:val="000000"/>
          <w:sz w:val="22"/>
          <w:szCs w:val="22"/>
        </w:rPr>
        <w:t>аклинило! Я не мог дотянуться наза</w:t>
      </w:r>
      <w:r>
        <w:rPr>
          <w:rFonts w:ascii="Arial" w:eastAsiaTheme="minorEastAsia" w:hAnsi="Arial" w:cs="Arial"/>
          <w:color w:val="000000"/>
          <w:sz w:val="22"/>
          <w:szCs w:val="22"/>
        </w:rPr>
        <w:t>д</w:t>
      </w:r>
      <w:r w:rsidRPr="006617F4">
        <w:rPr>
          <w:rFonts w:ascii="Arial" w:eastAsiaTheme="minorEastAsia" w:hAnsi="Arial" w:cs="Arial"/>
          <w:color w:val="000000"/>
          <w:sz w:val="22"/>
          <w:szCs w:val="22"/>
        </w:rPr>
        <w:t xml:space="preserve">, </w:t>
      </w:r>
      <w:r>
        <w:rPr>
          <w:rFonts w:ascii="Arial" w:eastAsiaTheme="minorEastAsia" w:hAnsi="Arial" w:cs="Arial"/>
          <w:color w:val="000000"/>
          <w:sz w:val="22"/>
          <w:szCs w:val="22"/>
        </w:rPr>
        <w:t>я не успел…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3D548E" w:rsidRDefault="00164D26" w:rsidP="00164D26">
      <w:pPr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Артем вскакивает, зажима</w:t>
      </w:r>
      <w:r>
        <w:rPr>
          <w:rFonts w:ascii="Helvetica" w:hAnsi="Helvetica"/>
          <w:sz w:val="18"/>
        </w:rPr>
        <w:t>ет</w:t>
      </w:r>
      <w:r w:rsidRPr="003D548E">
        <w:rPr>
          <w:rFonts w:ascii="Helvetica" w:hAnsi="Helvetica"/>
          <w:sz w:val="18"/>
        </w:rPr>
        <w:t xml:space="preserve"> уши.</w:t>
      </w:r>
    </w:p>
    <w:p w:rsidR="00164D26" w:rsidRPr="003D548E" w:rsidRDefault="00164D26" w:rsidP="00164D26">
      <w:pPr>
        <w:spacing w:before="240" w:after="240"/>
        <w:rPr>
          <w:rFonts w:ascii="Helvetica" w:hAnsi="Helvetic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>АРТЁМ.</w:t>
      </w:r>
      <w:r w:rsidRPr="003D548E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</w:rPr>
        <w:t>Выключите это</w:t>
      </w:r>
      <w:r w:rsidRPr="003D548E">
        <w:rPr>
          <w:rFonts w:ascii="Helvetica" w:hAnsi="Helvetica"/>
        </w:rPr>
        <w:t xml:space="preserve">!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Агрегатор </w:t>
      </w:r>
      <w:r>
        <w:rPr>
          <w:rFonts w:ascii="Helvetica" w:hAnsi="Helvetica"/>
          <w:sz w:val="18"/>
        </w:rPr>
        <w:t xml:space="preserve">Аукциона </w:t>
      </w:r>
      <w:r w:rsidRPr="003D548E">
        <w:rPr>
          <w:rFonts w:ascii="Helvetica" w:hAnsi="Helvetica"/>
          <w:sz w:val="18"/>
        </w:rPr>
        <w:t>поднимает заинтересованный взгляд на Артема.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pStyle w:val="aff8"/>
        <w:spacing w:before="0" w:beforeAutospacing="0" w:after="0" w:afterAutospacing="0"/>
        <w:jc w:val="both"/>
        <w:rPr>
          <w:rFonts w:ascii="Arial" w:eastAsiaTheme="minorEastAsia" w:hAnsi="Arial" w:cs="Arial"/>
          <w:color w:val="000000"/>
          <w:sz w:val="22"/>
          <w:szCs w:val="22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АГРЕГАТОР АУКЦИОНА. </w:t>
      </w:r>
      <w:r w:rsidRPr="003D548E">
        <w:rPr>
          <w:rFonts w:ascii="Helvetica" w:hAnsi="Helvetica"/>
        </w:rPr>
        <w:t xml:space="preserve">Визуально-тактильный комплекс с элементами аудиальной навязчивости. Редкий гибрид. Высокая плотность. </w:t>
      </w:r>
      <w:r w:rsidRPr="00484E0C">
        <w:rPr>
          <w:rFonts w:ascii="Helvetica" w:hAnsi="Helvetica"/>
          <w:sz w:val="18"/>
        </w:rPr>
        <w:t>(делает пометку</w:t>
      </w:r>
      <w:r>
        <w:rPr>
          <w:rFonts w:ascii="Helvetica" w:hAnsi="Helvetica"/>
          <w:sz w:val="18"/>
        </w:rPr>
        <w:t xml:space="preserve"> в планшете</w:t>
      </w:r>
      <w:r w:rsidRPr="00484E0C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 xml:space="preserve"> </w:t>
      </w:r>
      <w:r w:rsidRPr="00341515">
        <w:rPr>
          <w:rFonts w:ascii="Arial" w:eastAsiaTheme="minorEastAsia" w:hAnsi="Arial" w:cs="Arial"/>
          <w:color w:val="000000"/>
          <w:sz w:val="22"/>
          <w:szCs w:val="22"/>
        </w:rPr>
        <w:t>Предлагается базовая калькуляция. Пакет «Забвение». Полная очистка сенсорной памяти по инциденту на мосту Т-</w:t>
      </w:r>
      <w:r>
        <w:rPr>
          <w:rFonts w:ascii="Arial" w:eastAsiaTheme="minorEastAsia" w:hAnsi="Arial" w:cs="Arial"/>
          <w:color w:val="000000"/>
          <w:sz w:val="22"/>
          <w:szCs w:val="22"/>
        </w:rPr>
        <w:t>8</w:t>
      </w:r>
      <w:r w:rsidRPr="00341515">
        <w:rPr>
          <w:rFonts w:ascii="Arial" w:eastAsiaTheme="minorEastAsia" w:hAnsi="Arial" w:cs="Arial"/>
          <w:color w:val="000000"/>
          <w:sz w:val="22"/>
          <w:szCs w:val="22"/>
        </w:rPr>
        <w:t xml:space="preserve">. Фактология сохраняется: вы будете </w:t>
      </w:r>
      <w:r>
        <w:rPr>
          <w:rFonts w:ascii="Arial" w:eastAsiaTheme="minorEastAsia" w:hAnsi="Arial" w:cs="Arial"/>
          <w:color w:val="000000"/>
          <w:sz w:val="22"/>
          <w:szCs w:val="22"/>
        </w:rPr>
        <w:t>помнить</w:t>
      </w:r>
      <w:r w:rsidRPr="00341515">
        <w:rPr>
          <w:rFonts w:ascii="Arial" w:eastAsiaTheme="minorEastAsia" w:hAnsi="Arial" w:cs="Arial"/>
          <w:color w:val="000000"/>
          <w:sz w:val="22"/>
          <w:szCs w:val="22"/>
        </w:rPr>
        <w:t>, что авария была</w:t>
      </w:r>
      <w:r>
        <w:rPr>
          <w:rFonts w:ascii="Arial" w:eastAsiaTheme="minorEastAsia" w:hAnsi="Arial" w:cs="Arial"/>
          <w:color w:val="000000"/>
          <w:sz w:val="22"/>
          <w:szCs w:val="22"/>
        </w:rPr>
        <w:t>, а э</w:t>
      </w:r>
      <w:r w:rsidRPr="00341515">
        <w:rPr>
          <w:rFonts w:ascii="Arial" w:eastAsiaTheme="minorEastAsia" w:hAnsi="Arial" w:cs="Arial"/>
          <w:color w:val="000000"/>
          <w:sz w:val="22"/>
          <w:szCs w:val="22"/>
        </w:rPr>
        <w:t>моциональный фон, лица</w:t>
      </w:r>
      <w:r>
        <w:rPr>
          <w:rFonts w:ascii="Arial" w:eastAsiaTheme="minorEastAsia" w:hAnsi="Arial" w:cs="Arial"/>
          <w:color w:val="000000"/>
          <w:sz w:val="22"/>
          <w:szCs w:val="22"/>
        </w:rPr>
        <w:t xml:space="preserve"> и</w:t>
      </w:r>
      <w:r w:rsidRPr="00341515">
        <w:rPr>
          <w:rFonts w:ascii="Arial" w:eastAsiaTheme="minorEastAsia" w:hAnsi="Arial" w:cs="Arial"/>
          <w:color w:val="000000"/>
          <w:sz w:val="22"/>
          <w:szCs w:val="22"/>
        </w:rPr>
        <w:t xml:space="preserve"> голоса</w:t>
      </w:r>
      <w:r>
        <w:rPr>
          <w:rFonts w:ascii="Arial" w:eastAsiaTheme="minorEastAsia" w:hAnsi="Arial" w:cs="Arial"/>
          <w:color w:val="000000"/>
          <w:sz w:val="22"/>
          <w:szCs w:val="22"/>
        </w:rPr>
        <w:t xml:space="preserve"> </w:t>
      </w:r>
      <w:r w:rsidRPr="00341515">
        <w:rPr>
          <w:rFonts w:ascii="Arial" w:eastAsiaTheme="minorEastAsia" w:hAnsi="Arial" w:cs="Arial"/>
          <w:color w:val="000000"/>
          <w:sz w:val="22"/>
          <w:szCs w:val="22"/>
        </w:rPr>
        <w:t>— изымаются как избыточный неликвид</w:t>
      </w:r>
      <w:r w:rsidRPr="004D6230">
        <w:rPr>
          <w:rFonts w:ascii="Arial" w:eastAsiaTheme="minorEastAsia" w:hAnsi="Arial" w:cs="Arial"/>
          <w:color w:val="000000"/>
          <w:sz w:val="22"/>
          <w:szCs w:val="22"/>
        </w:rPr>
        <w:t xml:space="preserve">. Цена </w:t>
      </w:r>
      <w:r>
        <w:rPr>
          <w:rFonts w:ascii="Arial" w:eastAsiaTheme="minorEastAsia" w:hAnsi="Arial" w:cs="Arial"/>
          <w:color w:val="000000"/>
          <w:sz w:val="22"/>
          <w:szCs w:val="22"/>
        </w:rPr>
        <w:t>–</w:t>
      </w:r>
      <w:r w:rsidRPr="004D6230">
        <w:rPr>
          <w:rFonts w:ascii="Arial" w:eastAsiaTheme="minorEastAsia" w:hAnsi="Arial" w:cs="Arial"/>
          <w:color w:val="000000"/>
          <w:sz w:val="22"/>
          <w:szCs w:val="22"/>
        </w:rPr>
        <w:t xml:space="preserve"> стандартная</w:t>
      </w:r>
      <w:r>
        <w:rPr>
          <w:rFonts w:ascii="Arial" w:eastAsiaTheme="minorEastAsia" w:hAnsi="Arial" w:cs="Arial"/>
          <w:color w:val="000000"/>
          <w:sz w:val="22"/>
          <w:szCs w:val="22"/>
        </w:rPr>
        <w:t>, стоимость будет зафиксирована</w:t>
      </w:r>
      <w:r w:rsidRPr="00D97116">
        <w:rPr>
          <w:rFonts w:ascii="Arial" w:eastAsiaTheme="minorEastAsia" w:hAnsi="Arial" w:cs="Arial"/>
          <w:color w:val="000000"/>
          <w:sz w:val="22"/>
          <w:szCs w:val="22"/>
        </w:rPr>
        <w:t xml:space="preserve"> после сделки</w:t>
      </w:r>
      <w:r>
        <w:rPr>
          <w:rFonts w:ascii="Arial" w:eastAsiaTheme="minorEastAsia" w:hAnsi="Arial" w:cs="Arial"/>
          <w:color w:val="000000"/>
          <w:sz w:val="22"/>
          <w:szCs w:val="22"/>
        </w:rPr>
        <w:t>.</w:t>
      </w:r>
    </w:p>
    <w:p w:rsidR="00164D26" w:rsidRPr="0097581C" w:rsidRDefault="00164D26" w:rsidP="00164D26">
      <w:pPr>
        <w:pStyle w:val="aff8"/>
        <w:spacing w:before="0" w:beforeAutospacing="0" w:after="0" w:afterAutospacing="0"/>
        <w:jc w:val="both"/>
        <w:rPr>
          <w:rFonts w:ascii="Arial" w:eastAsiaTheme="minorEastAsia" w:hAnsi="Arial" w:cs="Arial"/>
          <w:color w:val="000000"/>
          <w:sz w:val="22"/>
          <w:szCs w:val="22"/>
        </w:rPr>
      </w:pPr>
    </w:p>
    <w:p w:rsidR="00164D26" w:rsidRPr="003D548E" w:rsidRDefault="00164D26" w:rsidP="00164D26">
      <w:pPr>
        <w:rPr>
          <w:rFonts w:ascii="Helvetica" w:hAnsi="Helvetic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>Т</w:t>
      </w: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ЁМ.</w:t>
      </w:r>
      <w:r w:rsidRPr="003D548E">
        <w:rPr>
          <w:rFonts w:ascii="Helvetica" w:hAnsi="Helvetica"/>
        </w:rPr>
        <w:t xml:space="preserve"> Какая цена? </w:t>
      </w:r>
    </w:p>
    <w:p w:rsidR="00164D26" w:rsidRPr="003D548E" w:rsidRDefault="00164D26" w:rsidP="00164D26">
      <w:pPr>
        <w:spacing w:before="240" w:after="240"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Пауза.</w:t>
      </w:r>
    </w:p>
    <w:p w:rsidR="00164D26" w:rsidRPr="00EA1EB5" w:rsidRDefault="00164D26" w:rsidP="00164D26">
      <w:pPr>
        <w:pStyle w:val="aff8"/>
        <w:spacing w:before="0" w:beforeAutospacing="0" w:after="0" w:afterAutospacing="0"/>
        <w:jc w:val="both"/>
        <w:rPr>
          <w:rFonts w:eastAsiaTheme="minorEastAsi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АГРЕГАТОР АУКЦИОНА.</w:t>
      </w:r>
      <w:r w:rsidRPr="003D548E">
        <w:rPr>
          <w:rFonts w:ascii="Helvetica" w:hAnsi="Helvetica"/>
        </w:rPr>
        <w:t xml:space="preserve"> Стоимость определяется постфактум. Принцип перераспределения. </w:t>
      </w:r>
      <w:r w:rsidRPr="00DC0ED7">
        <w:rPr>
          <w:rFonts w:ascii="Arial" w:eastAsiaTheme="minorEastAsia" w:hAnsi="Arial" w:cs="Arial"/>
          <w:color w:val="000000"/>
          <w:sz w:val="22"/>
          <w:szCs w:val="22"/>
        </w:rPr>
        <w:t>Система работает по равноценн</w:t>
      </w:r>
      <w:r>
        <w:rPr>
          <w:rFonts w:ascii="Arial" w:eastAsiaTheme="minorEastAsia" w:hAnsi="Arial" w:cs="Arial"/>
          <w:color w:val="000000"/>
          <w:sz w:val="22"/>
          <w:szCs w:val="22"/>
        </w:rPr>
        <w:t>ому</w:t>
      </w:r>
      <w:r w:rsidRPr="00DC0ED7">
        <w:rPr>
          <w:rFonts w:ascii="Arial" w:eastAsiaTheme="minorEastAsia" w:hAnsi="Arial" w:cs="Arial"/>
          <w:color w:val="000000"/>
          <w:sz w:val="22"/>
          <w:szCs w:val="22"/>
        </w:rPr>
        <w:t xml:space="preserve"> обмен</w:t>
      </w:r>
      <w:r>
        <w:rPr>
          <w:rFonts w:ascii="Arial" w:eastAsiaTheme="minorEastAsia" w:hAnsi="Arial" w:cs="Arial"/>
          <w:color w:val="000000"/>
          <w:sz w:val="22"/>
          <w:szCs w:val="22"/>
        </w:rPr>
        <w:t>у</w:t>
      </w:r>
      <w:r w:rsidRPr="00DC0ED7">
        <w:rPr>
          <w:rFonts w:ascii="Arial" w:eastAsiaTheme="minorEastAsia" w:hAnsi="Arial" w:cs="Arial"/>
          <w:color w:val="000000"/>
          <w:sz w:val="22"/>
          <w:szCs w:val="22"/>
        </w:rPr>
        <w:t xml:space="preserve">. Вы отдаете </w:t>
      </w:r>
      <w:r>
        <w:rPr>
          <w:rFonts w:ascii="Arial" w:eastAsiaTheme="minorEastAsia" w:hAnsi="Arial" w:cs="Arial"/>
          <w:color w:val="000000"/>
          <w:sz w:val="22"/>
          <w:szCs w:val="22"/>
        </w:rPr>
        <w:t xml:space="preserve">нам, </w:t>
      </w:r>
      <w:r w:rsidRPr="00DC0ED7">
        <w:rPr>
          <w:rFonts w:ascii="Arial" w:eastAsiaTheme="minorEastAsia" w:hAnsi="Arial" w:cs="Arial"/>
          <w:color w:val="000000"/>
          <w:sz w:val="22"/>
          <w:szCs w:val="22"/>
        </w:rPr>
        <w:t>что вас разрушает</w:t>
      </w:r>
      <w:r>
        <w:rPr>
          <w:rFonts w:ascii="Arial" w:eastAsiaTheme="minorEastAsia" w:hAnsi="Arial" w:cs="Arial"/>
          <w:color w:val="000000"/>
          <w:sz w:val="22"/>
          <w:szCs w:val="22"/>
        </w:rPr>
        <w:t xml:space="preserve"> - м</w:t>
      </w:r>
      <w:r w:rsidRPr="00DC0ED7">
        <w:rPr>
          <w:rFonts w:ascii="Arial" w:eastAsiaTheme="minorEastAsia" w:hAnsi="Arial" w:cs="Arial"/>
          <w:color w:val="000000"/>
          <w:sz w:val="22"/>
          <w:szCs w:val="22"/>
        </w:rPr>
        <w:t>ы забираем это как сырье.</w:t>
      </w:r>
    </w:p>
    <w:p w:rsidR="00164D26" w:rsidRDefault="00164D26" w:rsidP="00164D26">
      <w:pPr>
        <w:spacing w:before="240" w:after="240"/>
        <w:jc w:val="both"/>
        <w:rPr>
          <w:rFonts w:ascii="Helvetica" w:hAnsi="Helvetica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(шепотом)</w:t>
      </w:r>
      <w:r w:rsidRPr="003D548E">
        <w:rPr>
          <w:rFonts w:ascii="Helvetica" w:hAnsi="Helvetica"/>
        </w:rPr>
        <w:t xml:space="preserve"> Что?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D97116">
        <w:rPr>
          <w:rFonts w:ascii="Helvetica" w:hAnsi="Helvetica"/>
          <w:sz w:val="18"/>
        </w:rPr>
        <w:t xml:space="preserve">Агрегатор </w:t>
      </w:r>
      <w:r>
        <w:rPr>
          <w:rFonts w:ascii="Helvetica" w:hAnsi="Helvetica"/>
          <w:sz w:val="18"/>
        </w:rPr>
        <w:t xml:space="preserve">Аукциона </w:t>
      </w:r>
      <w:r w:rsidRPr="00D97116">
        <w:rPr>
          <w:rFonts w:ascii="Helvetica" w:hAnsi="Helvetica"/>
          <w:sz w:val="18"/>
        </w:rPr>
        <w:t xml:space="preserve">ставит на стол тяжелую металлическую чашу.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D97116">
        <w:rPr>
          <w:rFonts w:ascii="Helvetica" w:hAnsi="Helvetica"/>
          <w:sz w:val="18"/>
        </w:rPr>
        <w:t>В ее центре — вертикальная стальная игла.</w:t>
      </w:r>
    </w:p>
    <w:p w:rsidR="00164D26" w:rsidRPr="00D97116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D97116" w:rsidRDefault="00164D26" w:rsidP="00164D26">
      <w:pPr>
        <w:jc w:val="both"/>
        <w:rPr>
          <w:rFonts w:ascii="Arial" w:hAnsi="Arial" w:cs="Arial"/>
          <w:color w:val="000000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АГРЕГАТОР АУКЦИОНА.</w:t>
      </w:r>
      <w:r w:rsidRPr="003D548E">
        <w:rPr>
          <w:rFonts w:ascii="Helvetica" w:hAnsi="Helvetica"/>
        </w:rPr>
        <w:t xml:space="preserve"> </w:t>
      </w:r>
      <w:r w:rsidRPr="00D97116">
        <w:rPr>
          <w:rFonts w:ascii="Arial" w:hAnsi="Arial" w:cs="Arial"/>
          <w:color w:val="000000"/>
        </w:rPr>
        <w:t>Подтверждение согласия — через тактильный маркер. Принудительного изъятия нет. Только добровольный клиринг.</w:t>
      </w:r>
    </w:p>
    <w:p w:rsidR="00164D26" w:rsidRDefault="00164D26" w:rsidP="00164D26">
      <w:pPr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Arial" w:hAnsi="Arial" w:cs="Arial"/>
          <w:color w:val="000000"/>
        </w:rPr>
      </w:pPr>
      <w:r>
        <w:rPr>
          <w:rFonts w:ascii="Helvetica" w:hAnsi="Helvetica"/>
          <w:sz w:val="18"/>
        </w:rPr>
        <w:t xml:space="preserve">Артем </w:t>
      </w:r>
      <w:r w:rsidRPr="00D97116">
        <w:rPr>
          <w:rFonts w:ascii="Helvetica" w:hAnsi="Helvetica"/>
          <w:sz w:val="18"/>
        </w:rPr>
        <w:t>смотрит на иглу, его рука дергается, но он берет себя в рук</w:t>
      </w:r>
      <w:r>
        <w:rPr>
          <w:rFonts w:ascii="Helvetica" w:hAnsi="Helvetica"/>
          <w:sz w:val="18"/>
        </w:rPr>
        <w:t>и.</w:t>
      </w:r>
    </w:p>
    <w:p w:rsidR="00164D26" w:rsidRDefault="00164D26" w:rsidP="00164D26">
      <w:pPr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E48EB" w:rsidRDefault="00164D26" w:rsidP="00164D26"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</w:t>
      </w:r>
      <w:r w:rsidRPr="00D97116">
        <w:rPr>
          <w:rFonts w:ascii="Helvetica" w:hAnsi="Helvetica"/>
          <w:sz w:val="18"/>
        </w:rPr>
        <w:t>.</w:t>
      </w:r>
      <w:r>
        <w:rPr>
          <w:rFonts w:ascii="Helvetica" w:hAnsi="Helvetica"/>
          <w:sz w:val="18"/>
        </w:rPr>
        <w:t xml:space="preserve"> </w:t>
      </w:r>
      <w:r w:rsidRPr="00D97116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резко</w:t>
      </w:r>
      <w:r w:rsidRPr="00D97116">
        <w:rPr>
          <w:rFonts w:ascii="Helvetica" w:hAnsi="Helvetica"/>
          <w:sz w:val="18"/>
        </w:rPr>
        <w:t>)</w:t>
      </w:r>
      <w:r w:rsidRPr="00ED001A">
        <w:rPr>
          <w:rFonts w:ascii="Arial" w:hAnsi="Arial" w:cs="Arial"/>
          <w:color w:val="000000"/>
        </w:rPr>
        <w:t xml:space="preserve"> Вон из </w:t>
      </w:r>
      <w:r>
        <w:rPr>
          <w:rFonts w:ascii="Arial" w:hAnsi="Arial" w:cs="Arial"/>
          <w:color w:val="000000"/>
        </w:rPr>
        <w:t xml:space="preserve">моего </w:t>
      </w:r>
      <w:r w:rsidRPr="00ED001A">
        <w:rPr>
          <w:rFonts w:ascii="Arial" w:hAnsi="Arial" w:cs="Arial"/>
          <w:color w:val="000000"/>
        </w:rPr>
        <w:t>кабинет</w:t>
      </w:r>
      <w:r>
        <w:rPr>
          <w:rFonts w:ascii="Arial" w:hAnsi="Arial" w:cs="Arial"/>
          <w:color w:val="000000"/>
        </w:rPr>
        <w:t xml:space="preserve">а! </w:t>
      </w:r>
    </w:p>
    <w:p w:rsidR="00164D26" w:rsidRPr="00ED001A" w:rsidRDefault="00164D26" w:rsidP="00164D26">
      <w:pPr>
        <w:jc w:val="both"/>
      </w:pPr>
    </w:p>
    <w:p w:rsidR="00164D26" w:rsidRDefault="00164D26" w:rsidP="00164D26">
      <w:pPr>
        <w:jc w:val="both"/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АГРЕГАТОР АУКЦИОНА.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(</w:t>
      </w:r>
      <w:r w:rsidRPr="00D97116">
        <w:rPr>
          <w:rFonts w:ascii="Helvetica" w:hAnsi="Helvetica"/>
          <w:sz w:val="18"/>
        </w:rPr>
        <w:t>встает, убирая планшет)</w:t>
      </w:r>
      <w:r w:rsidRPr="00ED001A">
        <w:rPr>
          <w:rFonts w:ascii="Arial" w:hAnsi="Arial" w:cs="Arial"/>
          <w:color w:val="000000"/>
        </w:rPr>
        <w:t xml:space="preserve"> Отказ зафиксирован.</w:t>
      </w:r>
      <w:r>
        <w:rPr>
          <w:rFonts w:ascii="Arial" w:hAnsi="Arial" w:cs="Arial"/>
          <w:color w:val="000000"/>
        </w:rPr>
        <w:t xml:space="preserve"> </w:t>
      </w:r>
      <w:r w:rsidRPr="00ED001A">
        <w:rPr>
          <w:rFonts w:ascii="Arial" w:hAnsi="Arial" w:cs="Arial"/>
          <w:color w:val="000000"/>
        </w:rPr>
        <w:t>Система оставляет за собой право повторного предложения в точке максимального кризиса. Помните: неликвидная боль имеет свойство детонировать.</w:t>
      </w:r>
    </w:p>
    <w:p w:rsidR="00164D26" w:rsidRDefault="00164D26" w:rsidP="00164D26">
      <w:pPr>
        <w:jc w:val="both"/>
      </w:pPr>
    </w:p>
    <w:p w:rsidR="00164D26" w:rsidRPr="00D97116" w:rsidRDefault="00164D26" w:rsidP="00164D26">
      <w:pPr>
        <w:jc w:val="both"/>
      </w:pPr>
      <w:r>
        <w:rPr>
          <w:rFonts w:ascii="Helvetica" w:hAnsi="Helvetica"/>
          <w:sz w:val="18"/>
        </w:rPr>
        <w:t xml:space="preserve">Свет в кабинете начинает сильно мигать, резко гаснет, вспышка, </w:t>
      </w:r>
      <w:r w:rsidRPr="00D97116">
        <w:rPr>
          <w:rFonts w:ascii="Helvetica" w:hAnsi="Helvetica"/>
          <w:sz w:val="18"/>
        </w:rPr>
        <w:t>Агрегатор</w:t>
      </w:r>
      <w:r>
        <w:rPr>
          <w:rFonts w:ascii="Helvetica" w:hAnsi="Helvetica"/>
          <w:sz w:val="18"/>
        </w:rPr>
        <w:t>а</w:t>
      </w:r>
      <w:r w:rsidRPr="00D97116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>Аукциона на сцене уже нет</w:t>
      </w:r>
      <w:r w:rsidRPr="00D97116">
        <w:rPr>
          <w:rFonts w:ascii="Helvetica" w:hAnsi="Helvetica"/>
          <w:sz w:val="18"/>
        </w:rPr>
        <w:t xml:space="preserve">. </w:t>
      </w:r>
      <w:r>
        <w:rPr>
          <w:rFonts w:ascii="Helvetica" w:hAnsi="Helvetica"/>
          <w:sz w:val="18"/>
        </w:rPr>
        <w:t>И</w:t>
      </w:r>
      <w:r w:rsidRPr="003D548E">
        <w:rPr>
          <w:rFonts w:ascii="Helvetica" w:hAnsi="Helvetica"/>
          <w:sz w:val="18"/>
        </w:rPr>
        <w:t>з громкоговорителя</w:t>
      </w:r>
      <w:r>
        <w:rPr>
          <w:rFonts w:ascii="Helvetica" w:hAnsi="Helvetica"/>
          <w:sz w:val="18"/>
        </w:rPr>
        <w:t xml:space="preserve"> монотонный женский </w:t>
      </w:r>
      <w:r w:rsidRPr="003D548E">
        <w:rPr>
          <w:rFonts w:ascii="Helvetica" w:hAnsi="Helvetica"/>
          <w:sz w:val="18"/>
        </w:rPr>
        <w:t>голос</w:t>
      </w:r>
      <w:r>
        <w:rPr>
          <w:rFonts w:ascii="Helvetica" w:hAnsi="Helvetica"/>
          <w:sz w:val="18"/>
        </w:rPr>
        <w:t xml:space="preserve"> произносит</w:t>
      </w:r>
      <w:r w:rsidRPr="003D548E">
        <w:rPr>
          <w:rFonts w:ascii="Helvetica" w:hAnsi="Helvetica"/>
          <w:sz w:val="18"/>
        </w:rPr>
        <w:t xml:space="preserve">: «СЕАНС ОЦЕНКИ ЗАВЕРШЕН». </w:t>
      </w:r>
      <w:r>
        <w:rPr>
          <w:rFonts w:ascii="Helvetica" w:hAnsi="Helvetica"/>
          <w:sz w:val="18"/>
        </w:rPr>
        <w:t>Н</w:t>
      </w:r>
      <w:r w:rsidRPr="003D548E">
        <w:rPr>
          <w:rFonts w:ascii="Helvetica" w:hAnsi="Helvetica"/>
          <w:sz w:val="18"/>
        </w:rPr>
        <w:t>еоновая вывеска</w:t>
      </w:r>
      <w:r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>«СЕКЦИЯ ОЦЕНКИ»</w:t>
      </w:r>
      <w:r>
        <w:rPr>
          <w:rFonts w:ascii="Helvetica" w:hAnsi="Helvetica"/>
          <w:sz w:val="18"/>
        </w:rPr>
        <w:t xml:space="preserve"> и свет</w:t>
      </w:r>
      <w:r w:rsidRPr="003D548E">
        <w:rPr>
          <w:rFonts w:ascii="Helvetica" w:hAnsi="Helvetica"/>
          <w:sz w:val="18"/>
        </w:rPr>
        <w:t xml:space="preserve"> на сцене начина</w:t>
      </w:r>
      <w:r>
        <w:rPr>
          <w:rFonts w:ascii="Helvetica" w:hAnsi="Helvetica"/>
          <w:sz w:val="18"/>
        </w:rPr>
        <w:t>ю</w:t>
      </w:r>
      <w:r w:rsidRPr="003D548E">
        <w:rPr>
          <w:rFonts w:ascii="Helvetica" w:hAnsi="Helvetica"/>
          <w:sz w:val="18"/>
        </w:rPr>
        <w:t xml:space="preserve">т </w:t>
      </w:r>
      <w:r>
        <w:rPr>
          <w:rFonts w:ascii="Helvetica" w:hAnsi="Helvetica"/>
          <w:sz w:val="18"/>
        </w:rPr>
        <w:t xml:space="preserve">бешено </w:t>
      </w:r>
      <w:r w:rsidRPr="003D548E">
        <w:rPr>
          <w:rFonts w:ascii="Helvetica" w:hAnsi="Helvetica"/>
          <w:sz w:val="18"/>
        </w:rPr>
        <w:t>мигать и гасн</w:t>
      </w:r>
      <w:r>
        <w:rPr>
          <w:rFonts w:ascii="Helvetica" w:hAnsi="Helvetica"/>
          <w:sz w:val="18"/>
        </w:rPr>
        <w:t>у</w:t>
      </w:r>
      <w:r w:rsidRPr="003D548E">
        <w:rPr>
          <w:rFonts w:ascii="Helvetica" w:hAnsi="Helvetica"/>
          <w:sz w:val="18"/>
        </w:rPr>
        <w:t>т.</w:t>
      </w:r>
      <w:r>
        <w:rPr>
          <w:rFonts w:ascii="Helvetica" w:hAnsi="Helvetica"/>
          <w:sz w:val="18"/>
        </w:rPr>
        <w:t xml:space="preserve"> 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</w:p>
    <w:p w:rsidR="00164D26" w:rsidRPr="00045E84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Pr="00796265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>ДЕЙСТВИЕ третье.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796265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>аукцион.</w:t>
      </w:r>
    </w:p>
    <w:p w:rsidR="00164D26" w:rsidRPr="00796265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>
        <w:rPr>
          <w:rFonts w:ascii="Helvetica" w:hAnsi="Helvetica"/>
          <w:sz w:val="18"/>
        </w:rPr>
        <w:t>Свет н</w:t>
      </w:r>
      <w:r w:rsidRPr="003D548E">
        <w:rPr>
          <w:rFonts w:ascii="Helvetica" w:hAnsi="Helvetica"/>
          <w:sz w:val="18"/>
        </w:rPr>
        <w:t xml:space="preserve">а сцене </w:t>
      </w:r>
      <w:r>
        <w:rPr>
          <w:rFonts w:ascii="Helvetica" w:hAnsi="Helvetica"/>
          <w:sz w:val="18"/>
        </w:rPr>
        <w:t xml:space="preserve">вспыхивает, освещая все вокруг. Артем растерянно стоит в центре зала, похожего на </w:t>
      </w:r>
      <w:r w:rsidRPr="003D548E">
        <w:rPr>
          <w:rFonts w:ascii="Helvetica" w:hAnsi="Helvetica"/>
          <w:sz w:val="18"/>
        </w:rPr>
        <w:t>сюрреалистический гибрид биржи</w:t>
      </w:r>
      <w:r>
        <w:rPr>
          <w:rFonts w:ascii="Helvetica" w:hAnsi="Helvetica"/>
          <w:sz w:val="18"/>
        </w:rPr>
        <w:t xml:space="preserve"> и </w:t>
      </w:r>
      <w:r w:rsidRPr="003D548E">
        <w:rPr>
          <w:rFonts w:ascii="Helvetica" w:hAnsi="Helvetica"/>
          <w:sz w:val="18"/>
        </w:rPr>
        <w:t>вокзала</w:t>
      </w:r>
      <w:r>
        <w:rPr>
          <w:rFonts w:ascii="Helvetica" w:hAnsi="Helvetica"/>
          <w:sz w:val="18"/>
        </w:rPr>
        <w:t xml:space="preserve">, и осматривается, не понимая происходящего. </w:t>
      </w:r>
      <w:r w:rsidRPr="003D548E">
        <w:rPr>
          <w:rFonts w:ascii="Helvetica" w:hAnsi="Helvetica"/>
          <w:sz w:val="18"/>
        </w:rPr>
        <w:t xml:space="preserve">Центр сцены — пространство, залитое неоновым светом. Мигают вывески: «РАСПРОДАЖА», «ДЕФИЦИТ», «СРОЧНЫЙ </w:t>
      </w:r>
      <w:r w:rsidRPr="003D548E">
        <w:rPr>
          <w:rFonts w:ascii="Helvetica" w:hAnsi="Helvetica"/>
          <w:sz w:val="18"/>
        </w:rPr>
        <w:lastRenderedPageBreak/>
        <w:t>ВЫКУП»</w:t>
      </w:r>
      <w:r>
        <w:rPr>
          <w:rFonts w:ascii="Helvetica" w:hAnsi="Helvetica"/>
          <w:sz w:val="18"/>
        </w:rPr>
        <w:t>, «</w:t>
      </w:r>
      <w:r w:rsidRPr="00D000EC">
        <w:rPr>
          <w:rFonts w:ascii="Helvetica" w:hAnsi="Helvetica"/>
          <w:sz w:val="18"/>
        </w:rPr>
        <w:t>ЛОТ 1: КРАТКОСРОЧНАЯ РАДОСТЬ»</w:t>
      </w:r>
      <w:r>
        <w:rPr>
          <w:rFonts w:ascii="Helvetica" w:hAnsi="Helvetica"/>
          <w:sz w:val="18"/>
        </w:rPr>
        <w:t xml:space="preserve">, </w:t>
      </w:r>
      <w:r w:rsidRPr="00D000EC">
        <w:rPr>
          <w:rFonts w:ascii="Helvetica" w:hAnsi="Helvetica"/>
          <w:sz w:val="18"/>
        </w:rPr>
        <w:t>«ЛОТ 2: ИЗБИРАТЕЛЬНОЕ ЗАБВЕНИЕ</w:t>
      </w:r>
      <w:proofErr w:type="gramStart"/>
      <w:r w:rsidRPr="00D000EC">
        <w:rPr>
          <w:rFonts w:ascii="Helvetica" w:hAnsi="Helvetica"/>
          <w:sz w:val="18"/>
        </w:rPr>
        <w:t>»</w:t>
      </w:r>
      <w:r>
        <w:rPr>
          <w:rFonts w:ascii="Helvetica" w:hAnsi="Helvetica"/>
          <w:sz w:val="18"/>
        </w:rPr>
        <w:t xml:space="preserve">,   </w:t>
      </w:r>
      <w:proofErr w:type="gramEnd"/>
      <w:r>
        <w:rPr>
          <w:rFonts w:ascii="Helvetica" w:hAnsi="Helvetica"/>
          <w:sz w:val="18"/>
        </w:rPr>
        <w:t xml:space="preserve">                                  </w:t>
      </w:r>
      <w:r w:rsidRPr="00D000EC">
        <w:rPr>
          <w:rFonts w:ascii="Helvetica" w:hAnsi="Helvetica"/>
          <w:sz w:val="18"/>
        </w:rPr>
        <w:t>«ЛОТ 3: УВЕРЕННОСТЬ Б/У»</w:t>
      </w:r>
      <w:r>
        <w:rPr>
          <w:rFonts w:ascii="Helvetica" w:hAnsi="Helvetica"/>
          <w:sz w:val="18"/>
        </w:rPr>
        <w:t>.</w:t>
      </w:r>
      <w:bookmarkStart w:id="0" w:name="OLE_LINK1"/>
    </w:p>
    <w:p w:rsidR="00164D26" w:rsidRPr="005F5CB9" w:rsidRDefault="00164D26" w:rsidP="00164D26">
      <w:pPr>
        <w:spacing w:before="100" w:beforeAutospacing="1" w:after="100" w:afterAutospacing="1"/>
        <w:contextualSpacing/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Из динамиков грохочет похабно-кабацкая </w:t>
      </w:r>
      <w:r>
        <w:rPr>
          <w:rFonts w:ascii="Helvetica" w:hAnsi="Helvetica"/>
          <w:sz w:val="18"/>
        </w:rPr>
        <w:t xml:space="preserve">песня - </w:t>
      </w:r>
      <w:r w:rsidRPr="00067D05">
        <w:rPr>
          <w:rFonts w:ascii="Helvetica" w:hAnsi="Helvetica"/>
          <w:sz w:val="18"/>
        </w:rPr>
        <w:t>ГИМН АУКЦИОНА</w:t>
      </w:r>
      <w:r>
        <w:rPr>
          <w:rFonts w:ascii="Helvetica" w:hAnsi="Helvetica"/>
          <w:sz w:val="18"/>
        </w:rPr>
        <w:t>:</w:t>
      </w:r>
    </w:p>
    <w:p w:rsidR="00164D26" w:rsidRPr="00067D05" w:rsidRDefault="00164D26" w:rsidP="00164D26">
      <w:pPr>
        <w:jc w:val="both"/>
        <w:rPr>
          <w:rFonts w:ascii="Helvetica" w:hAnsi="Helvetica"/>
          <w:sz w:val="18"/>
        </w:rPr>
      </w:pPr>
    </w:p>
    <w:bookmarkEnd w:id="0"/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E13F13">
        <w:rPr>
          <w:rFonts w:ascii="Helvetica" w:hAnsi="Helvetica"/>
          <w:sz w:val="18"/>
        </w:rPr>
        <w:t>АУКЦИОН! АУКЦИОН!</w:t>
      </w:r>
      <w:r w:rsidRPr="00E13F13">
        <w:rPr>
          <w:rFonts w:ascii="Helvetica" w:hAnsi="Helvetica"/>
          <w:sz w:val="18"/>
        </w:rPr>
        <w:br/>
        <w:t>Для всех открыт наш балаган!</w:t>
      </w:r>
      <w:r w:rsidRPr="00E13F13">
        <w:rPr>
          <w:rFonts w:ascii="Helvetica" w:hAnsi="Helvetica"/>
          <w:sz w:val="18"/>
        </w:rPr>
        <w:br/>
        <w:t>Здесь платят памятью за радость,</w:t>
      </w:r>
      <w:r w:rsidRPr="00E13F13">
        <w:rPr>
          <w:rFonts w:ascii="Helvetica" w:hAnsi="Helvetica"/>
          <w:sz w:val="18"/>
        </w:rPr>
        <w:br/>
        <w:t>А болью — тишиной в груди!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E13F13">
        <w:rPr>
          <w:rFonts w:ascii="Helvetica" w:hAnsi="Helvetica"/>
          <w:sz w:val="18"/>
        </w:rPr>
        <w:t>АУКЦИОН! АУКЦИОН!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Скорее очередь займи!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E13F13">
        <w:rPr>
          <w:rFonts w:ascii="Helvetica" w:hAnsi="Helvetica"/>
          <w:sz w:val="18"/>
        </w:rPr>
        <w:br/>
      </w:r>
      <w:r w:rsidRPr="00305636">
        <w:rPr>
          <w:rFonts w:ascii="Helvetica" w:hAnsi="Helvetica"/>
          <w:sz w:val="18"/>
        </w:rPr>
        <w:t xml:space="preserve">Мы выкупим твою усталость, 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305636">
        <w:rPr>
          <w:rFonts w:ascii="Helvetica" w:hAnsi="Helvetica"/>
          <w:sz w:val="18"/>
        </w:rPr>
        <w:t xml:space="preserve">Твой стыд, твою ночную жалость. 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305636">
        <w:rPr>
          <w:rFonts w:ascii="Helvetica" w:hAnsi="Helvetica"/>
          <w:sz w:val="18"/>
        </w:rPr>
        <w:t xml:space="preserve">Неси вину — она в цене, 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305636">
        <w:rPr>
          <w:rFonts w:ascii="Helvetica" w:hAnsi="Helvetica"/>
          <w:sz w:val="18"/>
        </w:rPr>
        <w:t>Страданье выгодно в</w:t>
      </w:r>
      <w:r>
        <w:rPr>
          <w:rFonts w:ascii="Helvetica" w:hAnsi="Helvetica"/>
          <w:sz w:val="18"/>
        </w:rPr>
        <w:t>двойне</w:t>
      </w:r>
      <w:r w:rsidRPr="00305636">
        <w:rPr>
          <w:rFonts w:ascii="Helvetica" w:hAnsi="Helvetica"/>
          <w:sz w:val="18"/>
        </w:rPr>
        <w:t xml:space="preserve">. </w:t>
      </w:r>
    </w:p>
    <w:p w:rsidR="00164D26" w:rsidRDefault="00164D26" w:rsidP="00164D26">
      <w:pPr>
        <w:rPr>
          <w:rFonts w:ascii="Helvetica" w:hAnsi="Helvetica"/>
          <w:sz w:val="18"/>
        </w:rPr>
      </w:pPr>
    </w:p>
    <w:p w:rsidR="00164D26" w:rsidRDefault="00164D26" w:rsidP="00164D26">
      <w:pPr>
        <w:contextualSpacing/>
        <w:jc w:val="both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На авансцене, в одиноком луче прожектора сидит на корточках </w:t>
      </w:r>
      <w:r>
        <w:rPr>
          <w:rFonts w:ascii="Helvetica" w:hAnsi="Helvetica"/>
          <w:sz w:val="18"/>
        </w:rPr>
        <w:t>Слепой мальчик</w:t>
      </w:r>
      <w:r w:rsidRPr="003D548E">
        <w:rPr>
          <w:rFonts w:ascii="Helvetica" w:hAnsi="Helvetica"/>
          <w:sz w:val="18"/>
        </w:rPr>
        <w:t xml:space="preserve"> в черных очках. </w:t>
      </w:r>
      <w:r>
        <w:rPr>
          <w:rFonts w:ascii="Helvetica" w:hAnsi="Helvetica"/>
          <w:sz w:val="18"/>
        </w:rPr>
        <w:t>На полу о</w:t>
      </w:r>
      <w:r w:rsidRPr="00A35883">
        <w:rPr>
          <w:rFonts w:ascii="Helvetica" w:hAnsi="Helvetica"/>
          <w:sz w:val="18"/>
        </w:rPr>
        <w:t xml:space="preserve">н </w:t>
      </w:r>
      <w:r>
        <w:rPr>
          <w:rFonts w:ascii="Helvetica" w:hAnsi="Helvetica"/>
          <w:sz w:val="18"/>
        </w:rPr>
        <w:t>вы</w:t>
      </w:r>
      <w:r w:rsidRPr="00A35883">
        <w:rPr>
          <w:rFonts w:ascii="Helvetica" w:hAnsi="Helvetica"/>
          <w:sz w:val="18"/>
        </w:rPr>
        <w:t xml:space="preserve">водит пальцем </w:t>
      </w:r>
      <w:r>
        <w:rPr>
          <w:rFonts w:ascii="Helvetica" w:hAnsi="Helvetica"/>
          <w:sz w:val="18"/>
        </w:rPr>
        <w:t>в воздухе рисунок</w:t>
      </w:r>
      <w:r w:rsidRPr="00A35883">
        <w:rPr>
          <w:rFonts w:ascii="Helvetica" w:hAnsi="Helvetica"/>
          <w:sz w:val="18"/>
        </w:rPr>
        <w:t xml:space="preserve">: </w:t>
      </w:r>
      <w:r>
        <w:rPr>
          <w:rFonts w:ascii="Helvetica" w:hAnsi="Helvetica"/>
          <w:sz w:val="18"/>
        </w:rPr>
        <w:t>круг, з</w:t>
      </w:r>
      <w:r w:rsidRPr="00DD5315">
        <w:rPr>
          <w:rFonts w:ascii="Helvetica" w:hAnsi="Helvetica"/>
          <w:sz w:val="18"/>
        </w:rPr>
        <w:t>амык</w:t>
      </w:r>
      <w:r>
        <w:rPr>
          <w:rFonts w:ascii="Helvetica" w:hAnsi="Helvetica"/>
          <w:sz w:val="18"/>
        </w:rPr>
        <w:t xml:space="preserve">ает </w:t>
      </w:r>
      <w:r w:rsidRPr="00DD5315">
        <w:rPr>
          <w:rFonts w:ascii="Helvetica" w:hAnsi="Helvetica"/>
          <w:sz w:val="18"/>
        </w:rPr>
        <w:t>его</w:t>
      </w:r>
      <w:r>
        <w:rPr>
          <w:rFonts w:ascii="Helvetica" w:hAnsi="Helvetica"/>
          <w:sz w:val="18"/>
        </w:rPr>
        <w:t xml:space="preserve"> и </w:t>
      </w:r>
      <w:r w:rsidRPr="00DD5315">
        <w:rPr>
          <w:rFonts w:ascii="Helvetica" w:hAnsi="Helvetica"/>
          <w:sz w:val="18"/>
        </w:rPr>
        <w:t>проводит линию из центра</w:t>
      </w:r>
      <w:r>
        <w:rPr>
          <w:rFonts w:ascii="Helvetica" w:hAnsi="Helvetica"/>
          <w:sz w:val="18"/>
        </w:rPr>
        <w:t xml:space="preserve"> круга</w:t>
      </w:r>
      <w:r w:rsidRPr="00DD5315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>вверх, за его пределы. Он рисует одно и то же, снова и снова, пока читает текст. Музыка гимна становится тише, фоном.</w:t>
      </w:r>
    </w:p>
    <w:p w:rsidR="00164D26" w:rsidRDefault="00164D26" w:rsidP="00164D26">
      <w:pPr>
        <w:contextualSpacing/>
        <w:jc w:val="both"/>
        <w:rPr>
          <w:rFonts w:ascii="Helvetica" w:hAnsi="Helvetica"/>
          <w:sz w:val="18"/>
        </w:rPr>
      </w:pPr>
    </w:p>
    <w:p w:rsidR="00164D26" w:rsidRPr="007B36E5" w:rsidRDefault="00164D26" w:rsidP="00164D26">
      <w:pPr>
        <w:contextualSpacing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 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  <w:r w:rsidRPr="00007ED9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СЛЕПой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007ED9">
        <w:rPr>
          <w:rFonts w:ascii="Helvetica" w:eastAsiaTheme="majorEastAsia" w:hAnsi="Helvetica" w:cstheme="majorHAnsi"/>
          <w:caps/>
          <w:color w:val="000000" w:themeColor="text1"/>
          <w:spacing w:val="48"/>
        </w:rPr>
        <w:t>мальчик</w:t>
      </w:r>
      <w:r w:rsidRPr="003D548E">
        <w:rPr>
          <w:rFonts w:ascii="Helvetica" w:hAnsi="Helvetica"/>
        </w:rPr>
        <w:t>. </w:t>
      </w:r>
      <w:r w:rsidRPr="003D548E">
        <w:rPr>
          <w:rFonts w:ascii="Helvetica" w:hAnsi="Helvetica"/>
          <w:sz w:val="18"/>
        </w:rPr>
        <w:t>(напевает речитативом)</w:t>
      </w:r>
      <w:r w:rsidRPr="003D548E">
        <w:rPr>
          <w:rFonts w:ascii="Helvetica" w:hAnsi="Helvetica"/>
          <w:sz w:val="18"/>
        </w:rPr>
        <w:br/>
      </w:r>
      <w:r w:rsidRPr="003D548E">
        <w:rPr>
          <w:rFonts w:ascii="Helvetica" w:hAnsi="Helvetica"/>
        </w:rPr>
        <w:t xml:space="preserve">Раз-два — </w:t>
      </w:r>
      <w:r>
        <w:rPr>
          <w:rFonts w:ascii="Helvetica" w:hAnsi="Helvetica"/>
        </w:rPr>
        <w:t>душа в цене</w:t>
      </w:r>
      <w:r w:rsidRPr="003D548E">
        <w:rPr>
          <w:rFonts w:ascii="Helvetica" w:hAnsi="Helvetica"/>
        </w:rPr>
        <w:t>,</w:t>
      </w:r>
      <w:r w:rsidRPr="003D548E">
        <w:rPr>
          <w:rFonts w:ascii="Helvetica" w:hAnsi="Helvetica"/>
        </w:rPr>
        <w:br/>
        <w:t>Три-четыре, совесть — мелочь.</w:t>
      </w:r>
      <w:r w:rsidRPr="003D548E">
        <w:rPr>
          <w:rFonts w:ascii="Helvetica" w:hAnsi="Helvetica"/>
        </w:rPr>
        <w:br/>
        <w:t xml:space="preserve">Кто отдаст — </w:t>
      </w:r>
      <w:r>
        <w:rPr>
          <w:rFonts w:ascii="Helvetica" w:hAnsi="Helvetica"/>
        </w:rPr>
        <w:t>тот все</w:t>
      </w:r>
      <w:r w:rsidRPr="003D548E">
        <w:rPr>
          <w:rFonts w:ascii="Helvetica" w:hAnsi="Helvetica"/>
        </w:rPr>
        <w:t xml:space="preserve"> получит, 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  <w:r w:rsidRPr="003D548E">
        <w:rPr>
          <w:rFonts w:ascii="Helvetica" w:hAnsi="Helvetica"/>
        </w:rPr>
        <w:t>Только выбрать — не дадут.</w:t>
      </w:r>
    </w:p>
    <w:p w:rsidR="00164D26" w:rsidRPr="005F5CB9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18"/>
        </w:rPr>
      </w:pPr>
      <w:r w:rsidRPr="00D3584A">
        <w:rPr>
          <w:rFonts w:ascii="Helvetica" w:hAnsi="Helvetica"/>
          <w:sz w:val="18"/>
        </w:rPr>
        <w:t xml:space="preserve">Прожектор гаснет. Слепой </w:t>
      </w:r>
      <w:r>
        <w:rPr>
          <w:rFonts w:ascii="Helvetica" w:hAnsi="Helvetica"/>
          <w:sz w:val="18"/>
        </w:rPr>
        <w:t>м</w:t>
      </w:r>
      <w:r w:rsidRPr="00EA06D4">
        <w:rPr>
          <w:rFonts w:ascii="Helvetica" w:hAnsi="Helvetica"/>
          <w:sz w:val="18"/>
        </w:rPr>
        <w:t>альчик встаёт, делает шаг назад и исчезает в темноте.</w:t>
      </w:r>
      <w:r>
        <w:rPr>
          <w:rStyle w:val="apple-converted-space"/>
          <w:rFonts w:ascii="Segoe UI" w:hAnsi="Segoe UI" w:cs="Segoe UI"/>
          <w:color w:val="0F1115"/>
          <w:sz w:val="23"/>
          <w:szCs w:val="23"/>
          <w:shd w:val="clear" w:color="auto" w:fill="FFFFFF"/>
        </w:rPr>
        <w:t> </w:t>
      </w:r>
      <w:r w:rsidRPr="00EA06D4">
        <w:rPr>
          <w:rFonts w:ascii="Helvetica" w:hAnsi="Helvetica"/>
          <w:sz w:val="18"/>
        </w:rPr>
        <w:t>Из теней выходят люди. Сначала один, потом двое, потом десятки. Они заполняют сцену</w:t>
      </w:r>
      <w:r>
        <w:rPr>
          <w:rFonts w:ascii="Helvetica" w:hAnsi="Helvetica"/>
          <w:sz w:val="18"/>
        </w:rPr>
        <w:t xml:space="preserve">. </w:t>
      </w:r>
      <w:r w:rsidRPr="00D3584A">
        <w:rPr>
          <w:rFonts w:ascii="Helvetica" w:hAnsi="Helvetica"/>
          <w:sz w:val="18"/>
        </w:rPr>
        <w:t xml:space="preserve">Люди перешептываются, толкаются, </w:t>
      </w:r>
      <w:r>
        <w:rPr>
          <w:rFonts w:ascii="Helvetica" w:hAnsi="Helvetica"/>
          <w:sz w:val="18"/>
        </w:rPr>
        <w:t xml:space="preserve">смеются, </w:t>
      </w:r>
      <w:r w:rsidRPr="00D3584A">
        <w:rPr>
          <w:rFonts w:ascii="Helvetica" w:hAnsi="Helvetica"/>
          <w:sz w:val="18"/>
        </w:rPr>
        <w:t>давятся, образуя очередь к стойкам. Артем</w:t>
      </w:r>
      <w:r>
        <w:rPr>
          <w:rFonts w:ascii="Helvetica" w:hAnsi="Helvetica"/>
          <w:sz w:val="18"/>
        </w:rPr>
        <w:t xml:space="preserve"> растерянно стоит в центре и пытается отталкиваться от грубо проходящей мимо него толпы.</w:t>
      </w: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18"/>
        </w:rPr>
      </w:pPr>
    </w:p>
    <w:p w:rsidR="00164D26" w:rsidRPr="00FC2097" w:rsidRDefault="00164D26" w:rsidP="00164D26">
      <w:pPr>
        <w:jc w:val="both"/>
        <w:rPr>
          <w:rFonts w:ascii="Helvetica" w:hAnsi="Helvetica"/>
          <w:sz w:val="18"/>
        </w:rPr>
      </w:pPr>
      <w:r w:rsidRPr="00FC2097">
        <w:rPr>
          <w:rFonts w:ascii="Helvetica" w:hAnsi="Helvetica"/>
          <w:sz w:val="18"/>
        </w:rPr>
        <w:t>ГОЛОС 1. </w:t>
      </w:r>
      <w:r w:rsidRPr="003D548E">
        <w:rPr>
          <w:rFonts w:ascii="Helvetica" w:hAnsi="Helvetica"/>
          <w:sz w:val="18"/>
        </w:rPr>
        <w:t>(женский, сладкий, нараспев)</w:t>
      </w:r>
      <w:r w:rsidRPr="00FC2097">
        <w:rPr>
          <w:rFonts w:ascii="Helvetica" w:hAnsi="Helvetica"/>
          <w:sz w:val="18"/>
        </w:rPr>
        <w:t xml:space="preserve"> Сюда, сюда! Свежая партия красоты! Специально для новеньких — скидка на первые десять обид твоей жизни!</w:t>
      </w:r>
    </w:p>
    <w:p w:rsidR="00164D26" w:rsidRPr="00FC2097" w:rsidRDefault="00164D26" w:rsidP="00164D26">
      <w:pPr>
        <w:jc w:val="both"/>
        <w:rPr>
          <w:rFonts w:ascii="Helvetica" w:hAnsi="Helvetica"/>
          <w:sz w:val="18"/>
        </w:rPr>
      </w:pPr>
      <w:r w:rsidRPr="00FC2097">
        <w:rPr>
          <w:rFonts w:ascii="Helvetica" w:hAnsi="Helvetica"/>
          <w:sz w:val="18"/>
        </w:rPr>
        <w:t>ГОЛОС 2. </w:t>
      </w:r>
      <w:r w:rsidRPr="003D548E">
        <w:rPr>
          <w:rFonts w:ascii="Helvetica" w:hAnsi="Helvetica"/>
          <w:sz w:val="18"/>
        </w:rPr>
        <w:t>(мужской, хриплый, из подворотни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FC2097">
        <w:rPr>
          <w:rFonts w:ascii="Helvetica" w:hAnsi="Helvetica"/>
          <w:sz w:val="18"/>
        </w:rPr>
        <w:t xml:space="preserve"> Не слушай её! Красота её — подделка! Ко мне иди! У меня за одно твое большое горе — проверенное восемнадцатилетней выдержки сладострастье!</w:t>
      </w: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 w:rsidRPr="00FC2097">
        <w:rPr>
          <w:rFonts w:ascii="Helvetica" w:hAnsi="Helvetica"/>
          <w:sz w:val="18"/>
        </w:rPr>
        <w:t>ГОЛОС 3. </w:t>
      </w:r>
      <w:r w:rsidRPr="003D548E">
        <w:rPr>
          <w:rFonts w:ascii="Helvetica" w:hAnsi="Helvetica"/>
          <w:sz w:val="18"/>
        </w:rPr>
        <w:t>(детский, невинный, но</w:t>
      </w:r>
      <w:r>
        <w:rPr>
          <w:rFonts w:ascii="Helvetica" w:hAnsi="Helvetica"/>
          <w:sz w:val="18"/>
        </w:rPr>
        <w:t xml:space="preserve"> жутко</w:t>
      </w:r>
      <w:r w:rsidRPr="003D548E">
        <w:rPr>
          <w:rFonts w:ascii="Helvetica" w:hAnsi="Helvetica"/>
          <w:sz w:val="18"/>
        </w:rPr>
        <w:t xml:space="preserve"> пугающ</w:t>
      </w:r>
      <w:r>
        <w:rPr>
          <w:rFonts w:ascii="Helvetica" w:hAnsi="Helvetica"/>
          <w:sz w:val="18"/>
        </w:rPr>
        <w:t>ий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FC2097">
        <w:rPr>
          <w:rFonts w:ascii="Helvetica" w:hAnsi="Helvetica"/>
          <w:sz w:val="18"/>
        </w:rPr>
        <w:t xml:space="preserve"> Хочешь снова почувствовать, как щемит сердце? Лот «Первая любовь»! Только сегодня — в обмен на 20% твоей смелости!</w:t>
      </w:r>
    </w:p>
    <w:p w:rsidR="00164D26" w:rsidRPr="00FC2097" w:rsidRDefault="00164D26" w:rsidP="00164D26">
      <w:pPr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3484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20"/>
        </w:rPr>
        <w:t> </w:t>
      </w:r>
      <w:r w:rsidRPr="003D548E">
        <w:rPr>
          <w:rFonts w:ascii="Helvetica" w:hAnsi="Helvetica"/>
          <w:sz w:val="18"/>
        </w:rPr>
        <w:t>(кричит, пытаясь перекрыть гул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Что происходит? Где я?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Сверху, из динамиков, раздается </w:t>
      </w:r>
      <w:r>
        <w:rPr>
          <w:rFonts w:ascii="Helvetica" w:hAnsi="Helvetica"/>
          <w:sz w:val="18"/>
        </w:rPr>
        <w:t xml:space="preserve">громкий </w:t>
      </w:r>
      <w:r w:rsidRPr="003D548E">
        <w:rPr>
          <w:rFonts w:ascii="Helvetica" w:hAnsi="Helvetica"/>
          <w:sz w:val="18"/>
        </w:rPr>
        <w:t>голос А</w:t>
      </w:r>
      <w:r>
        <w:rPr>
          <w:rFonts w:ascii="Helvetica" w:hAnsi="Helvetica"/>
          <w:sz w:val="18"/>
        </w:rPr>
        <w:t xml:space="preserve">грегатора Аукциона.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34848">
        <w:rPr>
          <w:rFonts w:ascii="Helvetica" w:eastAsiaTheme="majorEastAsia" w:hAnsi="Helvetica" w:cstheme="majorHAnsi"/>
          <w:caps/>
          <w:color w:val="000000" w:themeColor="text1"/>
          <w:spacing w:val="48"/>
        </w:rPr>
        <w:t>ГОЛОС АГРЕГАТОРА.</w:t>
      </w:r>
      <w:r w:rsidRPr="003D548E">
        <w:rPr>
          <w:rFonts w:ascii="Helvetica" w:hAnsi="Helvetica"/>
        </w:rPr>
        <w:t xml:space="preserve"> Тишина на торгах! 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Гул </w:t>
      </w:r>
      <w:r>
        <w:rPr>
          <w:rFonts w:ascii="Helvetica" w:hAnsi="Helvetica"/>
          <w:sz w:val="18"/>
        </w:rPr>
        <w:t xml:space="preserve">и музыка </w:t>
      </w:r>
      <w:r w:rsidRPr="003D548E">
        <w:rPr>
          <w:rFonts w:ascii="Helvetica" w:hAnsi="Helvetica"/>
          <w:sz w:val="18"/>
        </w:rPr>
        <w:t>резко обрыва</w:t>
      </w:r>
      <w:r>
        <w:rPr>
          <w:rFonts w:ascii="Helvetica" w:hAnsi="Helvetica"/>
          <w:sz w:val="18"/>
        </w:rPr>
        <w:t>ю</w:t>
      </w:r>
      <w:r w:rsidRPr="003D548E">
        <w:rPr>
          <w:rFonts w:ascii="Helvetica" w:hAnsi="Helvetica"/>
          <w:sz w:val="18"/>
        </w:rPr>
        <w:t xml:space="preserve">тся. </w:t>
      </w:r>
      <w:r>
        <w:rPr>
          <w:rFonts w:ascii="Helvetica" w:hAnsi="Helvetica"/>
          <w:sz w:val="18"/>
        </w:rPr>
        <w:t>Тишина на сцене</w:t>
      </w:r>
      <w:r w:rsidRPr="003D548E">
        <w:rPr>
          <w:rFonts w:ascii="Helvetica" w:hAnsi="Helvetica"/>
          <w:sz w:val="18"/>
        </w:rPr>
        <w:t>.</w:t>
      </w:r>
    </w:p>
    <w:p w:rsidR="00164D26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C34848">
        <w:rPr>
          <w:rFonts w:ascii="Helvetica" w:eastAsiaTheme="majorEastAsia" w:hAnsi="Helvetica" w:cstheme="majorHAnsi"/>
          <w:caps/>
          <w:color w:val="000000" w:themeColor="text1"/>
          <w:spacing w:val="48"/>
        </w:rPr>
        <w:t>ГОЛОС АГРЕГАТОРА.</w:t>
      </w:r>
      <w:r w:rsidRPr="003D548E">
        <w:rPr>
          <w:rFonts w:ascii="Helvetica" w:hAnsi="Helvetica"/>
        </w:rPr>
        <w:t xml:space="preserve"> Представляю</w:t>
      </w:r>
      <w:r>
        <w:rPr>
          <w:rFonts w:ascii="Helvetica" w:hAnsi="Helvetica"/>
        </w:rPr>
        <w:t xml:space="preserve"> всем</w:t>
      </w:r>
      <w:r w:rsidRPr="003D548E">
        <w:rPr>
          <w:rFonts w:ascii="Helvetica" w:hAnsi="Helvetica"/>
        </w:rPr>
        <w:t xml:space="preserve"> нового участника</w:t>
      </w:r>
      <w:r>
        <w:rPr>
          <w:rFonts w:ascii="Helvetica" w:hAnsi="Helvetica"/>
        </w:rPr>
        <w:t xml:space="preserve">! </w:t>
      </w:r>
      <w:r w:rsidRPr="003D548E">
        <w:rPr>
          <w:rFonts w:ascii="Helvetica" w:hAnsi="Helvetica"/>
        </w:rPr>
        <w:t>Добро пожаловать</w:t>
      </w:r>
      <w:r>
        <w:rPr>
          <w:rFonts w:ascii="Helvetica" w:hAnsi="Helvetica"/>
        </w:rPr>
        <w:t xml:space="preserve"> на наш Аукцион,</w:t>
      </w:r>
      <w:r w:rsidRPr="00D45773"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Артём К.! Ваш счёт открыт, начинайте просмотр лотов.</w:t>
      </w:r>
      <w:r>
        <w:rPr>
          <w:rFonts w:ascii="Helvetica" w:hAnsi="Helvetica"/>
        </w:rPr>
        <w:t xml:space="preserve"> Торги открыты!</w:t>
      </w:r>
    </w:p>
    <w:p w:rsidR="00164D26" w:rsidRPr="005F5CB9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Пауза.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Pr="00AD49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Внезапно гул возвращается, нарастает лавиной и превращается в оглушительный удар — звон железа о железо. А</w:t>
      </w:r>
      <w:r>
        <w:rPr>
          <w:rFonts w:ascii="Helvetica" w:hAnsi="Helvetica"/>
          <w:sz w:val="18"/>
        </w:rPr>
        <w:t>ртем</w:t>
      </w:r>
      <w:r w:rsidRPr="003D548E">
        <w:rPr>
          <w:rFonts w:ascii="Helvetica" w:hAnsi="Helvetica"/>
          <w:sz w:val="18"/>
        </w:rPr>
        <w:t> вздрагивает, прикрыв</w:t>
      </w:r>
      <w:r>
        <w:rPr>
          <w:rFonts w:ascii="Helvetica" w:hAnsi="Helvetica"/>
          <w:sz w:val="18"/>
        </w:rPr>
        <w:t>ая</w:t>
      </w:r>
      <w:r w:rsidRPr="003D548E">
        <w:rPr>
          <w:rFonts w:ascii="Helvetica" w:hAnsi="Helvetica"/>
          <w:sz w:val="18"/>
        </w:rPr>
        <w:t xml:space="preserve"> уши ладонями. </w:t>
      </w:r>
      <w:r>
        <w:rPr>
          <w:rFonts w:ascii="Helvetica" w:hAnsi="Helvetica"/>
          <w:sz w:val="18"/>
        </w:rPr>
        <w:t>Наверху я</w:t>
      </w:r>
      <w:r w:rsidRPr="003D548E">
        <w:rPr>
          <w:rFonts w:ascii="Helvetica" w:hAnsi="Helvetica"/>
          <w:sz w:val="18"/>
        </w:rPr>
        <w:t xml:space="preserve">рко загорается </w:t>
      </w:r>
      <w:r>
        <w:rPr>
          <w:rFonts w:ascii="Helvetica" w:hAnsi="Helvetica"/>
          <w:sz w:val="18"/>
        </w:rPr>
        <w:t xml:space="preserve">неоновая </w:t>
      </w:r>
      <w:r w:rsidRPr="003D548E">
        <w:rPr>
          <w:rFonts w:ascii="Helvetica" w:hAnsi="Helvetica"/>
          <w:sz w:val="18"/>
        </w:rPr>
        <w:t>вывеска: «ТОРГИ ОТКРЫТЫ!». Толпа приходит в движение</w:t>
      </w:r>
      <w:r>
        <w:rPr>
          <w:rFonts w:ascii="Helvetica" w:hAnsi="Helvetica"/>
          <w:sz w:val="18"/>
        </w:rPr>
        <w:t xml:space="preserve"> и </w:t>
      </w:r>
      <w:r w:rsidRPr="003D548E">
        <w:rPr>
          <w:rFonts w:ascii="Helvetica" w:hAnsi="Helvetica"/>
          <w:sz w:val="18"/>
        </w:rPr>
        <w:t>броса</w:t>
      </w:r>
      <w:r>
        <w:rPr>
          <w:rFonts w:ascii="Helvetica" w:hAnsi="Helvetica"/>
          <w:sz w:val="18"/>
        </w:rPr>
        <w:t>е</w:t>
      </w:r>
      <w:r w:rsidRPr="003D548E">
        <w:rPr>
          <w:rFonts w:ascii="Helvetica" w:hAnsi="Helvetica"/>
          <w:sz w:val="18"/>
        </w:rPr>
        <w:t xml:space="preserve">тся </w:t>
      </w:r>
      <w:r>
        <w:rPr>
          <w:rFonts w:ascii="Helvetica" w:hAnsi="Helvetica"/>
          <w:sz w:val="18"/>
        </w:rPr>
        <w:t>к стойке</w:t>
      </w:r>
      <w:r w:rsidRPr="003D548E">
        <w:rPr>
          <w:rFonts w:ascii="Helvetica" w:hAnsi="Helvetica"/>
          <w:sz w:val="18"/>
        </w:rPr>
        <w:t>, над которой неоном горит</w:t>
      </w:r>
      <w:r>
        <w:rPr>
          <w:rFonts w:ascii="Helvetica" w:hAnsi="Helvetica"/>
          <w:sz w:val="18"/>
        </w:rPr>
        <w:t xml:space="preserve"> надпись </w:t>
      </w:r>
      <w:r w:rsidRPr="003D548E">
        <w:rPr>
          <w:rFonts w:ascii="Helvetica" w:hAnsi="Helvetica"/>
          <w:sz w:val="18"/>
        </w:rPr>
        <w:t xml:space="preserve">«РАДОСТЬ». За стойкой </w:t>
      </w:r>
      <w:r>
        <w:rPr>
          <w:rFonts w:ascii="Helvetica" w:hAnsi="Helvetica"/>
          <w:sz w:val="18"/>
        </w:rPr>
        <w:t xml:space="preserve">появляется </w:t>
      </w:r>
      <w:r w:rsidRPr="003D548E">
        <w:rPr>
          <w:rFonts w:ascii="Helvetica" w:hAnsi="Helvetica"/>
          <w:sz w:val="18"/>
        </w:rPr>
        <w:t>П</w:t>
      </w:r>
      <w:r>
        <w:rPr>
          <w:rFonts w:ascii="Helvetica" w:hAnsi="Helvetica"/>
          <w:sz w:val="18"/>
        </w:rPr>
        <w:t xml:space="preserve">родавец радости. </w:t>
      </w:r>
      <w:r w:rsidRPr="003D548E">
        <w:rPr>
          <w:rFonts w:ascii="Helvetica" w:hAnsi="Helvetica"/>
          <w:sz w:val="18"/>
        </w:rPr>
        <w:t>Его улыбка безупречна, идеальна до омерзения. Прическа — волосок к волоску. Движения отточены, легки, почти театральны. Перед ним</w:t>
      </w:r>
      <w:r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>рядами</w:t>
      </w:r>
      <w:r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 xml:space="preserve">выложены одноразовые небулайзеры и разноцветные капсулы. </w:t>
      </w:r>
      <w:r>
        <w:rPr>
          <w:rFonts w:ascii="Helvetica" w:hAnsi="Helvetica"/>
          <w:sz w:val="18"/>
        </w:rPr>
        <w:t>Люди возле его стойки,</w:t>
      </w:r>
      <w:r w:rsidRPr="003D548E">
        <w:rPr>
          <w:rFonts w:ascii="Helvetica" w:hAnsi="Helvetica"/>
          <w:sz w:val="18"/>
        </w:rPr>
        <w:t xml:space="preserve"> превращаются в единое месиво из тел, рук</w:t>
      </w:r>
      <w:r>
        <w:rPr>
          <w:rFonts w:ascii="Helvetica" w:hAnsi="Helvetica"/>
          <w:sz w:val="18"/>
        </w:rPr>
        <w:t>,</w:t>
      </w:r>
      <w:r w:rsidRPr="003D548E">
        <w:rPr>
          <w:rFonts w:ascii="Helvetica" w:hAnsi="Helvetica"/>
          <w:sz w:val="18"/>
        </w:rPr>
        <w:t xml:space="preserve"> спин</w:t>
      </w:r>
      <w:r>
        <w:rPr>
          <w:rFonts w:ascii="Helvetica" w:hAnsi="Helvetica"/>
          <w:sz w:val="18"/>
        </w:rPr>
        <w:t xml:space="preserve">, </w:t>
      </w:r>
      <w:r w:rsidRPr="003D548E">
        <w:rPr>
          <w:rFonts w:ascii="Helvetica" w:hAnsi="Helvetica"/>
          <w:sz w:val="18"/>
        </w:rPr>
        <w:t>давя друг друга</w:t>
      </w:r>
      <w:r>
        <w:rPr>
          <w:rFonts w:ascii="Helvetica" w:hAnsi="Helvetica"/>
          <w:sz w:val="18"/>
        </w:rPr>
        <w:t>. Давка.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  <w:r w:rsidRPr="003326E3">
        <w:rPr>
          <w:rFonts w:ascii="Helvetica" w:eastAsiaTheme="majorEastAsia" w:hAnsi="Helvetica" w:cstheme="majorHAnsi"/>
          <w:caps/>
          <w:color w:val="000000" w:themeColor="text1"/>
          <w:spacing w:val="48"/>
        </w:rPr>
        <w:t>ГОЛОСА ИЗ ТОЛПЫ. </w:t>
      </w:r>
      <w:r w:rsidRPr="003D548E">
        <w:rPr>
          <w:rFonts w:ascii="Helvetica" w:hAnsi="Helvetica"/>
          <w:sz w:val="18"/>
        </w:rPr>
        <w:br/>
      </w:r>
      <w:r w:rsidRPr="003D548E">
        <w:rPr>
          <w:rFonts w:ascii="Helvetica" w:hAnsi="Helvetica"/>
        </w:rPr>
        <w:t>— Эй, поторопись! Мне на работу к восьми!</w:t>
      </w:r>
    </w:p>
    <w:p w:rsidR="00164D26" w:rsidRPr="003D548E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  <w:r w:rsidRPr="003D548E">
        <w:rPr>
          <w:rFonts w:ascii="Helvetica" w:hAnsi="Helvetica"/>
        </w:rPr>
        <w:t>— Пропусти меня, у меня срыв через два часа!</w:t>
      </w:r>
      <w:r w:rsidRPr="003D548E">
        <w:rPr>
          <w:rFonts w:ascii="Helvetica" w:hAnsi="Helvetica"/>
        </w:rPr>
        <w:br/>
      </w: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326E3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</w:t>
      </w:r>
      <w:r w:rsidRPr="003D548E">
        <w:rPr>
          <w:rFonts w:ascii="Helvetica" w:hAnsi="Helvetica"/>
          <w:sz w:val="20"/>
        </w:rPr>
        <w:t>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(профессионально-бодрым голосом ассистента, не обращая внимания на давку)</w:t>
      </w:r>
      <w:r w:rsidRPr="003D548E">
        <w:rPr>
          <w:rFonts w:ascii="Helvetica" w:hAnsi="Helvetica"/>
        </w:rPr>
        <w:t xml:space="preserve"> Л</w:t>
      </w:r>
      <w:r>
        <w:rPr>
          <w:rFonts w:ascii="Helvetica" w:hAnsi="Helvetica"/>
        </w:rPr>
        <w:t>ОТ №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1</w:t>
      </w:r>
      <w:r w:rsidRPr="003D548E">
        <w:rPr>
          <w:rFonts w:ascii="Helvetica" w:hAnsi="Helvetica"/>
        </w:rPr>
        <w:t>! Сессия «Солнечный удар»! Формат — ингаляционный, моментального действия! Эффект до трёх минут немотивированной лёгкости! Ставка стандартная: два воспоминания. Паспорт, пожалуйста!</w:t>
      </w:r>
    </w:p>
    <w:p w:rsidR="00164D26" w:rsidRPr="00E53C2B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Первый в очереди, трясущийся человек, судорожно протягивает паспорт и подставляет запястье. П</w:t>
      </w:r>
      <w:r>
        <w:rPr>
          <w:rFonts w:ascii="Helvetica" w:hAnsi="Helvetica"/>
          <w:sz w:val="18"/>
        </w:rPr>
        <w:t>родавец радости</w:t>
      </w:r>
      <w:r w:rsidRPr="003D548E">
        <w:rPr>
          <w:rFonts w:ascii="Helvetica" w:hAnsi="Helvetica"/>
          <w:sz w:val="18"/>
        </w:rPr>
        <w:t xml:space="preserve"> ловким, отточенным движением прикладывает к коже сканер. </w:t>
      </w:r>
      <w:r>
        <w:rPr>
          <w:rFonts w:ascii="Helvetica" w:hAnsi="Helvetica"/>
          <w:sz w:val="18"/>
        </w:rPr>
        <w:t>Звук к</w:t>
      </w:r>
      <w:r w:rsidRPr="003D548E">
        <w:rPr>
          <w:rFonts w:ascii="Helvetica" w:hAnsi="Helvetica"/>
          <w:sz w:val="18"/>
        </w:rPr>
        <w:t>оротк</w:t>
      </w:r>
      <w:r>
        <w:rPr>
          <w:rFonts w:ascii="Helvetica" w:hAnsi="Helvetica"/>
          <w:sz w:val="18"/>
        </w:rPr>
        <w:t>ого</w:t>
      </w:r>
      <w:r w:rsidRPr="003D548E">
        <w:rPr>
          <w:rFonts w:ascii="Helvetica" w:hAnsi="Helvetica"/>
          <w:sz w:val="18"/>
        </w:rPr>
        <w:t xml:space="preserve"> писк</w:t>
      </w:r>
      <w:r>
        <w:rPr>
          <w:rFonts w:ascii="Helvetica" w:hAnsi="Helvetica"/>
          <w:sz w:val="18"/>
        </w:rPr>
        <w:t>а</w:t>
      </w:r>
      <w:r w:rsidRPr="003D548E">
        <w:rPr>
          <w:rFonts w:ascii="Helvetica" w:hAnsi="Helvetica"/>
          <w:sz w:val="18"/>
        </w:rPr>
        <w:t>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DA398D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 w:rsidRPr="003D548E">
        <w:rPr>
          <w:rFonts w:ascii="Helvetica" w:hAnsi="Helvetica"/>
          <w:sz w:val="20"/>
        </w:rPr>
        <w:t> </w:t>
      </w:r>
      <w:r w:rsidRPr="003D548E">
        <w:rPr>
          <w:rFonts w:ascii="Helvetica" w:hAnsi="Helvetica"/>
          <w:sz w:val="18"/>
        </w:rPr>
        <w:t>(читает с экрана, не глядя)</w:t>
      </w:r>
      <w:r w:rsidRPr="003D548E">
        <w:rPr>
          <w:rFonts w:ascii="Helvetica" w:hAnsi="Helvetica"/>
        </w:rPr>
        <w:t xml:space="preserve"> Эмоции поездки в метро 25 октября двухгодичной давности. Плюс воспоминание: запах </w:t>
      </w:r>
      <w:r>
        <w:rPr>
          <w:rFonts w:ascii="Helvetica" w:hAnsi="Helvetica"/>
        </w:rPr>
        <w:t xml:space="preserve">любимой женщины. </w:t>
      </w:r>
      <w:r w:rsidRPr="003D548E">
        <w:rPr>
          <w:rFonts w:ascii="Helvetica" w:hAnsi="Helvetica"/>
        </w:rPr>
        <w:t>Отлично, клиринг одобрен!</w:t>
      </w: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18"/>
        </w:rPr>
      </w:pP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Продавец протягивает покупателю небулайзер. Тот жадно хватает его, засовывает в рот, делает глубокую затяжку. Мгновение</w:t>
      </w:r>
      <w:r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>и его лицо разглаживается, озаряется блаженной</w:t>
      </w:r>
      <w:r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>улыбкой. Он отходит от стойки, пошатываясь. Толпа перед ним расступается</w:t>
      </w:r>
      <w:r>
        <w:rPr>
          <w:rFonts w:ascii="Helvetica" w:hAnsi="Helvetica"/>
          <w:sz w:val="18"/>
        </w:rPr>
        <w:t xml:space="preserve">, </w:t>
      </w:r>
      <w:r w:rsidRPr="003D548E">
        <w:rPr>
          <w:rFonts w:ascii="Helvetica" w:hAnsi="Helvetica"/>
          <w:sz w:val="18"/>
        </w:rPr>
        <w:t>восхищенн</w:t>
      </w:r>
      <w:r>
        <w:rPr>
          <w:rFonts w:ascii="Helvetica" w:hAnsi="Helvetica"/>
          <w:sz w:val="18"/>
        </w:rPr>
        <w:t xml:space="preserve">о и </w:t>
      </w:r>
      <w:r w:rsidRPr="003D548E">
        <w:rPr>
          <w:rFonts w:ascii="Helvetica" w:hAnsi="Helvetica"/>
          <w:sz w:val="18"/>
        </w:rPr>
        <w:t>завистлив</w:t>
      </w:r>
      <w:r>
        <w:rPr>
          <w:rFonts w:ascii="Helvetica" w:hAnsi="Helvetica"/>
          <w:sz w:val="18"/>
        </w:rPr>
        <w:t>о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>вздыхая.</w:t>
      </w:r>
    </w:p>
    <w:p w:rsidR="00164D26" w:rsidRDefault="00164D26" w:rsidP="00164D26">
      <w:pPr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  <w:r w:rsidRPr="00DA398D">
        <w:rPr>
          <w:rFonts w:ascii="Helvetica" w:eastAsiaTheme="majorEastAsia" w:hAnsi="Helvetica" w:cstheme="majorHAnsi"/>
          <w:caps/>
          <w:color w:val="000000" w:themeColor="text1"/>
          <w:spacing w:val="48"/>
        </w:rPr>
        <w:t>КРИКИ ТОЛПЫ.</w:t>
      </w:r>
      <w:r w:rsidRPr="003D548E">
        <w:rPr>
          <w:rFonts w:ascii="Helvetica" w:hAnsi="Helvetica"/>
        </w:rPr>
        <w:t> </w:t>
      </w:r>
    </w:p>
    <w:p w:rsidR="00164D26" w:rsidRPr="00E53C2B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  <w:r w:rsidRPr="003D548E">
        <w:rPr>
          <w:rFonts w:ascii="Helvetica" w:hAnsi="Helvetica"/>
        </w:rPr>
        <w:t>— Я тоже хочу это!</w:t>
      </w:r>
      <w:r w:rsidRPr="003D548E">
        <w:rPr>
          <w:rFonts w:ascii="Helvetica" w:hAnsi="Helvetica"/>
        </w:rPr>
        <w:br/>
        <w:t>— Дайте и мне такое же!</w:t>
      </w:r>
      <w:r w:rsidRPr="003D548E">
        <w:rPr>
          <w:rFonts w:ascii="Helvetica" w:hAnsi="Helvetica"/>
        </w:rPr>
        <w:br/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Артем</w:t>
      </w:r>
      <w:r w:rsidRPr="003D548E">
        <w:rPr>
          <w:rFonts w:ascii="Helvetica" w:hAnsi="Helvetica"/>
          <w:sz w:val="18"/>
        </w:rPr>
        <w:t xml:space="preserve"> стоит </w:t>
      </w:r>
      <w:r>
        <w:rPr>
          <w:rFonts w:ascii="Helvetica" w:hAnsi="Helvetica"/>
          <w:sz w:val="18"/>
        </w:rPr>
        <w:t xml:space="preserve">в центре зала, </w:t>
      </w:r>
      <w:r w:rsidRPr="003D548E">
        <w:rPr>
          <w:rFonts w:ascii="Helvetica" w:hAnsi="Helvetica"/>
          <w:sz w:val="18"/>
        </w:rPr>
        <w:t>не силах пошевелиться. П</w:t>
      </w:r>
      <w:r>
        <w:rPr>
          <w:rFonts w:ascii="Helvetica" w:hAnsi="Helvetica"/>
          <w:sz w:val="18"/>
        </w:rPr>
        <w:t>родавец радости</w:t>
      </w:r>
      <w:r w:rsidRPr="003D548E">
        <w:rPr>
          <w:rFonts w:ascii="Helvetica" w:hAnsi="Helvetica"/>
          <w:sz w:val="18"/>
        </w:rPr>
        <w:t xml:space="preserve"> профессионально-скользящи</w:t>
      </w:r>
      <w:r>
        <w:rPr>
          <w:rFonts w:ascii="Helvetica" w:hAnsi="Helvetica"/>
          <w:sz w:val="18"/>
        </w:rPr>
        <w:t>м</w:t>
      </w:r>
      <w:r w:rsidRPr="003D548E">
        <w:rPr>
          <w:rFonts w:ascii="Helvetica" w:hAnsi="Helvetica"/>
          <w:sz w:val="18"/>
        </w:rPr>
        <w:t xml:space="preserve"> взгляд</w:t>
      </w:r>
      <w:r>
        <w:rPr>
          <w:rFonts w:ascii="Helvetica" w:hAnsi="Helvetica"/>
          <w:sz w:val="18"/>
        </w:rPr>
        <w:t xml:space="preserve">ом цепляет взгляд Артема. Его улыбка </w:t>
      </w:r>
      <w:r w:rsidRPr="003D548E">
        <w:rPr>
          <w:rFonts w:ascii="Helvetica" w:hAnsi="Helvetica"/>
          <w:sz w:val="18"/>
        </w:rPr>
        <w:t>становится шире и интимнее.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861AAE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 w:rsidRPr="003D548E">
        <w:rPr>
          <w:rFonts w:ascii="Helvetica" w:hAnsi="Helvetica"/>
        </w:rPr>
        <w:t xml:space="preserve"> Новичок из «Оценки»! </w:t>
      </w:r>
      <w:r>
        <w:rPr>
          <w:rFonts w:ascii="Helvetica" w:hAnsi="Helvetica"/>
        </w:rPr>
        <w:t xml:space="preserve">Добро пожаловать на мой борд. </w:t>
      </w:r>
      <w:r w:rsidRPr="00861AAE">
        <w:rPr>
          <w:rFonts w:ascii="Helvetica" w:hAnsi="Helvetica"/>
          <w:sz w:val="18"/>
        </w:rPr>
        <w:t>(лицемерно улыбается</w:t>
      </w:r>
      <w:proofErr w:type="gramStart"/>
      <w:r w:rsidRPr="00861AA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Желаете </w:t>
      </w:r>
      <w:r w:rsidRPr="003D548E">
        <w:rPr>
          <w:rFonts w:ascii="Helvetica" w:hAnsi="Helvetica"/>
        </w:rPr>
        <w:t xml:space="preserve">приобрести «Радость»? </w:t>
      </w:r>
      <w:r w:rsidRPr="003D548E">
        <w:rPr>
          <w:rFonts w:ascii="Helvetica" w:hAnsi="Helvetica"/>
          <w:sz w:val="18"/>
        </w:rPr>
        <w:t>(склоняет голову к плечу, изучающе всматриваясь в глаза Артема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</w:rPr>
        <w:t xml:space="preserve">Хотя, по вашим глазам вижу, </w:t>
      </w:r>
      <w:r>
        <w:rPr>
          <w:rFonts w:ascii="Helvetica" w:hAnsi="Helvetica"/>
        </w:rPr>
        <w:t xml:space="preserve">что </w:t>
      </w:r>
      <w:r w:rsidRPr="003D548E">
        <w:rPr>
          <w:rFonts w:ascii="Helvetica" w:hAnsi="Helvetica"/>
        </w:rPr>
        <w:t>вам нужна не просто радость. Вам нужна передышка.</w:t>
      </w:r>
      <w:r>
        <w:rPr>
          <w:rFonts w:ascii="Helvetica" w:hAnsi="Helvetica"/>
        </w:rPr>
        <w:t xml:space="preserve"> Я угадал?</w:t>
      </w:r>
    </w:p>
    <w:p w:rsidR="00164D26" w:rsidRPr="00E53C2B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D3584A">
        <w:rPr>
          <w:rFonts w:ascii="Helvetica" w:hAnsi="Helvetica"/>
          <w:sz w:val="18"/>
        </w:rPr>
        <w:t xml:space="preserve">Артем </w:t>
      </w:r>
      <w:r>
        <w:rPr>
          <w:rFonts w:ascii="Helvetica" w:hAnsi="Helvetica"/>
          <w:sz w:val="18"/>
        </w:rPr>
        <w:t xml:space="preserve">подходит </w:t>
      </w:r>
      <w:r w:rsidRPr="00D3584A">
        <w:rPr>
          <w:rFonts w:ascii="Helvetica" w:hAnsi="Helvetica"/>
          <w:sz w:val="18"/>
        </w:rPr>
        <w:t>ближе к Продавцу</w:t>
      </w:r>
      <w:r>
        <w:rPr>
          <w:rFonts w:ascii="Helvetica" w:hAnsi="Helvetica"/>
          <w:sz w:val="18"/>
        </w:rPr>
        <w:t xml:space="preserve"> радости</w:t>
      </w:r>
      <w:r w:rsidRPr="00D3584A">
        <w:rPr>
          <w:rFonts w:ascii="Helvetica" w:hAnsi="Helvetica"/>
          <w:sz w:val="18"/>
        </w:rPr>
        <w:t>.</w:t>
      </w:r>
    </w:p>
    <w:p w:rsidR="00164D26" w:rsidRPr="00D3584A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D2474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20"/>
        </w:rPr>
        <w:t> </w:t>
      </w:r>
      <w:r>
        <w:rPr>
          <w:rFonts w:ascii="Helvetica" w:hAnsi="Helvetica"/>
          <w:sz w:val="20"/>
        </w:rPr>
        <w:t>(</w:t>
      </w:r>
      <w:r>
        <w:rPr>
          <w:rFonts w:ascii="Helvetica" w:hAnsi="Helvetica"/>
          <w:sz w:val="18"/>
        </w:rPr>
        <w:t>неуверенно</w:t>
      </w:r>
      <w:r w:rsidRPr="007D6314">
        <w:rPr>
          <w:rFonts w:ascii="Helvetica" w:hAnsi="Helvetica"/>
          <w:sz w:val="18"/>
        </w:rPr>
        <w:t xml:space="preserve">) </w:t>
      </w:r>
      <w:r w:rsidRPr="003D548E">
        <w:rPr>
          <w:rFonts w:ascii="Helvetica" w:hAnsi="Helvetica"/>
        </w:rPr>
        <w:t>Откуда вы знаете, что мне нужно?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D24748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 w:rsidRPr="003D548E">
        <w:rPr>
          <w:rFonts w:ascii="Helvetica" w:hAnsi="Helvetica"/>
          <w:sz w:val="20"/>
        </w:rPr>
        <w:t> </w:t>
      </w:r>
      <w:r w:rsidRPr="003D548E">
        <w:rPr>
          <w:rFonts w:ascii="Helvetica" w:hAnsi="Helvetica"/>
          <w:sz w:val="18"/>
        </w:rPr>
        <w:t>(смеется)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М</w:t>
      </w:r>
      <w:r w:rsidRPr="003D548E">
        <w:rPr>
          <w:rFonts w:ascii="Helvetica" w:hAnsi="Helvetica"/>
        </w:rPr>
        <w:t>оя работа знать, что нужно людя</w:t>
      </w:r>
      <w:r>
        <w:rPr>
          <w:rFonts w:ascii="Helvetica" w:hAnsi="Helvetica"/>
        </w:rPr>
        <w:t xml:space="preserve">м </w:t>
      </w:r>
      <w:r w:rsidRPr="003D548E">
        <w:rPr>
          <w:rFonts w:ascii="Helvetica" w:hAnsi="Helvetica"/>
        </w:rPr>
        <w:t>ещё до того, как они поймут это сами.</w:t>
      </w: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  <w:r w:rsidRPr="008C1908">
        <w:rPr>
          <w:rFonts w:ascii="Helvetica" w:hAnsi="Helvetica"/>
          <w:sz w:val="18"/>
        </w:rPr>
        <w:lastRenderedPageBreak/>
        <w:t xml:space="preserve">Продавец </w:t>
      </w:r>
      <w:r w:rsidRPr="003D548E">
        <w:rPr>
          <w:rFonts w:ascii="Helvetica" w:hAnsi="Helvetica"/>
          <w:sz w:val="18"/>
        </w:rPr>
        <w:t>наклоняется под стойку, роется в ящике, извлекает белый шар, матово светящийся изнутри голубым светом</w:t>
      </w:r>
      <w:r>
        <w:rPr>
          <w:rFonts w:ascii="Helvetica" w:hAnsi="Helvetica"/>
          <w:sz w:val="18"/>
        </w:rPr>
        <w:t>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</w:p>
    <w:p w:rsidR="00164D26" w:rsidRPr="008C1908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D24748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8C1908">
        <w:rPr>
          <w:rFonts w:ascii="Helvetica" w:hAnsi="Helvetica"/>
        </w:rPr>
        <w:t xml:space="preserve">Вот! </w:t>
      </w:r>
      <w:r>
        <w:rPr>
          <w:rFonts w:ascii="Helvetica" w:hAnsi="Helvetica"/>
        </w:rPr>
        <w:t xml:space="preserve"> </w:t>
      </w:r>
      <w:r w:rsidRPr="008C1908">
        <w:rPr>
          <w:rFonts w:ascii="Helvetica" w:hAnsi="Helvetica"/>
        </w:rPr>
        <w:t>Л</w:t>
      </w:r>
      <w:r>
        <w:rPr>
          <w:rFonts w:ascii="Helvetica" w:hAnsi="Helvetica"/>
        </w:rPr>
        <w:t>ОТ</w:t>
      </w:r>
      <w:r w:rsidRPr="008C1908">
        <w:rPr>
          <w:rFonts w:ascii="Helvetica" w:hAnsi="Helvetica"/>
        </w:rPr>
        <w:t xml:space="preserve"> «Живое»</w:t>
      </w:r>
      <w:r>
        <w:rPr>
          <w:rFonts w:ascii="Helvetica" w:hAnsi="Helvetica"/>
        </w:rPr>
        <w:t xml:space="preserve"> - э</w:t>
      </w:r>
      <w:r w:rsidRPr="003D548E">
        <w:rPr>
          <w:rFonts w:ascii="Helvetica" w:hAnsi="Helvetica"/>
        </w:rPr>
        <w:t>ксклюзив. Не идет в открытую продажу. Знаете, что он дает?</w:t>
      </w:r>
    </w:p>
    <w:p w:rsidR="00164D26" w:rsidRPr="00B2011A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Артем смотрит на шар.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7704BE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</w:rPr>
        <w:t>Что?</w:t>
      </w: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18"/>
        </w:rPr>
      </w:pPr>
      <w:r w:rsidRPr="00B1772C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восхищенно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Желание проснуться завтра. Не просто существовать, не терпеть, а именно — захотеть жить. Без побочных эффектов</w:t>
      </w:r>
      <w:r>
        <w:rPr>
          <w:rFonts w:ascii="Helvetica" w:hAnsi="Helvetica"/>
        </w:rPr>
        <w:t>, н</w:t>
      </w:r>
      <w:r w:rsidRPr="003D548E">
        <w:rPr>
          <w:rFonts w:ascii="Helvetica" w:hAnsi="Helvetica"/>
        </w:rPr>
        <w:t>икакой эйфории</w:t>
      </w:r>
      <w:r>
        <w:rPr>
          <w:rFonts w:ascii="Helvetica" w:hAnsi="Helvetica"/>
        </w:rPr>
        <w:t xml:space="preserve"> и </w:t>
      </w:r>
      <w:r w:rsidRPr="003D548E">
        <w:rPr>
          <w:rFonts w:ascii="Helvetica" w:hAnsi="Helvetica"/>
        </w:rPr>
        <w:t xml:space="preserve">ломки. </w:t>
      </w:r>
      <w:r>
        <w:rPr>
          <w:rFonts w:ascii="Helvetica" w:hAnsi="Helvetica"/>
        </w:rPr>
        <w:t xml:space="preserve">Правда </w:t>
      </w:r>
      <w:r w:rsidRPr="003D548E">
        <w:rPr>
          <w:rFonts w:ascii="Helvetica" w:hAnsi="Helvetica"/>
        </w:rPr>
        <w:t xml:space="preserve">на один </w:t>
      </w:r>
      <w:r>
        <w:rPr>
          <w:rFonts w:ascii="Helvetica" w:hAnsi="Helvetica"/>
        </w:rPr>
        <w:t xml:space="preserve">только </w:t>
      </w:r>
      <w:r w:rsidRPr="003D548E">
        <w:rPr>
          <w:rFonts w:ascii="Helvetica" w:hAnsi="Helvetica"/>
        </w:rPr>
        <w:t>месяц.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(держит шар на раскрытой ладони, предлагая рассмотреть)</w:t>
      </w: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D77FE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3D548E">
        <w:rPr>
          <w:rFonts w:ascii="Helvetica" w:hAnsi="Helvetica"/>
        </w:rPr>
        <w:t>Слишком хорошо звучит. В чем подвох?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D77FE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 w:rsidRPr="003D548E">
        <w:rPr>
          <w:rFonts w:ascii="Helvetica" w:hAnsi="Helvetica"/>
          <w:sz w:val="20"/>
        </w:rPr>
        <w:t> </w:t>
      </w:r>
      <w:r w:rsidRPr="003D548E">
        <w:rPr>
          <w:rFonts w:ascii="Helvetica" w:hAnsi="Helvetica"/>
          <w:sz w:val="18"/>
        </w:rPr>
        <w:t>(улыбается открыто)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Абсолютно ни в чем. Товар сертифицирован. Вопрос только в ликвидности ваших активов.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D77FE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В </w:t>
      </w:r>
      <w:r>
        <w:rPr>
          <w:rFonts w:ascii="Helvetica" w:hAnsi="Helvetica"/>
        </w:rPr>
        <w:t>чем</w:t>
      </w:r>
      <w:r w:rsidRPr="003D548E">
        <w:rPr>
          <w:rFonts w:ascii="Helvetica" w:hAnsi="Helvetica"/>
        </w:rPr>
        <w:t>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D77FE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 w:rsidRPr="003D548E">
        <w:rPr>
          <w:rFonts w:ascii="Helvetica" w:hAnsi="Helvetica"/>
          <w:sz w:val="20"/>
        </w:rPr>
        <w:t> (</w:t>
      </w:r>
      <w:r>
        <w:rPr>
          <w:rFonts w:ascii="Helvetica" w:hAnsi="Helvetica"/>
          <w:sz w:val="18"/>
        </w:rPr>
        <w:t>улыбается</w:t>
      </w:r>
      <w:r w:rsidRPr="003D548E">
        <w:rPr>
          <w:rFonts w:ascii="Helvetica" w:hAnsi="Helvetica"/>
          <w:sz w:val="18"/>
        </w:rPr>
        <w:t>, но глаза остаются холодными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</w:rPr>
        <w:t>Послушайте, Артем К., этот ЛОТ бесценен, поэтому и цена особая!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Тут не обойтись одним–двумя стертыми воспоминаниями. </w:t>
      </w:r>
      <w:r w:rsidRPr="003D548E">
        <w:rPr>
          <w:rFonts w:ascii="Helvetica" w:hAnsi="Helvetica"/>
          <w:sz w:val="18"/>
        </w:rPr>
        <w:t xml:space="preserve">(прищуривается, всматриваясь в Артема) </w:t>
      </w:r>
      <w:r w:rsidRPr="003D548E">
        <w:rPr>
          <w:rFonts w:ascii="Helvetica" w:hAnsi="Helvetica"/>
        </w:rPr>
        <w:t>Вам это будет стоит</w:t>
      </w:r>
      <w:r>
        <w:rPr>
          <w:rFonts w:ascii="Helvetica" w:hAnsi="Helvetica"/>
        </w:rPr>
        <w:t>ь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50</w:t>
      </w:r>
      <w:r w:rsidRPr="003D548E">
        <w:rPr>
          <w:rFonts w:ascii="Helvetica" w:hAnsi="Helvetica"/>
        </w:rPr>
        <w:t>% всех ваших страданий</w:t>
      </w:r>
      <w:r>
        <w:rPr>
          <w:rFonts w:ascii="Helvetica" w:hAnsi="Helvetica"/>
        </w:rPr>
        <w:t xml:space="preserve"> текущей жизни</w:t>
      </w:r>
      <w:r w:rsidRPr="003D548E">
        <w:rPr>
          <w:rFonts w:ascii="Helvetica" w:hAnsi="Helvetica"/>
        </w:rPr>
        <w:t xml:space="preserve"> — цена на сегодня. </w:t>
      </w:r>
      <w:r>
        <w:rPr>
          <w:rFonts w:ascii="Helvetica" w:hAnsi="Helvetica"/>
        </w:rPr>
        <w:t>Но</w:t>
      </w:r>
      <w:r w:rsidRPr="003D548E">
        <w:rPr>
          <w:rFonts w:ascii="Helvetica" w:hAnsi="Helvetica"/>
        </w:rPr>
        <w:t xml:space="preserve">, к сожалению, выбирать </w:t>
      </w:r>
      <w:r>
        <w:rPr>
          <w:rFonts w:ascii="Helvetica" w:hAnsi="Helvetica"/>
        </w:rPr>
        <w:t xml:space="preserve">какие </w:t>
      </w:r>
      <w:r w:rsidRPr="003D548E">
        <w:rPr>
          <w:rFonts w:ascii="Helvetica" w:hAnsi="Helvetica"/>
        </w:rPr>
        <w:t xml:space="preserve">воспоминания </w:t>
      </w:r>
      <w:r>
        <w:rPr>
          <w:rFonts w:ascii="Helvetica" w:hAnsi="Helvetica"/>
        </w:rPr>
        <w:t xml:space="preserve">отдать, </w:t>
      </w:r>
      <w:r w:rsidRPr="003D548E">
        <w:rPr>
          <w:rFonts w:ascii="Helvetica" w:hAnsi="Helvetica"/>
        </w:rPr>
        <w:t xml:space="preserve">будете не вы. Система сама </w:t>
      </w:r>
      <w:r>
        <w:rPr>
          <w:rFonts w:ascii="Helvetica" w:hAnsi="Helvetica"/>
        </w:rPr>
        <w:t xml:space="preserve">это </w:t>
      </w:r>
      <w:r w:rsidRPr="003D548E">
        <w:rPr>
          <w:rFonts w:ascii="Helvetica" w:hAnsi="Helvetica"/>
        </w:rPr>
        <w:t>определит</w:t>
      </w:r>
      <w:r>
        <w:rPr>
          <w:rFonts w:ascii="Helvetica" w:hAnsi="Helvetica"/>
        </w:rPr>
        <w:t xml:space="preserve"> и изымет</w:t>
      </w:r>
      <w:r w:rsidRPr="003D548E">
        <w:rPr>
          <w:rFonts w:ascii="Helvetica" w:hAnsi="Helvetica"/>
        </w:rPr>
        <w:t>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D3584A">
        <w:rPr>
          <w:rFonts w:ascii="Helvetica" w:hAnsi="Helvetica"/>
          <w:sz w:val="18"/>
        </w:rPr>
        <w:t xml:space="preserve">Продавец </w:t>
      </w:r>
      <w:r>
        <w:rPr>
          <w:rFonts w:ascii="Helvetica" w:hAnsi="Helvetica"/>
          <w:sz w:val="18"/>
        </w:rPr>
        <w:t xml:space="preserve">радости </w:t>
      </w:r>
      <w:r w:rsidRPr="00D3584A">
        <w:rPr>
          <w:rFonts w:ascii="Helvetica" w:hAnsi="Helvetica"/>
          <w:sz w:val="18"/>
        </w:rPr>
        <w:t>с застывшей улыбкой</w:t>
      </w:r>
      <w:r>
        <w:rPr>
          <w:rFonts w:ascii="Helvetica" w:hAnsi="Helvetica"/>
          <w:sz w:val="18"/>
        </w:rPr>
        <w:t xml:space="preserve"> </w:t>
      </w:r>
      <w:r w:rsidRPr="00D3584A">
        <w:rPr>
          <w:rFonts w:ascii="Helvetica" w:hAnsi="Helvetica"/>
          <w:sz w:val="18"/>
        </w:rPr>
        <w:t xml:space="preserve">наблюдает за Артемом. Артем завороженно смотрит на шар. За профессиональным фасадом Продавца </w:t>
      </w:r>
      <w:r>
        <w:rPr>
          <w:rFonts w:ascii="Helvetica" w:hAnsi="Helvetica"/>
          <w:sz w:val="18"/>
        </w:rPr>
        <w:t xml:space="preserve">радости </w:t>
      </w:r>
      <w:r w:rsidRPr="00D3584A">
        <w:rPr>
          <w:rFonts w:ascii="Helvetica" w:hAnsi="Helvetica"/>
          <w:sz w:val="18"/>
        </w:rPr>
        <w:t>едва скрывается голодный, хищный интерес коллекционера к редкому экспонату</w:t>
      </w:r>
      <w:r w:rsidRPr="003D548E">
        <w:rPr>
          <w:rFonts w:ascii="Helvetica" w:hAnsi="Helvetica"/>
          <w:sz w:val="18"/>
        </w:rPr>
        <w:t>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D3584A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proofErr w:type="gramStart"/>
      <w:r w:rsidRPr="00452FB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18"/>
        </w:rPr>
        <w:t>(</w:t>
      </w:r>
      <w:proofErr w:type="gramEnd"/>
      <w:r w:rsidRPr="003D548E">
        <w:rPr>
          <w:rFonts w:ascii="Helvetica" w:hAnsi="Helvetica"/>
          <w:sz w:val="18"/>
        </w:rPr>
        <w:t>трет запястье)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На один месяц?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452FB5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ПРОДАВЕЦ РАДОСТИ. </w:t>
      </w:r>
      <w:r w:rsidRPr="003D548E">
        <w:rPr>
          <w:rFonts w:ascii="Helvetica" w:hAnsi="Helvetica"/>
        </w:rPr>
        <w:t>Да, на один месяц</w:t>
      </w:r>
      <w:r>
        <w:rPr>
          <w:rFonts w:ascii="Helvetica" w:hAnsi="Helvetica"/>
        </w:rPr>
        <w:t>, н</w:t>
      </w:r>
      <w:r w:rsidRPr="003D548E">
        <w:rPr>
          <w:rFonts w:ascii="Helvetica" w:hAnsi="Helvetica"/>
        </w:rPr>
        <w:t>о это хороший старт</w:t>
      </w:r>
      <w:r>
        <w:rPr>
          <w:rFonts w:ascii="Helvetica" w:hAnsi="Helvetica"/>
        </w:rPr>
        <w:t xml:space="preserve"> для новичка</w:t>
      </w:r>
      <w:r w:rsidRPr="003D548E">
        <w:rPr>
          <w:rFonts w:ascii="Helvetica" w:hAnsi="Helvetica"/>
        </w:rPr>
        <w:t>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452FB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А </w:t>
      </w:r>
      <w:r>
        <w:rPr>
          <w:rFonts w:ascii="Helvetica" w:hAnsi="Helvetica"/>
        </w:rPr>
        <w:t xml:space="preserve">что </w:t>
      </w:r>
      <w:r w:rsidRPr="003D548E">
        <w:rPr>
          <w:rFonts w:ascii="Helvetica" w:hAnsi="Helvetica"/>
        </w:rPr>
        <w:t xml:space="preserve">через месяц?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 w:rsidRPr="002101E9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 w:rsidRPr="003D548E">
        <w:rPr>
          <w:rFonts w:ascii="Helvetica" w:hAnsi="Helvetica"/>
          <w:sz w:val="18"/>
        </w:rPr>
        <w:t xml:space="preserve"> (честно, без ужимок) </w:t>
      </w:r>
      <w:r>
        <w:rPr>
          <w:rFonts w:ascii="Helvetica" w:hAnsi="Helvetica"/>
        </w:rPr>
        <w:t>Ваши страдания вернуться снова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и</w:t>
      </w:r>
      <w:r w:rsidRPr="003D548E">
        <w:rPr>
          <w:rFonts w:ascii="Helvetica" w:hAnsi="Helvetica"/>
        </w:rPr>
        <w:t xml:space="preserve"> должен вас предупредить, что система удержит </w:t>
      </w:r>
      <w:r>
        <w:rPr>
          <w:rFonts w:ascii="Helvetica" w:hAnsi="Helvetica"/>
        </w:rPr>
        <w:t xml:space="preserve">комиссию 25% из </w:t>
      </w:r>
      <w:r w:rsidRPr="003D548E">
        <w:rPr>
          <w:rFonts w:ascii="Helvetica" w:hAnsi="Helvetica"/>
        </w:rPr>
        <w:t>изъятого</w:t>
      </w:r>
      <w:r>
        <w:rPr>
          <w:rFonts w:ascii="Helvetica" w:hAnsi="Helvetica"/>
        </w:rPr>
        <w:t xml:space="preserve"> по своему усмотрению</w:t>
      </w:r>
      <w:r w:rsidRPr="003D548E">
        <w:rPr>
          <w:rFonts w:ascii="Helvetica" w:hAnsi="Helvetica"/>
        </w:rPr>
        <w:t>. Но у вас будет целый месяц</w:t>
      </w:r>
      <w:r>
        <w:rPr>
          <w:rFonts w:ascii="Helvetica" w:hAnsi="Helvetica"/>
        </w:rPr>
        <w:t xml:space="preserve"> -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м</w:t>
      </w:r>
      <w:r w:rsidRPr="003D548E">
        <w:rPr>
          <w:rFonts w:ascii="Helvetica" w:hAnsi="Helvetica"/>
        </w:rPr>
        <w:t xml:space="preserve">есяц радости и тишины. А там — либо вы окрепнете и сможете нести этот груз дальше, либо… </w:t>
      </w:r>
      <w:r w:rsidRPr="003D548E">
        <w:rPr>
          <w:rFonts w:ascii="Helvetica" w:hAnsi="Helvetica"/>
          <w:sz w:val="18"/>
        </w:rPr>
        <w:t>(выразительно замолкает)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182B3D"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>АРТЕМ.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Либо вернусь к вам?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 w:rsidRPr="00182B3D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3D548E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</w:rPr>
        <w:t>Либо вернётесь к нам</w:t>
      </w:r>
      <w:r>
        <w:rPr>
          <w:rFonts w:ascii="Helvetica" w:hAnsi="Helvetica"/>
        </w:rPr>
        <w:t>, н</w:t>
      </w:r>
      <w:r w:rsidRPr="003D548E">
        <w:rPr>
          <w:rFonts w:ascii="Helvetica" w:hAnsi="Helvetica"/>
        </w:rPr>
        <w:t>о уже на других условиях, к сожалению.</w:t>
      </w:r>
      <w:r w:rsidRPr="00182B3D">
        <w:rPr>
          <w:rFonts w:ascii="Helvetica" w:hAnsi="Helvetica"/>
          <w:sz w:val="18"/>
        </w:rPr>
        <w:t xml:space="preserve"> (</w:t>
      </w:r>
      <w:r w:rsidRPr="003D548E">
        <w:rPr>
          <w:rFonts w:ascii="Helvetica" w:hAnsi="Helvetica"/>
          <w:sz w:val="18"/>
        </w:rPr>
        <w:t>меняет улыбку на серьезный взгляд)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182B3D">
        <w:rPr>
          <w:rFonts w:ascii="Helvetica" w:hAnsi="Helvetica"/>
          <w:sz w:val="18"/>
        </w:rPr>
        <w:t>Толпа начинает гудеть и кричат</w:t>
      </w:r>
      <w:r>
        <w:rPr>
          <w:rFonts w:ascii="Helvetica" w:hAnsi="Helvetica"/>
          <w:sz w:val="18"/>
        </w:rPr>
        <w:t>ь</w:t>
      </w:r>
      <w:r w:rsidRPr="00182B3D">
        <w:rPr>
          <w:rFonts w:ascii="Helvetica" w:hAnsi="Helvetica"/>
          <w:sz w:val="18"/>
        </w:rPr>
        <w:t>.</w:t>
      </w:r>
    </w:p>
    <w:p w:rsidR="00164D26" w:rsidRPr="00182B3D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rPr>
          <w:rFonts w:ascii="Helvetica" w:hAnsi="Helvetica"/>
        </w:rPr>
      </w:pPr>
      <w:r w:rsidRPr="00452FB5">
        <w:rPr>
          <w:rFonts w:ascii="Helvetica" w:eastAsiaTheme="majorEastAsia" w:hAnsi="Helvetica" w:cstheme="majorHAnsi"/>
          <w:caps/>
          <w:color w:val="000000" w:themeColor="text1"/>
          <w:spacing w:val="48"/>
        </w:rPr>
        <w:t>КРИКИ ТОЛПЫ.</w:t>
      </w:r>
      <w:r w:rsidRPr="00452FB5">
        <w:rPr>
          <w:rFonts w:ascii="Helvetica" w:eastAsiaTheme="majorEastAsia" w:hAnsi="Helvetica" w:cstheme="majorHAnsi"/>
          <w:caps/>
          <w:color w:val="000000" w:themeColor="text1"/>
          <w:spacing w:val="48"/>
        </w:rPr>
        <w:br/>
      </w:r>
      <w:r w:rsidRPr="003D548E">
        <w:rPr>
          <w:rFonts w:ascii="Helvetica" w:hAnsi="Helvetica"/>
        </w:rPr>
        <w:t>— Эй, продавец, заканчивай с ним!</w:t>
      </w:r>
      <w:r w:rsidRPr="003D548E">
        <w:rPr>
          <w:rFonts w:ascii="Helvetica" w:hAnsi="Helvetica"/>
        </w:rPr>
        <w:br/>
        <w:t>— Нам тоже хочется!</w:t>
      </w: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Продавец </w:t>
      </w:r>
      <w:r w:rsidRPr="003D548E">
        <w:rPr>
          <w:rFonts w:ascii="Helvetica" w:hAnsi="Helvetica"/>
          <w:sz w:val="18"/>
        </w:rPr>
        <w:t>жестом останавливает особо рьяного покупателя</w:t>
      </w:r>
      <w:r>
        <w:rPr>
          <w:rFonts w:ascii="Helvetica" w:hAnsi="Helvetica"/>
          <w:sz w:val="18"/>
        </w:rPr>
        <w:t xml:space="preserve">.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Артем тянет руку к шару, но в последний момент останавливается.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FE421B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АРТЕМ. </w:t>
      </w:r>
      <w:r w:rsidRPr="003D548E">
        <w:rPr>
          <w:rFonts w:ascii="Helvetica" w:hAnsi="Helvetica"/>
        </w:rPr>
        <w:t>Почему вы хотите, чтобы я взял именно этот ЛОТ? Что получаете</w:t>
      </w:r>
      <w:r>
        <w:rPr>
          <w:rFonts w:ascii="Helvetica" w:hAnsi="Helvetica"/>
        </w:rPr>
        <w:t xml:space="preserve"> вы</w:t>
      </w:r>
      <w:r w:rsidRPr="003D548E">
        <w:rPr>
          <w:rFonts w:ascii="Helvetica" w:hAnsi="Helvetica"/>
        </w:rPr>
        <w:t xml:space="preserve">?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65147A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 </w:t>
      </w:r>
      <w:r>
        <w:rPr>
          <w:rFonts w:ascii="Helvetica" w:hAnsi="Helvetica"/>
          <w:sz w:val="18"/>
        </w:rPr>
        <w:t>(</w:t>
      </w:r>
      <w:r w:rsidRPr="003D548E">
        <w:rPr>
          <w:rFonts w:ascii="Helvetica" w:hAnsi="Helvetica"/>
          <w:sz w:val="18"/>
        </w:rPr>
        <w:t>смеётся)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Что я получаю? Знаете, м</w:t>
      </w:r>
      <w:r w:rsidRPr="00FE421B">
        <w:rPr>
          <w:rFonts w:ascii="Helvetica" w:hAnsi="Helvetica"/>
        </w:rPr>
        <w:t xml:space="preserve">ассовый товар </w:t>
      </w:r>
      <w:r>
        <w:rPr>
          <w:rFonts w:ascii="Helvetica" w:hAnsi="Helvetica"/>
        </w:rPr>
        <w:t xml:space="preserve">так </w:t>
      </w:r>
      <w:r w:rsidRPr="00FE421B">
        <w:rPr>
          <w:rFonts w:ascii="Helvetica" w:hAnsi="Helvetica"/>
        </w:rPr>
        <w:t xml:space="preserve">скучен. </w:t>
      </w:r>
      <w:r>
        <w:rPr>
          <w:rFonts w:ascii="Helvetica" w:hAnsi="Helvetica"/>
        </w:rPr>
        <w:t xml:space="preserve">А ваша глубокая боль и </w:t>
      </w:r>
      <w:r w:rsidRPr="009D5B41">
        <w:rPr>
          <w:rFonts w:ascii="Helvetica" w:hAnsi="Helvetica"/>
        </w:rPr>
        <w:t xml:space="preserve">вина </w:t>
      </w:r>
      <w:r>
        <w:rPr>
          <w:rFonts w:ascii="Helvetica" w:hAnsi="Helvetica"/>
        </w:rPr>
        <w:t xml:space="preserve">- большая </w:t>
      </w:r>
      <w:r w:rsidRPr="00FE421B">
        <w:rPr>
          <w:rFonts w:ascii="Helvetica" w:hAnsi="Helvetica"/>
        </w:rPr>
        <w:t>редкость</w:t>
      </w:r>
      <w:r>
        <w:rPr>
          <w:rFonts w:ascii="Helvetica" w:hAnsi="Helvetica"/>
        </w:rPr>
        <w:t xml:space="preserve"> в здешних местах</w:t>
      </w:r>
      <w:r w:rsidRPr="003D548E">
        <w:rPr>
          <w:rFonts w:ascii="Helvetica" w:hAnsi="Helvetica"/>
          <w:sz w:val="27"/>
        </w:rPr>
        <w:t>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(подмигивает)</w:t>
      </w:r>
      <w:r w:rsidRPr="009D5B41">
        <w:rPr>
          <w:rFonts w:ascii="Helvetica" w:hAnsi="Helvetica"/>
        </w:rPr>
        <w:t xml:space="preserve">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Артем отшатывается, будто его ударили.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90AE7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20"/>
        </w:rPr>
        <w:t xml:space="preserve"> </w:t>
      </w:r>
      <w:r w:rsidRPr="00990AE7">
        <w:rPr>
          <w:rFonts w:ascii="Helvetica" w:hAnsi="Helvetica"/>
          <w:sz w:val="18"/>
        </w:rPr>
        <w:t>(с отвращением)</w:t>
      </w:r>
      <w:r>
        <w:rPr>
          <w:rFonts w:ascii="Helvetica" w:hAnsi="Helvetica"/>
          <w:sz w:val="20"/>
        </w:rPr>
        <w:t xml:space="preserve"> </w:t>
      </w:r>
      <w:r w:rsidRPr="00B6600B">
        <w:rPr>
          <w:rFonts w:ascii="Helvetica" w:hAnsi="Helvetica"/>
        </w:rPr>
        <w:t xml:space="preserve">Я что </w:t>
      </w:r>
      <w:r>
        <w:rPr>
          <w:rFonts w:ascii="Helvetica" w:hAnsi="Helvetica"/>
        </w:rPr>
        <w:t>товар?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90AE7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 w:rsidRPr="003D548E">
        <w:rPr>
          <w:rFonts w:ascii="Helvetica" w:hAnsi="Helvetica"/>
          <w:sz w:val="20"/>
        </w:rPr>
        <w:t> </w:t>
      </w:r>
      <w:r w:rsidRPr="003D548E">
        <w:rPr>
          <w:rFonts w:ascii="Helvetica" w:hAnsi="Helvetica"/>
          <w:sz w:val="18"/>
        </w:rPr>
        <w:t>(мгновенно меняет тон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</w:rPr>
        <w:t>Н</w:t>
      </w:r>
      <w:r w:rsidRPr="00B6600B">
        <w:rPr>
          <w:rFonts w:ascii="Helvetica" w:hAnsi="Helvetica"/>
        </w:rPr>
        <w:t xml:space="preserve">ет, </w:t>
      </w:r>
      <w:r>
        <w:rPr>
          <w:rFonts w:ascii="Helvetica" w:hAnsi="Helvetica"/>
        </w:rPr>
        <w:t xml:space="preserve">нет, </w:t>
      </w:r>
      <w:r w:rsidRPr="00B6600B">
        <w:rPr>
          <w:rFonts w:ascii="Helvetica" w:hAnsi="Helvetica"/>
        </w:rPr>
        <w:t>конечно</w:t>
      </w:r>
      <w:r>
        <w:rPr>
          <w:rFonts w:ascii="Helvetica" w:hAnsi="Helvetica"/>
        </w:rPr>
        <w:t xml:space="preserve"> нет</w:t>
      </w:r>
      <w:r w:rsidRPr="00B6600B">
        <w:rPr>
          <w:rFonts w:ascii="Helvetica" w:hAnsi="Helvetica"/>
        </w:rPr>
        <w:t xml:space="preserve">. Извините. </w:t>
      </w:r>
      <w:r w:rsidRPr="003D548E">
        <w:rPr>
          <w:rFonts w:ascii="Helvetica" w:hAnsi="Helvetica"/>
        </w:rPr>
        <w:t>Оговорился. Профессиональный жаргон, знаете ли, увлекся</w:t>
      </w:r>
      <w:r>
        <w:rPr>
          <w:rFonts w:ascii="Helvetica" w:hAnsi="Helvetica"/>
        </w:rPr>
        <w:t xml:space="preserve"> и…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Пауза.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90AE7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</w:t>
      </w:r>
      <w:r w:rsidRPr="0074663F">
        <w:rPr>
          <w:rFonts w:ascii="Helvetica" w:hAnsi="Helvetica"/>
          <w:sz w:val="18"/>
        </w:rPr>
        <w:t>.</w:t>
      </w:r>
      <w:r>
        <w:rPr>
          <w:rFonts w:ascii="Helvetica" w:hAnsi="Helvetica"/>
          <w:sz w:val="18"/>
        </w:rPr>
        <w:t xml:space="preserve"> </w:t>
      </w:r>
      <w:r w:rsidRPr="0074663F">
        <w:rPr>
          <w:rFonts w:ascii="Helvetica" w:hAnsi="Helvetica"/>
          <w:sz w:val="18"/>
        </w:rPr>
        <w:t>(резко</w:t>
      </w:r>
      <w:r>
        <w:rPr>
          <w:rFonts w:ascii="Helvetica" w:hAnsi="Helvetica"/>
          <w:sz w:val="18"/>
        </w:rPr>
        <w:t xml:space="preserve"> перебивает</w:t>
      </w:r>
      <w:r w:rsidRPr="0074663F">
        <w:rPr>
          <w:rFonts w:ascii="Helvetica" w:hAnsi="Helvetica"/>
          <w:sz w:val="18"/>
        </w:rPr>
        <w:t>)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3D548E">
        <w:rPr>
          <w:rFonts w:ascii="Helvetica" w:hAnsi="Helvetica"/>
        </w:rPr>
        <w:t>Мне ничего не нужно</w:t>
      </w:r>
      <w:r>
        <w:rPr>
          <w:rFonts w:ascii="Helvetica" w:hAnsi="Helvetica"/>
        </w:rPr>
        <w:t>.</w:t>
      </w:r>
      <w:r w:rsidRPr="003D548E">
        <w:rPr>
          <w:rFonts w:ascii="Helvetica" w:hAnsi="Helvetica"/>
        </w:rPr>
        <w:t xml:space="preserve"> 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74663F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 w:rsidRPr="003D548E">
        <w:rPr>
          <w:rFonts w:ascii="Helvetica" w:hAnsi="Helvetica"/>
          <w:sz w:val="20"/>
        </w:rPr>
        <w:t> </w:t>
      </w:r>
      <w:r w:rsidRPr="003D548E">
        <w:rPr>
          <w:rFonts w:ascii="Helvetica" w:hAnsi="Helvetica"/>
          <w:sz w:val="18"/>
        </w:rPr>
        <w:t>(медленно, с сожалением, убирает шар обратно в ящик, но делает это демонстративно медленно, оставляя Артему шанс передумать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Что ж, Артем К., я не настаиваю. Мы никого не держим силой. Мы просто предлагаем выбор. Погуляйте, посмотрите, что ещё здесь есть для вас. У нас широкий ассортимент. Например, ЛОТ «Гнев» — очень бодрит, рекомендую. Или ЛОТ «Равнодушие»</w:t>
      </w:r>
      <w:r>
        <w:rPr>
          <w:rFonts w:ascii="Helvetica" w:hAnsi="Helvetica"/>
        </w:rPr>
        <w:t xml:space="preserve">, </w:t>
      </w:r>
      <w:r w:rsidRPr="003D548E">
        <w:rPr>
          <w:rFonts w:ascii="Helvetica" w:hAnsi="Helvetica"/>
        </w:rPr>
        <w:t>для тех, кому надоело чувствовать</w:t>
      </w:r>
      <w:r>
        <w:rPr>
          <w:rFonts w:ascii="Helvetica" w:hAnsi="Helvetica"/>
        </w:rPr>
        <w:t xml:space="preserve">, </w:t>
      </w:r>
      <w:r w:rsidRPr="003D548E">
        <w:rPr>
          <w:rFonts w:ascii="Helvetica" w:hAnsi="Helvetica"/>
        </w:rPr>
        <w:t>тоже прекрасное решение вашей проблемы.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62CD1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74663F">
        <w:rPr>
          <w:rFonts w:ascii="Helvetica" w:hAnsi="Helvetica"/>
          <w:sz w:val="18"/>
        </w:rPr>
        <w:t xml:space="preserve"> (резко</w:t>
      </w:r>
      <w:r>
        <w:rPr>
          <w:rFonts w:ascii="Helvetica" w:hAnsi="Helvetica"/>
          <w:sz w:val="18"/>
        </w:rPr>
        <w:t xml:space="preserve">) </w:t>
      </w:r>
      <w:r w:rsidRPr="003D548E">
        <w:rPr>
          <w:rFonts w:ascii="Helvetica" w:hAnsi="Helvetica"/>
        </w:rPr>
        <w:t>Я разберусь.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6D11B3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Уверен, что так и будет. Только помните: здесь все дороги ведут в один отдел — </w:t>
      </w:r>
      <w:r>
        <w:rPr>
          <w:rFonts w:ascii="Helvetica" w:hAnsi="Helvetica"/>
        </w:rPr>
        <w:t>«О</w:t>
      </w:r>
      <w:r w:rsidRPr="003D548E">
        <w:rPr>
          <w:rFonts w:ascii="Helvetica" w:hAnsi="Helvetica"/>
        </w:rPr>
        <w:t xml:space="preserve">тдел </w:t>
      </w:r>
      <w:r>
        <w:rPr>
          <w:rFonts w:ascii="Helvetica" w:hAnsi="Helvetica"/>
        </w:rPr>
        <w:t>в</w:t>
      </w:r>
      <w:r w:rsidRPr="003D548E">
        <w:rPr>
          <w:rFonts w:ascii="Helvetica" w:hAnsi="Helvetica"/>
        </w:rPr>
        <w:t xml:space="preserve">зыскания». </w:t>
      </w:r>
      <w:r w:rsidRPr="003D548E">
        <w:rPr>
          <w:rFonts w:ascii="Helvetica" w:hAnsi="Helvetica"/>
          <w:sz w:val="18"/>
        </w:rPr>
        <w:t xml:space="preserve">(его лицо становится серьёзным, почти сочувствующим.) </w:t>
      </w:r>
      <w:r w:rsidRPr="003D548E">
        <w:rPr>
          <w:rFonts w:ascii="Helvetica" w:hAnsi="Helvetica"/>
        </w:rPr>
        <w:t>И они уже ждут вас. Отказ от сделки — это тоже сделка</w:t>
      </w:r>
      <w:r>
        <w:rPr>
          <w:rFonts w:ascii="Helvetica" w:hAnsi="Helvetica"/>
        </w:rPr>
        <w:t>, п</w:t>
      </w:r>
      <w:r w:rsidRPr="003D548E">
        <w:rPr>
          <w:rFonts w:ascii="Helvetica" w:hAnsi="Helvetica"/>
        </w:rPr>
        <w:t xml:space="preserve">росто на других условиях. </w:t>
      </w:r>
      <w:r w:rsidRPr="006D11B3">
        <w:rPr>
          <w:rFonts w:ascii="Helvetica" w:hAnsi="Helvetica"/>
          <w:sz w:val="18"/>
        </w:rPr>
        <w:t>(сочувствующе</w:t>
      </w:r>
      <w:r>
        <w:rPr>
          <w:rFonts w:ascii="Helvetica" w:hAnsi="Helvetica"/>
          <w:sz w:val="18"/>
        </w:rPr>
        <w:t xml:space="preserve">) </w:t>
      </w:r>
      <w:r w:rsidRPr="003D548E">
        <w:rPr>
          <w:rFonts w:ascii="Helvetica" w:hAnsi="Helvetica"/>
        </w:rPr>
        <w:t xml:space="preserve">Те, кто уходит с пустыми руками, </w:t>
      </w:r>
      <w:r>
        <w:rPr>
          <w:rFonts w:ascii="Helvetica" w:hAnsi="Helvetica"/>
        </w:rPr>
        <w:t xml:space="preserve">к сожалению, </w:t>
      </w:r>
      <w:r w:rsidRPr="003D548E">
        <w:rPr>
          <w:rFonts w:ascii="Helvetica" w:hAnsi="Helvetica"/>
        </w:rPr>
        <w:t>редко уходят далеко.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contextualSpacing/>
        <w:jc w:val="center"/>
        <w:rPr>
          <w:rFonts w:ascii="Helvetica" w:hAnsi="Helvetica"/>
          <w:sz w:val="18"/>
        </w:rPr>
      </w:pPr>
      <w:r w:rsidRPr="00A843D8">
        <w:rPr>
          <w:rFonts w:ascii="Helvetica" w:hAnsi="Helvetica"/>
          <w:sz w:val="18"/>
        </w:rPr>
        <w:lastRenderedPageBreak/>
        <w:t xml:space="preserve">Артем хочет ему ответить, но Продавец уже разворачивается к толпе. </w:t>
      </w:r>
    </w:p>
    <w:p w:rsidR="00164D26" w:rsidRDefault="00164D26" w:rsidP="00164D26">
      <w:pPr>
        <w:contextualSpacing/>
        <w:jc w:val="center"/>
        <w:rPr>
          <w:rFonts w:ascii="Helvetica" w:hAnsi="Helvetica"/>
          <w:sz w:val="18"/>
        </w:rPr>
      </w:pPr>
      <w:r w:rsidRPr="00A843D8">
        <w:rPr>
          <w:rFonts w:ascii="Helvetica" w:hAnsi="Helvetica"/>
          <w:sz w:val="18"/>
        </w:rPr>
        <w:t>Его голос мгновенно переключается на профессиональный, безразличный режим.</w:t>
      </w:r>
    </w:p>
    <w:p w:rsidR="00164D26" w:rsidRPr="00AC502A" w:rsidRDefault="00164D26" w:rsidP="00164D26">
      <w:pPr>
        <w:contextualSpacing/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F14C2C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РАДОСТИ.</w:t>
      </w:r>
      <w:r w:rsidRPr="003D548E">
        <w:rPr>
          <w:rFonts w:ascii="Helvetica" w:hAnsi="Helvetica"/>
          <w:sz w:val="20"/>
        </w:rPr>
        <w:t> 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бодро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Следующий! Пакет «Вечерний бриз» или «Утренний заряд»? Выбирайте быстрее! Время слишком дорогой товар, и оно </w:t>
      </w:r>
      <w:r>
        <w:rPr>
          <w:rFonts w:ascii="Helvetica" w:hAnsi="Helvetica"/>
        </w:rPr>
        <w:t xml:space="preserve">вам </w:t>
      </w:r>
      <w:r w:rsidRPr="003D548E">
        <w:rPr>
          <w:rFonts w:ascii="Helvetica" w:hAnsi="Helvetica"/>
        </w:rPr>
        <w:t>не по карману!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contextualSpacing/>
        <w:jc w:val="both"/>
        <w:rPr>
          <w:rFonts w:ascii="Helvetica" w:hAnsi="Helvetica"/>
          <w:sz w:val="18"/>
        </w:rPr>
      </w:pPr>
      <w:r w:rsidRPr="0059573E">
        <w:rPr>
          <w:rFonts w:ascii="Helvetica" w:hAnsi="Helvetica"/>
          <w:sz w:val="18"/>
        </w:rPr>
        <w:t xml:space="preserve">Толпа </w:t>
      </w:r>
      <w:r>
        <w:rPr>
          <w:rFonts w:ascii="Helvetica" w:hAnsi="Helvetica"/>
          <w:sz w:val="18"/>
        </w:rPr>
        <w:t xml:space="preserve">начинает гудеть, </w:t>
      </w:r>
      <w:r w:rsidRPr="0059573E">
        <w:rPr>
          <w:rFonts w:ascii="Helvetica" w:hAnsi="Helvetica"/>
          <w:sz w:val="18"/>
        </w:rPr>
        <w:t>грубо отталкива</w:t>
      </w:r>
      <w:r>
        <w:rPr>
          <w:rFonts w:ascii="Helvetica" w:hAnsi="Helvetica"/>
          <w:sz w:val="18"/>
        </w:rPr>
        <w:t>я</w:t>
      </w:r>
      <w:r w:rsidRPr="0059573E">
        <w:rPr>
          <w:rFonts w:ascii="Helvetica" w:hAnsi="Helvetica"/>
          <w:sz w:val="18"/>
        </w:rPr>
        <w:t xml:space="preserve"> Артема </w:t>
      </w:r>
      <w:r>
        <w:rPr>
          <w:rFonts w:ascii="Helvetica" w:hAnsi="Helvetica"/>
          <w:sz w:val="18"/>
        </w:rPr>
        <w:t xml:space="preserve">от </w:t>
      </w:r>
      <w:r w:rsidRPr="0059573E">
        <w:rPr>
          <w:rFonts w:ascii="Helvetica" w:hAnsi="Helvetica"/>
          <w:sz w:val="18"/>
        </w:rPr>
        <w:t xml:space="preserve">стойки. </w:t>
      </w:r>
      <w:r>
        <w:rPr>
          <w:rFonts w:ascii="Helvetica" w:hAnsi="Helvetica"/>
          <w:sz w:val="18"/>
        </w:rPr>
        <w:t>Артем</w:t>
      </w:r>
      <w:r w:rsidRPr="0059573E">
        <w:rPr>
          <w:rFonts w:ascii="Helvetica" w:hAnsi="Helvetica"/>
          <w:sz w:val="18"/>
        </w:rPr>
        <w:t xml:space="preserve"> падает </w:t>
      </w:r>
      <w:r>
        <w:rPr>
          <w:rFonts w:ascii="Helvetica" w:hAnsi="Helvetica"/>
          <w:sz w:val="18"/>
        </w:rPr>
        <w:t>и на коленях выле</w:t>
      </w:r>
      <w:r w:rsidRPr="0059573E">
        <w:rPr>
          <w:rFonts w:ascii="Helvetica" w:hAnsi="Helvetica"/>
          <w:sz w:val="18"/>
        </w:rPr>
        <w:t xml:space="preserve">зает из давки. Поднявшись на ноги, он оглядывается и вдруг замечает вдалеке яркую мигающую вывеску «ОТДЕЛ ВЗЫСКАНИЯ». </w:t>
      </w:r>
      <w:r>
        <w:rPr>
          <w:rFonts w:ascii="Helvetica" w:hAnsi="Helvetica"/>
          <w:sz w:val="18"/>
        </w:rPr>
        <w:t>Б</w:t>
      </w:r>
      <w:r w:rsidRPr="0030135D">
        <w:rPr>
          <w:rFonts w:ascii="Helvetica" w:hAnsi="Helvetica"/>
          <w:sz w:val="18"/>
        </w:rPr>
        <w:t>ыст</w:t>
      </w:r>
      <w:r>
        <w:rPr>
          <w:rFonts w:ascii="Helvetica" w:hAnsi="Helvetica"/>
          <w:sz w:val="18"/>
        </w:rPr>
        <w:t xml:space="preserve">рыми шагами он направляется по коридору. </w:t>
      </w:r>
      <w:r w:rsidRPr="00923336">
        <w:rPr>
          <w:rFonts w:ascii="Helvetica" w:hAnsi="Helvetica"/>
          <w:sz w:val="18"/>
        </w:rPr>
        <w:t xml:space="preserve">Артём идёт </w:t>
      </w:r>
      <w:r>
        <w:rPr>
          <w:rFonts w:ascii="Helvetica" w:hAnsi="Helvetica"/>
          <w:sz w:val="18"/>
        </w:rPr>
        <w:t xml:space="preserve">туда </w:t>
      </w:r>
      <w:r w:rsidRPr="00923336">
        <w:rPr>
          <w:rFonts w:ascii="Helvetica" w:hAnsi="Helvetica"/>
          <w:sz w:val="18"/>
        </w:rPr>
        <w:t>не потому, что хочет</w:t>
      </w:r>
      <w:r>
        <w:rPr>
          <w:rFonts w:ascii="Helvetica" w:hAnsi="Helvetica"/>
          <w:sz w:val="18"/>
        </w:rPr>
        <w:t>, а</w:t>
      </w:r>
      <w:r w:rsidRPr="00923336">
        <w:rPr>
          <w:rFonts w:ascii="Helvetica" w:hAnsi="Helvetica"/>
          <w:sz w:val="18"/>
        </w:rPr>
        <w:t xml:space="preserve"> потому, что </w:t>
      </w:r>
      <w:r>
        <w:rPr>
          <w:rFonts w:ascii="Helvetica" w:hAnsi="Helvetica"/>
          <w:sz w:val="18"/>
        </w:rPr>
        <w:t xml:space="preserve">не понимает, где выход. </w:t>
      </w:r>
    </w:p>
    <w:p w:rsidR="00164D26" w:rsidRDefault="00164D26" w:rsidP="00164D26">
      <w:pPr>
        <w:contextualSpacing/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rPr>
          <w:rFonts w:ascii="Helvetica" w:hAnsi="Helvetica"/>
          <w:sz w:val="18"/>
        </w:rPr>
      </w:pPr>
    </w:p>
    <w:p w:rsidR="00164D26" w:rsidRDefault="00164D26" w:rsidP="00164D26">
      <w:pPr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Играет припев ГИМНА АУКЦИОНА:</w:t>
      </w:r>
    </w:p>
    <w:p w:rsidR="00164D26" w:rsidRDefault="00164D26" w:rsidP="00164D26">
      <w:pPr>
        <w:rPr>
          <w:rFonts w:ascii="Helvetica" w:hAnsi="Helvetica"/>
          <w:sz w:val="18"/>
        </w:rPr>
      </w:pPr>
    </w:p>
    <w:p w:rsidR="00164D26" w:rsidRDefault="00164D26" w:rsidP="00164D26">
      <w:pPr>
        <w:rPr>
          <w:rFonts w:ascii="Helvetica" w:hAnsi="Helvetica"/>
          <w:sz w:val="18"/>
        </w:rPr>
      </w:pPr>
      <w:r w:rsidRPr="00A853DD">
        <w:rPr>
          <w:rFonts w:ascii="Helvetica" w:hAnsi="Helvetica"/>
          <w:sz w:val="18"/>
        </w:rPr>
        <w:t>АУКЦИОН! АУКЦИОН!</w:t>
      </w:r>
      <w:r w:rsidRPr="00A853DD">
        <w:rPr>
          <w:rFonts w:ascii="Helvetica" w:hAnsi="Helvetica"/>
          <w:sz w:val="18"/>
        </w:rPr>
        <w:br/>
        <w:t>Для всех открыт наш балаган!</w:t>
      </w:r>
      <w:r w:rsidRPr="00A853DD">
        <w:rPr>
          <w:rFonts w:ascii="Helvetica" w:hAnsi="Helvetica"/>
          <w:sz w:val="18"/>
        </w:rPr>
        <w:br/>
        <w:t>Здесь с молотка уйдет твой стон,</w:t>
      </w:r>
      <w:r w:rsidRPr="00A853DD">
        <w:rPr>
          <w:rFonts w:ascii="Helvetica" w:hAnsi="Helvetica"/>
          <w:sz w:val="18"/>
        </w:rPr>
        <w:br/>
        <w:t>И ждёт тебя спокойный сон!</w:t>
      </w:r>
    </w:p>
    <w:p w:rsidR="00164D26" w:rsidRDefault="00164D26" w:rsidP="00164D26">
      <w:pPr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 w:cstheme="minorBidi"/>
          <w:sz w:val="18"/>
        </w:rPr>
      </w:pPr>
      <w:r w:rsidRPr="00887313">
        <w:rPr>
          <w:rFonts w:ascii="Helvetica" w:hAnsi="Helvetica"/>
          <w:sz w:val="18"/>
        </w:rPr>
        <w:t>Проходя по коридору, Артем замечает по левую сторону стены, мужчину в безупречном костюме</w:t>
      </w:r>
      <w:r>
        <w:rPr>
          <w:rFonts w:ascii="Helvetica" w:hAnsi="Helvetica"/>
          <w:sz w:val="18"/>
        </w:rPr>
        <w:t>,</w:t>
      </w:r>
      <w:r w:rsidRPr="00887313">
        <w:rPr>
          <w:rFonts w:ascii="Helvetica" w:hAnsi="Helvetica"/>
          <w:sz w:val="18"/>
        </w:rPr>
        <w:t xml:space="preserve"> рядом </w:t>
      </w:r>
      <w:r>
        <w:rPr>
          <w:rFonts w:ascii="Helvetica" w:hAnsi="Helvetica"/>
          <w:sz w:val="18"/>
        </w:rPr>
        <w:t xml:space="preserve">- </w:t>
      </w:r>
      <w:r w:rsidRPr="00887313">
        <w:rPr>
          <w:rFonts w:ascii="Helvetica" w:hAnsi="Helvetica"/>
          <w:sz w:val="18"/>
        </w:rPr>
        <w:t xml:space="preserve">брошенный </w:t>
      </w:r>
      <w:r>
        <w:rPr>
          <w:rFonts w:ascii="Helvetica" w:hAnsi="Helvetica"/>
          <w:sz w:val="18"/>
        </w:rPr>
        <w:t xml:space="preserve">дорогой </w:t>
      </w:r>
      <w:r w:rsidRPr="00887313">
        <w:rPr>
          <w:rFonts w:ascii="Helvetica" w:hAnsi="Helvetica"/>
          <w:sz w:val="18"/>
        </w:rPr>
        <w:t xml:space="preserve">портфель. </w:t>
      </w:r>
      <w:r>
        <w:rPr>
          <w:rFonts w:ascii="Helvetica" w:hAnsi="Helvetica"/>
          <w:sz w:val="18"/>
        </w:rPr>
        <w:t>Мужчина сидит н</w:t>
      </w:r>
      <w:r w:rsidRPr="00377493">
        <w:rPr>
          <w:rFonts w:ascii="Helvetica" w:hAnsi="Helvetica"/>
          <w:sz w:val="18"/>
        </w:rPr>
        <w:t>а полу опустив голову</w:t>
      </w:r>
      <w:r>
        <w:rPr>
          <w:rFonts w:ascii="Helvetica" w:hAnsi="Helvetica"/>
          <w:sz w:val="18"/>
        </w:rPr>
        <w:t>, закрыв лицо ладонями и г</w:t>
      </w:r>
      <w:r w:rsidRPr="00377493">
        <w:rPr>
          <w:rFonts w:ascii="Helvetica" w:hAnsi="Helvetica"/>
          <w:sz w:val="18"/>
        </w:rPr>
        <w:t xml:space="preserve">орько громко рыдает, сотрясаясь всем телом. </w:t>
      </w:r>
      <w:r w:rsidRPr="00930369">
        <w:rPr>
          <w:rFonts w:ascii="Helvetica" w:hAnsi="Helvetica" w:cstheme="minorBidi"/>
          <w:sz w:val="18"/>
        </w:rPr>
        <w:t xml:space="preserve">Никто не подходит к </w:t>
      </w:r>
      <w:r>
        <w:rPr>
          <w:rFonts w:ascii="Helvetica" w:hAnsi="Helvetica" w:cstheme="minorBidi"/>
          <w:sz w:val="18"/>
        </w:rPr>
        <w:t>нему</w:t>
      </w:r>
      <w:r w:rsidRPr="00930369">
        <w:rPr>
          <w:rFonts w:ascii="Helvetica" w:hAnsi="Helvetica" w:cstheme="minorBidi"/>
          <w:sz w:val="18"/>
        </w:rPr>
        <w:t xml:space="preserve">. Одни </w:t>
      </w:r>
      <w:r>
        <w:rPr>
          <w:rFonts w:ascii="Helvetica" w:hAnsi="Helvetica" w:cstheme="minorBidi"/>
          <w:sz w:val="18"/>
        </w:rPr>
        <w:t xml:space="preserve">- </w:t>
      </w:r>
      <w:r w:rsidRPr="00930369">
        <w:rPr>
          <w:rFonts w:ascii="Helvetica" w:hAnsi="Helvetica" w:cstheme="minorBidi"/>
          <w:sz w:val="18"/>
        </w:rPr>
        <w:t xml:space="preserve">изумленно смотрят, другие </w:t>
      </w:r>
      <w:r>
        <w:rPr>
          <w:rFonts w:ascii="Helvetica" w:hAnsi="Helvetica" w:cstheme="minorBidi"/>
          <w:sz w:val="18"/>
        </w:rPr>
        <w:t xml:space="preserve">- </w:t>
      </w:r>
      <w:r w:rsidRPr="00930369">
        <w:rPr>
          <w:rFonts w:ascii="Helvetica" w:hAnsi="Helvetica" w:cstheme="minorBidi"/>
          <w:sz w:val="18"/>
        </w:rPr>
        <w:t>неловко отводят глаза. Женщина, напротив, медленно снимает наушник, чтобы услышать рыдания. Стоящий рядом старик с интересом спрашивает</w:t>
      </w:r>
      <w:r>
        <w:rPr>
          <w:rFonts w:ascii="Helvetica" w:hAnsi="Helvetica" w:cstheme="minorBidi"/>
          <w:sz w:val="18"/>
        </w:rPr>
        <w:t xml:space="preserve"> ее</w:t>
      </w:r>
      <w:r w:rsidRPr="00930369">
        <w:rPr>
          <w:rFonts w:ascii="Helvetica" w:hAnsi="Helvetica" w:cstheme="minorBidi"/>
          <w:sz w:val="18"/>
        </w:rPr>
        <w:t>: «Настоящее?»</w:t>
      </w:r>
      <w:r>
        <w:rPr>
          <w:rFonts w:ascii="Helvetica" w:hAnsi="Helvetica" w:cstheme="minorBidi"/>
          <w:sz w:val="18"/>
        </w:rPr>
        <w:t>. В ответ - о</w:t>
      </w:r>
      <w:r w:rsidRPr="00930369">
        <w:rPr>
          <w:rFonts w:ascii="Helvetica" w:hAnsi="Helvetica" w:cstheme="minorBidi"/>
          <w:sz w:val="18"/>
        </w:rPr>
        <w:t xml:space="preserve">на пожимает плечами. </w:t>
      </w:r>
    </w:p>
    <w:p w:rsidR="00164D26" w:rsidRDefault="00164D26" w:rsidP="00164D26">
      <w:pPr>
        <w:jc w:val="both"/>
        <w:rPr>
          <w:rFonts w:ascii="Helvetica" w:hAnsi="Helvetica" w:cstheme="minorBidi"/>
          <w:sz w:val="18"/>
        </w:rPr>
      </w:pPr>
    </w:p>
    <w:p w:rsidR="00164D26" w:rsidRDefault="00164D26" w:rsidP="00164D26">
      <w:pPr>
        <w:jc w:val="both"/>
        <w:rPr>
          <w:rFonts w:ascii="Helvetica" w:hAnsi="Helvetica" w:cstheme="minorBidi"/>
          <w:sz w:val="18"/>
        </w:rPr>
      </w:pPr>
      <w:r>
        <w:rPr>
          <w:rFonts w:ascii="Helvetica" w:hAnsi="Helvetica" w:cstheme="minorBidi"/>
          <w:sz w:val="18"/>
        </w:rPr>
        <w:t xml:space="preserve">Когда </w:t>
      </w:r>
      <w:r w:rsidRPr="00200C9E">
        <w:rPr>
          <w:rFonts w:ascii="Helvetica" w:hAnsi="Helvetica" w:cstheme="minorBidi"/>
          <w:sz w:val="18"/>
        </w:rPr>
        <w:t>Артем проходит мимо мужчины</w:t>
      </w:r>
      <w:r>
        <w:rPr>
          <w:rFonts w:ascii="Helvetica" w:hAnsi="Helvetica" w:cstheme="minorBidi"/>
          <w:sz w:val="18"/>
        </w:rPr>
        <w:t>, тот</w:t>
      </w:r>
      <w:r w:rsidRPr="00200C9E">
        <w:rPr>
          <w:rFonts w:ascii="Helvetica" w:hAnsi="Helvetica" w:cstheme="minorBidi"/>
          <w:sz w:val="18"/>
        </w:rPr>
        <w:t xml:space="preserve"> поднимает на него заплаканное лицо. Их взгляды встречаются на секунду. Мужчина медленно кивает. В его глазах — не то благодарность, не то предупреждение. Артем отворачивается и идет дальше. Вдруг из динамиков раздается спокойный голос Агрегатора.</w:t>
      </w:r>
    </w:p>
    <w:p w:rsidR="00164D26" w:rsidRPr="00930369" w:rsidRDefault="00164D26" w:rsidP="00164D26">
      <w:pPr>
        <w:jc w:val="both"/>
        <w:rPr>
          <w:rFonts w:ascii="Helvetica" w:hAnsi="Helvetica" w:cstheme="minorBidi"/>
          <w:sz w:val="18"/>
        </w:rPr>
      </w:pP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3B3060">
        <w:rPr>
          <w:rFonts w:ascii="Helvetica" w:eastAsiaTheme="majorEastAsia" w:hAnsi="Helvetica" w:cstheme="majorHAnsi"/>
          <w:caps/>
          <w:color w:val="000000" w:themeColor="text1"/>
          <w:spacing w:val="48"/>
        </w:rPr>
        <w:t>ГОЛОС АГРЕГАТОРА.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Внимание! Внимание! </w:t>
      </w:r>
      <w:r>
        <w:rPr>
          <w:rFonts w:ascii="Helvetica" w:hAnsi="Helvetica"/>
        </w:rPr>
        <w:t xml:space="preserve">Не </w:t>
      </w:r>
      <w:r w:rsidRPr="003D548E">
        <w:rPr>
          <w:rFonts w:ascii="Helvetica" w:hAnsi="Helvetica"/>
        </w:rPr>
        <w:t>каталогизи</w:t>
      </w:r>
      <w:r>
        <w:rPr>
          <w:rFonts w:ascii="Helvetica" w:hAnsi="Helvetica"/>
        </w:rPr>
        <w:t>рованный э</w:t>
      </w:r>
      <w:r w:rsidRPr="003D548E">
        <w:rPr>
          <w:rFonts w:ascii="Helvetica" w:hAnsi="Helvetica"/>
        </w:rPr>
        <w:t>моциональный выброс. Просьба наблюдателей подойти в Сектор 3.</w:t>
      </w:r>
    </w:p>
    <w:p w:rsidR="00164D26" w:rsidRPr="009D64D4" w:rsidRDefault="00164D26" w:rsidP="00164D26">
      <w:pPr>
        <w:spacing w:before="240"/>
        <w:jc w:val="both"/>
        <w:rPr>
          <w:rFonts w:ascii="Helvetica" w:hAnsi="Helvetica"/>
          <w:sz w:val="18"/>
        </w:rPr>
      </w:pPr>
      <w:r w:rsidRPr="009D64D4">
        <w:rPr>
          <w:rFonts w:ascii="Helvetica" w:hAnsi="Helvetica"/>
          <w:sz w:val="18"/>
        </w:rPr>
        <w:t>Раздается громкий удар — звон железа о железо. Артем вздрагивает, инстинктивно закрывает уши ладонями. Открыв глаза, он видит перед собой красивую винтовую лестницу на низкий балкон-подиум и останавливается. Толпы нет, играет спокойная музыка, пахнет благовониями. Мигает вывеска «Продавец Забвения». На балконе, в кресле цвета пыльной розы, сидит расслабленный Продавец</w:t>
      </w:r>
      <w:r>
        <w:rPr>
          <w:rFonts w:ascii="Helvetica" w:hAnsi="Helvetica"/>
          <w:sz w:val="18"/>
        </w:rPr>
        <w:t xml:space="preserve"> забвения</w:t>
      </w:r>
      <w:r w:rsidRPr="009D64D4">
        <w:rPr>
          <w:rFonts w:ascii="Helvetica" w:hAnsi="Helvetica"/>
          <w:sz w:val="18"/>
        </w:rPr>
        <w:t xml:space="preserve">. На столике — </w:t>
      </w:r>
      <w:r>
        <w:rPr>
          <w:rFonts w:ascii="Helvetica" w:hAnsi="Helvetica"/>
          <w:sz w:val="18"/>
        </w:rPr>
        <w:t xml:space="preserve">железная </w:t>
      </w:r>
      <w:r w:rsidRPr="009D64D4">
        <w:rPr>
          <w:rFonts w:ascii="Helvetica" w:hAnsi="Helvetica"/>
          <w:sz w:val="18"/>
        </w:rPr>
        <w:t>чаш</w:t>
      </w:r>
      <w:r>
        <w:rPr>
          <w:rFonts w:ascii="Helvetica" w:hAnsi="Helvetica"/>
          <w:sz w:val="18"/>
        </w:rPr>
        <w:t>а</w:t>
      </w:r>
      <w:r w:rsidRPr="009D64D4">
        <w:rPr>
          <w:rFonts w:ascii="Helvetica" w:hAnsi="Helvetica"/>
          <w:sz w:val="18"/>
        </w:rPr>
        <w:t>, песочные часы и черный ящик. На проекторе</w:t>
      </w:r>
      <w:r>
        <w:rPr>
          <w:rFonts w:ascii="Helvetica" w:hAnsi="Helvetica"/>
          <w:sz w:val="18"/>
        </w:rPr>
        <w:t xml:space="preserve"> бегущая </w:t>
      </w:r>
      <w:r w:rsidRPr="009D64D4">
        <w:rPr>
          <w:rFonts w:ascii="Helvetica" w:hAnsi="Helvetica"/>
          <w:sz w:val="18"/>
        </w:rPr>
        <w:t xml:space="preserve">строка: «ЛОТ: ТИХАЯ ГАВАНЬ. ОТСУТСТВИЕ МЫСЛЕЙ — НАША ЗАБОТА». Рядом с Продавцом </w:t>
      </w:r>
      <w:r>
        <w:rPr>
          <w:rFonts w:ascii="Helvetica" w:hAnsi="Helvetica"/>
          <w:sz w:val="18"/>
        </w:rPr>
        <w:t xml:space="preserve">забвения </w:t>
      </w:r>
      <w:r w:rsidRPr="009D64D4">
        <w:rPr>
          <w:rFonts w:ascii="Helvetica" w:hAnsi="Helvetica"/>
          <w:sz w:val="18"/>
        </w:rPr>
        <w:t>сидит клиент. Артем слышит разговор.</w:t>
      </w:r>
    </w:p>
    <w:p w:rsidR="00164D26" w:rsidRPr="009D64D4" w:rsidRDefault="00164D26" w:rsidP="00164D26">
      <w:pPr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832BA">
        <w:rPr>
          <w:rFonts w:ascii="Helvetica" w:eastAsiaTheme="majorEastAsia" w:hAnsi="Helvetica" w:cstheme="majorHAnsi"/>
          <w:caps/>
          <w:color w:val="000000" w:themeColor="text1"/>
          <w:spacing w:val="48"/>
        </w:rPr>
        <w:t>КЛИЕНТ.</w:t>
      </w:r>
      <w:r w:rsidRPr="003D548E">
        <w:rPr>
          <w:rFonts w:ascii="Helvetica" w:hAnsi="Helvetica"/>
        </w:rPr>
        <w:t> Сейчас я купил пять минут радости тишины, там</w:t>
      </w:r>
      <w:r>
        <w:rPr>
          <w:rFonts w:ascii="Helvetica" w:hAnsi="Helvetica"/>
        </w:rPr>
        <w:t>…</w:t>
      </w:r>
      <w:r w:rsidRPr="003D548E">
        <w:rPr>
          <w:rFonts w:ascii="Helvetica" w:hAnsi="Helvetica"/>
        </w:rPr>
        <w:t xml:space="preserve"> за соседней стойко</w:t>
      </w:r>
      <w:r>
        <w:rPr>
          <w:rFonts w:ascii="Helvetica" w:hAnsi="Helvetica"/>
        </w:rPr>
        <w:t>й. Я</w:t>
      </w:r>
      <w:r w:rsidRPr="003D548E">
        <w:rPr>
          <w:rFonts w:ascii="Helvetica" w:hAnsi="Helvetica"/>
        </w:rPr>
        <w:t xml:space="preserve"> хочу ещё</w:t>
      </w:r>
      <w:r>
        <w:rPr>
          <w:rFonts w:ascii="Helvetica" w:hAnsi="Helvetica"/>
        </w:rPr>
        <w:t xml:space="preserve">, но </w:t>
      </w:r>
      <w:r w:rsidRPr="003D548E">
        <w:rPr>
          <w:rFonts w:ascii="Helvetica" w:hAnsi="Helvetica"/>
        </w:rPr>
        <w:t>навсегда</w:t>
      </w:r>
      <w:r>
        <w:rPr>
          <w:rFonts w:ascii="Helvetica" w:hAnsi="Helvetica"/>
        </w:rPr>
        <w:t>, а у</w:t>
      </w:r>
      <w:r w:rsidRPr="003D548E">
        <w:rPr>
          <w:rFonts w:ascii="Helvetica" w:hAnsi="Helvetica"/>
        </w:rPr>
        <w:t xml:space="preserve"> них только краткосрочные сделки.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9832BA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  <w:sz w:val="18"/>
        </w:rPr>
        <w:t xml:space="preserve"> (медленно кивает, его глаза изучают мужчину, как рентген) </w:t>
      </w:r>
      <w:r w:rsidRPr="003D548E">
        <w:rPr>
          <w:rFonts w:ascii="Helvetica" w:hAnsi="Helvetica"/>
        </w:rPr>
        <w:t>Навсегда — это дорого.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6B3A68">
        <w:rPr>
          <w:rFonts w:ascii="Helvetica" w:eastAsiaTheme="majorEastAsia" w:hAnsi="Helvetica" w:cstheme="majorHAnsi"/>
          <w:caps/>
          <w:color w:val="000000" w:themeColor="text1"/>
          <w:spacing w:val="48"/>
        </w:rPr>
        <w:t>КЛИЕНТ. </w:t>
      </w:r>
      <w:r w:rsidRPr="003D548E">
        <w:rPr>
          <w:rFonts w:ascii="Helvetica" w:hAnsi="Helvetica"/>
        </w:rPr>
        <w:t>Я готов отдать все воспоминания о ней</w:t>
      </w:r>
      <w:r>
        <w:rPr>
          <w:rFonts w:ascii="Helvetica" w:hAnsi="Helvetica"/>
        </w:rPr>
        <w:t>! Забирайте все!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814284"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>ПРОДАВЕЦ ЗАБВЕНИЯ.</w:t>
      </w:r>
      <w:r w:rsidRPr="003D548E">
        <w:rPr>
          <w:rFonts w:ascii="Helvetica" w:hAnsi="Helvetica"/>
          <w:sz w:val="18"/>
        </w:rPr>
        <w:t> (</w:t>
      </w:r>
      <w:r>
        <w:rPr>
          <w:rFonts w:ascii="Helvetica" w:hAnsi="Helvetica"/>
          <w:sz w:val="18"/>
        </w:rPr>
        <w:t xml:space="preserve">медленно и </w:t>
      </w:r>
      <w:r w:rsidRPr="003D548E">
        <w:rPr>
          <w:rFonts w:ascii="Helvetica" w:hAnsi="Helvetica"/>
          <w:sz w:val="18"/>
        </w:rPr>
        <w:t>улыбаясь)</w:t>
      </w:r>
      <w:r w:rsidRPr="003D548E">
        <w:rPr>
          <w:rFonts w:ascii="Helvetica" w:hAnsi="Helvetica"/>
        </w:rPr>
        <w:t xml:space="preserve"> О, нет. </w:t>
      </w:r>
      <w:r>
        <w:rPr>
          <w:rFonts w:ascii="Helvetica" w:hAnsi="Helvetica"/>
        </w:rPr>
        <w:t>Ваши т</w:t>
      </w:r>
      <w:r w:rsidRPr="003D548E">
        <w:rPr>
          <w:rFonts w:ascii="Helvetica" w:hAnsi="Helvetica"/>
        </w:rPr>
        <w:t xml:space="preserve">оксичные воспоминания о матери — это слишком малая цена за пожизненную радость. Это как заплатить копейку за дворец. Мне нужно не это.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Клиент напрягается.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4B4132">
        <w:rPr>
          <w:rFonts w:ascii="Helvetica" w:eastAsiaTheme="majorEastAsia" w:hAnsi="Helvetica" w:cstheme="majorHAnsi"/>
          <w:caps/>
          <w:color w:val="000000" w:themeColor="text1"/>
          <w:spacing w:val="48"/>
        </w:rPr>
        <w:t>КЛИЕНТ.</w:t>
      </w:r>
      <w:r w:rsidRPr="003D548E">
        <w:rPr>
          <w:rFonts w:ascii="Helvetica" w:hAnsi="Helvetica"/>
        </w:rPr>
        <w:t> </w:t>
      </w:r>
      <w:r w:rsidRPr="004E3755">
        <w:rPr>
          <w:rFonts w:ascii="Helvetica" w:hAnsi="Helvetica"/>
          <w:sz w:val="18"/>
        </w:rPr>
        <w:t>(непонимающе)</w:t>
      </w:r>
      <w:r>
        <w:rPr>
          <w:rFonts w:ascii="Helvetica" w:hAnsi="Helvetica"/>
        </w:rPr>
        <w:t xml:space="preserve"> А ч</w:t>
      </w:r>
      <w:r w:rsidRPr="003D548E">
        <w:rPr>
          <w:rFonts w:ascii="Helvetica" w:hAnsi="Helvetica"/>
        </w:rPr>
        <w:t>то?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880A95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(подаётся вперёд, голос становится тише)</w:t>
      </w:r>
      <w:r w:rsidRPr="003D548E">
        <w:rPr>
          <w:rFonts w:ascii="Helvetica" w:hAnsi="Helvetica"/>
        </w:rPr>
        <w:t xml:space="preserve"> Мне нужно то, что делает вас вами.</w:t>
      </w:r>
      <w:r>
        <w:rPr>
          <w:rFonts w:ascii="Helvetica" w:hAnsi="Helvetica"/>
        </w:rPr>
        <w:t xml:space="preserve"> У вас есть будущее - </w:t>
      </w:r>
      <w:r w:rsidRPr="003D548E">
        <w:rPr>
          <w:rFonts w:ascii="Helvetica" w:hAnsi="Helvetica"/>
        </w:rPr>
        <w:t>способность любить снова</w:t>
      </w:r>
      <w:r>
        <w:rPr>
          <w:rFonts w:ascii="Helvetica" w:hAnsi="Helvetica"/>
        </w:rPr>
        <w:t>,</w:t>
      </w:r>
      <w:r w:rsidRPr="003D548E">
        <w:rPr>
          <w:rFonts w:ascii="Helvetica" w:hAnsi="Helvetica"/>
        </w:rPr>
        <w:t xml:space="preserve"> шанс </w:t>
      </w:r>
      <w:r>
        <w:rPr>
          <w:rFonts w:ascii="Helvetica" w:hAnsi="Helvetica"/>
        </w:rPr>
        <w:t>завести семью, женщину, р</w:t>
      </w:r>
      <w:r w:rsidRPr="003D548E">
        <w:rPr>
          <w:rFonts w:ascii="Helvetica" w:hAnsi="Helvetica"/>
        </w:rPr>
        <w:t>ебёнка</w:t>
      </w:r>
      <w:r>
        <w:rPr>
          <w:rFonts w:ascii="Helvetica" w:hAnsi="Helvetica"/>
        </w:rPr>
        <w:t xml:space="preserve">, </w:t>
      </w:r>
      <w:r w:rsidRPr="003D548E">
        <w:rPr>
          <w:rFonts w:ascii="Helvetica" w:hAnsi="Helvetica"/>
        </w:rPr>
        <w:t>есть любопытство</w:t>
      </w:r>
      <w:r>
        <w:rPr>
          <w:rFonts w:ascii="Helvetica" w:hAnsi="Helvetica"/>
        </w:rPr>
        <w:t xml:space="preserve">, есть </w:t>
      </w:r>
      <w:r w:rsidRPr="003D548E">
        <w:rPr>
          <w:rFonts w:ascii="Helvetica" w:hAnsi="Helvetica"/>
        </w:rPr>
        <w:t>надежда</w:t>
      </w:r>
      <w:r>
        <w:rPr>
          <w:rFonts w:ascii="Helvetica" w:hAnsi="Helvetica"/>
        </w:rPr>
        <w:t xml:space="preserve"> и вера</w:t>
      </w:r>
      <w:r w:rsidRPr="003D548E">
        <w:rPr>
          <w:rFonts w:ascii="Helvetica" w:hAnsi="Helvetica"/>
        </w:rPr>
        <w:t>. Всё это — валюта.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163064">
        <w:rPr>
          <w:rFonts w:ascii="Helvetica" w:eastAsiaTheme="majorEastAsia" w:hAnsi="Helvetica" w:cstheme="majorHAnsi"/>
          <w:caps/>
          <w:color w:val="000000" w:themeColor="text1"/>
          <w:spacing w:val="48"/>
        </w:rPr>
        <w:t>КЛИЕНТ.</w:t>
      </w:r>
      <w:r w:rsidRPr="003D548E">
        <w:rPr>
          <w:rFonts w:ascii="Helvetica" w:hAnsi="Helvetica"/>
          <w:sz w:val="18"/>
        </w:rPr>
        <w:t xml:space="preserve"> (растерянно)</w:t>
      </w:r>
      <w:r w:rsidRPr="003D548E">
        <w:rPr>
          <w:rFonts w:ascii="Helvetica" w:hAnsi="Helvetica"/>
        </w:rPr>
        <w:t xml:space="preserve"> Вы хотите… забрать моё будущее?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F2761C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Не всё</w:t>
      </w:r>
      <w:r>
        <w:rPr>
          <w:rFonts w:ascii="Helvetica" w:hAnsi="Helvetica"/>
        </w:rPr>
        <w:t>, а т</w:t>
      </w:r>
      <w:r w:rsidRPr="003D548E">
        <w:rPr>
          <w:rFonts w:ascii="Helvetica" w:hAnsi="Helvetica"/>
        </w:rPr>
        <w:t>олько его часть. Например, будущие связи</w:t>
      </w:r>
      <w:r>
        <w:rPr>
          <w:rFonts w:ascii="Helvetica" w:hAnsi="Helvetica"/>
        </w:rPr>
        <w:t xml:space="preserve"> по </w:t>
      </w:r>
      <w:r w:rsidRPr="003D548E">
        <w:rPr>
          <w:rFonts w:ascii="Helvetica" w:hAnsi="Helvetica"/>
        </w:rPr>
        <w:t>Тариф</w:t>
      </w:r>
      <w:r>
        <w:rPr>
          <w:rFonts w:ascii="Helvetica" w:hAnsi="Helvetica"/>
        </w:rPr>
        <w:t>у</w:t>
      </w:r>
      <w:r w:rsidRPr="003D548E">
        <w:rPr>
          <w:rFonts w:ascii="Helvetica" w:hAnsi="Helvetica"/>
        </w:rPr>
        <w:t xml:space="preserve"> «Изоляция». Вы получ</w:t>
      </w:r>
      <w:r>
        <w:rPr>
          <w:rFonts w:ascii="Helvetica" w:hAnsi="Helvetica"/>
        </w:rPr>
        <w:t>ите тишину, н</w:t>
      </w:r>
      <w:r w:rsidRPr="003D548E">
        <w:rPr>
          <w:rFonts w:ascii="Helvetica" w:hAnsi="Helvetica"/>
        </w:rPr>
        <w:t xml:space="preserve">о ценой этому станет ваша способность к глубокой привязанности. Вы сможете заводить знакомых, коллег, </w:t>
      </w:r>
      <w:r>
        <w:rPr>
          <w:rFonts w:ascii="Helvetica" w:hAnsi="Helvetica"/>
        </w:rPr>
        <w:t xml:space="preserve">даже </w:t>
      </w:r>
      <w:r w:rsidRPr="003D548E">
        <w:rPr>
          <w:rFonts w:ascii="Helvetica" w:hAnsi="Helvetica"/>
        </w:rPr>
        <w:t xml:space="preserve">собутыльников. Но вы никогда больше не </w:t>
      </w:r>
      <w:r>
        <w:rPr>
          <w:rFonts w:ascii="Helvetica" w:hAnsi="Helvetica"/>
        </w:rPr>
        <w:t>сможете любить – н</w:t>
      </w:r>
      <w:r w:rsidRPr="003D548E">
        <w:rPr>
          <w:rFonts w:ascii="Helvetica" w:hAnsi="Helvetica"/>
        </w:rPr>
        <w:t xml:space="preserve">и женщину, ни ребёнка, ни даже собаку. Вы умрёте в одиночестве.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1A41A8">
        <w:rPr>
          <w:rFonts w:ascii="Helvetica" w:eastAsiaTheme="majorEastAsia" w:hAnsi="Helvetica" w:cstheme="majorHAnsi"/>
          <w:caps/>
          <w:color w:val="000000" w:themeColor="text1"/>
          <w:spacing w:val="48"/>
        </w:rPr>
        <w:t>КЛИЕНТ.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выпучивает глаза от страха и отчаяния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18"/>
        </w:rPr>
        <w:t xml:space="preserve"> </w:t>
      </w:r>
      <w:r w:rsidRPr="001A41A8">
        <w:rPr>
          <w:rFonts w:ascii="Helvetica" w:hAnsi="Helvetica"/>
        </w:rPr>
        <w:t>Но</w:t>
      </w:r>
      <w:r>
        <w:rPr>
          <w:rFonts w:ascii="Helvetica" w:hAnsi="Helvetica"/>
        </w:rPr>
        <w:t xml:space="preserve"> </w:t>
      </w:r>
      <w:r w:rsidRPr="001A41A8">
        <w:rPr>
          <w:rFonts w:ascii="Helvetica" w:hAnsi="Helvetica"/>
        </w:rPr>
        <w:t>это</w:t>
      </w:r>
      <w:r>
        <w:rPr>
          <w:rFonts w:ascii="Helvetica" w:hAnsi="Helvetica"/>
        </w:rPr>
        <w:t xml:space="preserve"> же</w:t>
      </w:r>
      <w:r w:rsidRPr="001A41A8">
        <w:rPr>
          <w:rFonts w:ascii="Helvetica" w:hAnsi="Helvetica"/>
        </w:rPr>
        <w:t xml:space="preserve"> жестоко</w:t>
      </w:r>
      <w:r>
        <w:rPr>
          <w:rFonts w:ascii="Helvetica" w:hAnsi="Helvetica"/>
        </w:rPr>
        <w:t>!</w:t>
      </w:r>
      <w:r w:rsidRPr="001A41A8">
        <w:rPr>
          <w:rFonts w:ascii="Helvetica" w:hAnsi="Helvetica"/>
        </w:rPr>
        <w:t xml:space="preserve"> Зачем мне </w:t>
      </w:r>
      <w:r>
        <w:rPr>
          <w:rFonts w:ascii="Helvetica" w:hAnsi="Helvetica"/>
        </w:rPr>
        <w:t xml:space="preserve">тогда </w:t>
      </w:r>
      <w:r w:rsidRPr="001A41A8">
        <w:rPr>
          <w:rFonts w:ascii="Helvetica" w:hAnsi="Helvetica"/>
        </w:rPr>
        <w:t xml:space="preserve">вообще жить? 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F2761C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>
        <w:rPr>
          <w:rFonts w:ascii="Helvetica" w:hAnsi="Helvetica"/>
        </w:rPr>
        <w:t>Ну, голубчик мой, я только предлагаю вам то, что могу отдать. Система забирает только равноценное.</w:t>
      </w:r>
    </w:p>
    <w:p w:rsidR="00164D26" w:rsidRPr="00595A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1A41A8">
        <w:rPr>
          <w:rFonts w:ascii="Helvetica" w:eastAsiaTheme="majorEastAsia" w:hAnsi="Helvetica" w:cstheme="majorHAnsi"/>
          <w:caps/>
          <w:color w:val="000000" w:themeColor="text1"/>
          <w:spacing w:val="48"/>
        </w:rPr>
        <w:t>КЛИЕНТ.</w:t>
      </w:r>
      <w:r w:rsidRPr="003D548E">
        <w:rPr>
          <w:rFonts w:ascii="Helvetica" w:hAnsi="Helvetica"/>
        </w:rPr>
        <w:t> А можно… можно заплатить чужим?</w:t>
      </w:r>
      <w:r>
        <w:rPr>
          <w:rFonts w:ascii="Helvetica" w:hAnsi="Helvetica"/>
        </w:rPr>
        <w:t xml:space="preserve"> Я слышал такое делают здесь иногда.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C457A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 xml:space="preserve">(впервые заинтересованно поднимает бровь) </w:t>
      </w:r>
      <w:r w:rsidRPr="003D548E">
        <w:rPr>
          <w:rFonts w:ascii="Helvetica" w:hAnsi="Helvetica"/>
        </w:rPr>
        <w:t>Чужим?</w:t>
      </w:r>
      <w:r>
        <w:rPr>
          <w:rFonts w:ascii="Helvetica" w:hAnsi="Helvetica"/>
        </w:rPr>
        <w:t xml:space="preserve"> </w:t>
      </w:r>
      <w:r w:rsidRPr="00AC457A">
        <w:rPr>
          <w:rFonts w:ascii="Helvetica" w:hAnsi="Helvetica"/>
          <w:sz w:val="18"/>
        </w:rPr>
        <w:t>(оглядывается по сторонам</w:t>
      </w:r>
      <w:r>
        <w:rPr>
          <w:rFonts w:ascii="Helvetica" w:hAnsi="Helvetica"/>
          <w:sz w:val="18"/>
        </w:rPr>
        <w:t>, говорит громко</w:t>
      </w:r>
      <w:r w:rsidRPr="00AC457A">
        <w:rPr>
          <w:rFonts w:ascii="Helvetica" w:hAnsi="Helvetica"/>
          <w:sz w:val="18"/>
        </w:rPr>
        <w:t>)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Вообще</w:t>
      </w:r>
      <w:r>
        <w:rPr>
          <w:rFonts w:ascii="Helvetica" w:hAnsi="Helvetica"/>
        </w:rPr>
        <w:t>, это</w:t>
      </w:r>
      <w:r w:rsidRPr="003D548E">
        <w:rPr>
          <w:rFonts w:ascii="Helvetica" w:hAnsi="Helvetica"/>
        </w:rPr>
        <w:t xml:space="preserve"> запрещено правилами Аукциона. </w:t>
      </w:r>
      <w:r w:rsidRPr="000F61E8">
        <w:rPr>
          <w:rFonts w:ascii="Helvetica" w:hAnsi="Helvetica"/>
          <w:sz w:val="18"/>
        </w:rPr>
        <w:t xml:space="preserve">(шепотом) </w:t>
      </w:r>
      <w:r w:rsidRPr="003D548E">
        <w:rPr>
          <w:rFonts w:ascii="Helvetica" w:hAnsi="Helvetica"/>
        </w:rPr>
        <w:t>Н</w:t>
      </w:r>
      <w:r>
        <w:rPr>
          <w:rFonts w:ascii="Helvetica" w:hAnsi="Helvetica"/>
        </w:rPr>
        <w:t xml:space="preserve">о, как и везде, у нас тоже </w:t>
      </w:r>
      <w:r w:rsidRPr="003D548E">
        <w:rPr>
          <w:rFonts w:ascii="Helvetica" w:hAnsi="Helvetica"/>
        </w:rPr>
        <w:t xml:space="preserve">есть «серые» схемы. Вы можете продать </w:t>
      </w:r>
      <w:r>
        <w:rPr>
          <w:rFonts w:ascii="Helvetica" w:hAnsi="Helvetica"/>
        </w:rPr>
        <w:t>мне</w:t>
      </w:r>
      <w:r w:rsidRPr="003D548E">
        <w:rPr>
          <w:rFonts w:ascii="Helvetica" w:hAnsi="Helvetica"/>
        </w:rPr>
        <w:t xml:space="preserve"> не своё, а чьё-то место.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B273BB">
        <w:rPr>
          <w:rFonts w:ascii="Helvetica" w:eastAsiaTheme="majorEastAsia" w:hAnsi="Helvetica" w:cstheme="majorHAnsi"/>
          <w:caps/>
          <w:color w:val="000000" w:themeColor="text1"/>
          <w:spacing w:val="48"/>
        </w:rPr>
        <w:t>КЛИЕНТ.</w:t>
      </w:r>
      <w:r w:rsidRPr="003020EA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 xml:space="preserve">(заинтересовано) </w:t>
      </w:r>
      <w:r w:rsidRPr="003D548E">
        <w:rPr>
          <w:rFonts w:ascii="Helvetica" w:hAnsi="Helvetica"/>
        </w:rPr>
        <w:t>Как это</w:t>
      </w:r>
      <w:r>
        <w:rPr>
          <w:rFonts w:ascii="Helvetica" w:hAnsi="Helvetica"/>
        </w:rPr>
        <w:t xml:space="preserve"> работает</w:t>
      </w:r>
      <w:r w:rsidRPr="003D548E">
        <w:rPr>
          <w:rFonts w:ascii="Helvetica" w:hAnsi="Helvetica"/>
        </w:rPr>
        <w:t>?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0011EE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 </w:t>
      </w:r>
      <w:r w:rsidRPr="003D548E">
        <w:rPr>
          <w:rFonts w:ascii="Helvetica" w:hAnsi="Helvetica"/>
        </w:rPr>
        <w:t>У вас есть брат? Сестра? Лучший друг?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0011EE">
        <w:rPr>
          <w:rFonts w:ascii="Helvetica" w:eastAsiaTheme="majorEastAsia" w:hAnsi="Helvetica" w:cstheme="majorHAnsi"/>
          <w:caps/>
          <w:color w:val="000000" w:themeColor="text1"/>
          <w:spacing w:val="48"/>
        </w:rPr>
        <w:t>КЛИЕНТ.</w:t>
      </w:r>
      <w:r w:rsidRPr="003D548E">
        <w:rPr>
          <w:rFonts w:ascii="Helvetica" w:hAnsi="Helvetica"/>
        </w:rPr>
        <w:t> Есть брат. Младший. Мы не очень близки.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D1E75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(оживляется)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Прекрасно! </w:t>
      </w:r>
      <w:r w:rsidRPr="003D548E">
        <w:rPr>
          <w:rFonts w:ascii="Helvetica" w:hAnsi="Helvetica"/>
        </w:rPr>
        <w:t xml:space="preserve">Вы можете отдать </w:t>
      </w:r>
      <w:r>
        <w:rPr>
          <w:rFonts w:ascii="Helvetica" w:hAnsi="Helvetica"/>
        </w:rPr>
        <w:t>мне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т</w:t>
      </w:r>
      <w:r w:rsidRPr="003D548E">
        <w:rPr>
          <w:rFonts w:ascii="Helvetica" w:hAnsi="Helvetica"/>
        </w:rPr>
        <w:t>у роль, которую он мог бы сыграть в вашем будущем</w:t>
      </w:r>
      <w:r>
        <w:rPr>
          <w:rFonts w:ascii="Helvetica" w:hAnsi="Helvetica"/>
        </w:rPr>
        <w:t>: п</w:t>
      </w:r>
      <w:r w:rsidRPr="003D548E">
        <w:rPr>
          <w:rFonts w:ascii="Helvetica" w:hAnsi="Helvetica"/>
        </w:rPr>
        <w:t>оддержку, которую он мог бы вам оказать</w:t>
      </w:r>
      <w:r>
        <w:rPr>
          <w:rFonts w:ascii="Helvetica" w:hAnsi="Helvetica"/>
        </w:rPr>
        <w:t xml:space="preserve">, </w:t>
      </w:r>
      <w:r w:rsidRPr="003D548E">
        <w:rPr>
          <w:rFonts w:ascii="Helvetica" w:hAnsi="Helvetica"/>
        </w:rPr>
        <w:t>радость общения</w:t>
      </w:r>
      <w:r>
        <w:rPr>
          <w:rFonts w:ascii="Helvetica" w:hAnsi="Helvetica"/>
        </w:rPr>
        <w:t xml:space="preserve"> между вами</w:t>
      </w:r>
      <w:r w:rsidRPr="003D548E">
        <w:rPr>
          <w:rFonts w:ascii="Helvetica" w:hAnsi="Helvetica"/>
        </w:rPr>
        <w:t>. Все эти «потенциальные» связи, все «возможные» разговоры, всё не случившееся тепло</w:t>
      </w:r>
      <w:r>
        <w:rPr>
          <w:rFonts w:ascii="Helvetica" w:hAnsi="Helvetica"/>
        </w:rPr>
        <w:t xml:space="preserve">. </w:t>
      </w:r>
      <w:r w:rsidRPr="003D548E">
        <w:rPr>
          <w:rFonts w:ascii="Helvetica" w:hAnsi="Helvetica"/>
        </w:rPr>
        <w:t xml:space="preserve">Ваш брат ничего не заметит. </w:t>
      </w:r>
      <w:r w:rsidRPr="003D548E">
        <w:rPr>
          <w:rFonts w:ascii="Helvetica" w:hAnsi="Helvetica"/>
        </w:rPr>
        <w:lastRenderedPageBreak/>
        <w:t xml:space="preserve">Он просто будет жить свою жизнь, а вы — свою. Но между вами всегда будет стоять стекло. Вы никогда не станете близки. Этот потенциал умрёт.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Мужчина смотрит на чёрный ящик. На чашку. На песочные часы.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A7923">
        <w:rPr>
          <w:rFonts w:ascii="Helvetica" w:eastAsiaTheme="majorEastAsia" w:hAnsi="Helvetica" w:cstheme="majorHAnsi"/>
          <w:caps/>
          <w:color w:val="000000" w:themeColor="text1"/>
          <w:spacing w:val="48"/>
        </w:rPr>
        <w:t>КЛИЕНТ.</w:t>
      </w:r>
      <w:r w:rsidRPr="003D548E">
        <w:rPr>
          <w:rFonts w:ascii="Helvetica" w:hAnsi="Helvetica"/>
        </w:rPr>
        <w:t xml:space="preserve"> Я… </w:t>
      </w:r>
      <w:r>
        <w:rPr>
          <w:rFonts w:ascii="Helvetica" w:hAnsi="Helvetica"/>
        </w:rPr>
        <w:t>М</w:t>
      </w:r>
      <w:r w:rsidRPr="003D548E">
        <w:rPr>
          <w:rFonts w:ascii="Helvetica" w:hAnsi="Helvetica"/>
        </w:rPr>
        <w:t>не нужно подумать.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D25799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  <w:sz w:val="18"/>
        </w:rPr>
        <w:t xml:space="preserve"> (кивает</w:t>
      </w:r>
      <w:r>
        <w:rPr>
          <w:rFonts w:ascii="Helvetica" w:hAnsi="Helvetica"/>
          <w:sz w:val="18"/>
        </w:rPr>
        <w:t xml:space="preserve"> и </w:t>
      </w:r>
      <w:r w:rsidRPr="003D548E">
        <w:rPr>
          <w:rFonts w:ascii="Helvetica" w:hAnsi="Helvetica"/>
          <w:sz w:val="18"/>
        </w:rPr>
        <w:t>улыбается ласковой улыбкой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Конечно</w:t>
      </w:r>
      <w:r>
        <w:rPr>
          <w:rFonts w:ascii="Helvetica" w:hAnsi="Helvetica"/>
        </w:rPr>
        <w:t>, п</w:t>
      </w:r>
      <w:r w:rsidRPr="003D548E">
        <w:rPr>
          <w:rFonts w:ascii="Helvetica" w:hAnsi="Helvetica"/>
        </w:rPr>
        <w:t>одумайте. Торопиться некуда</w:t>
      </w:r>
      <w:r>
        <w:rPr>
          <w:rFonts w:ascii="Helvetica" w:hAnsi="Helvetica"/>
        </w:rPr>
        <w:t>, ваши страдания</w:t>
      </w:r>
      <w:r w:rsidRPr="003D548E">
        <w:rPr>
          <w:rFonts w:ascii="Helvetica" w:hAnsi="Helvetica"/>
        </w:rPr>
        <w:t xml:space="preserve"> никуда не уйд</w:t>
      </w:r>
      <w:r>
        <w:rPr>
          <w:rFonts w:ascii="Helvetica" w:hAnsi="Helvetica"/>
        </w:rPr>
        <w:t>ут, в</w:t>
      </w:r>
      <w:r w:rsidRPr="003D548E">
        <w:rPr>
          <w:rFonts w:ascii="Helvetica" w:hAnsi="Helvetica"/>
        </w:rPr>
        <w:t xml:space="preserve"> отличие от моего предложения</w:t>
      </w:r>
      <w:r>
        <w:rPr>
          <w:rFonts w:ascii="Helvetica" w:hAnsi="Helvetica"/>
        </w:rPr>
        <w:t xml:space="preserve">, которое действительно </w:t>
      </w:r>
      <w:r w:rsidRPr="003D548E">
        <w:rPr>
          <w:rFonts w:ascii="Helvetica" w:hAnsi="Helvetica"/>
        </w:rPr>
        <w:t>только сегодня. Инфляция страдания, знаете ли.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Pr="00434AFF" w:rsidRDefault="00164D26" w:rsidP="00164D26">
      <w:pPr>
        <w:spacing w:after="100" w:afterAutospacing="1"/>
        <w:contextualSpacing/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Клиент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 xml:space="preserve">встает и быстрыми шагами спускается по лестнице вниз, проходя мимо Артема. </w:t>
      </w:r>
      <w:r w:rsidRPr="003D548E">
        <w:rPr>
          <w:rFonts w:ascii="Helvetica" w:hAnsi="Helvetica"/>
          <w:sz w:val="18"/>
        </w:rPr>
        <w:t xml:space="preserve">Артем смотрит ему вслед, потом поднимает глаза на балкон, где Продавец </w:t>
      </w:r>
      <w:r>
        <w:rPr>
          <w:rFonts w:ascii="Helvetica" w:hAnsi="Helvetica"/>
          <w:sz w:val="18"/>
        </w:rPr>
        <w:t>з</w:t>
      </w:r>
      <w:r w:rsidRPr="003D548E">
        <w:rPr>
          <w:rFonts w:ascii="Helvetica" w:hAnsi="Helvetica"/>
          <w:sz w:val="18"/>
        </w:rPr>
        <w:t>абвения уже смотрит прямо на него.</w:t>
      </w:r>
    </w:p>
    <w:p w:rsidR="00164D26" w:rsidRPr="003D548E" w:rsidRDefault="00164D26" w:rsidP="00164D26">
      <w:pPr>
        <w:spacing w:after="100" w:afterAutospacing="1"/>
        <w:contextualSpacing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13F4D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(говорит тихо, но каждое слово долетает до Артема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Поднимайтесь, Артем К.</w:t>
      </w:r>
      <w:r>
        <w:rPr>
          <w:rFonts w:ascii="Helvetica" w:hAnsi="Helvetica"/>
        </w:rPr>
        <w:t>, я</w:t>
      </w:r>
      <w:r w:rsidRPr="003D548E">
        <w:rPr>
          <w:rFonts w:ascii="Helvetica" w:hAnsi="Helvetica"/>
        </w:rPr>
        <w:t xml:space="preserve"> вас ждал. 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13F4D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 </w:t>
      </w:r>
      <w:r w:rsidRPr="003D548E">
        <w:rPr>
          <w:rFonts w:ascii="Helvetica" w:hAnsi="Helvetica"/>
        </w:rPr>
        <w:t>Вы меня ждали?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13F4D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  <w:sz w:val="20"/>
        </w:rPr>
        <w:t> </w:t>
      </w:r>
      <w:r w:rsidRPr="003D548E">
        <w:rPr>
          <w:rFonts w:ascii="Helvetica" w:hAnsi="Helvetica"/>
          <w:sz w:val="18"/>
        </w:rPr>
        <w:t xml:space="preserve">(лёгкая улыбка касается уголков его </w:t>
      </w:r>
      <w:proofErr w:type="gramStart"/>
      <w:r w:rsidRPr="003D548E">
        <w:rPr>
          <w:rFonts w:ascii="Helvetica" w:hAnsi="Helvetica"/>
          <w:sz w:val="18"/>
        </w:rPr>
        <w:t xml:space="preserve">рта)  </w:t>
      </w:r>
      <w:r w:rsidRPr="003D548E">
        <w:rPr>
          <w:rFonts w:ascii="Helvetica" w:hAnsi="Helvetica"/>
        </w:rPr>
        <w:t>Да</w:t>
      </w:r>
      <w:proofErr w:type="gramEnd"/>
      <w:r w:rsidRPr="003D548E">
        <w:rPr>
          <w:rFonts w:ascii="Helvetica" w:hAnsi="Helvetica"/>
        </w:rPr>
        <w:t xml:space="preserve">, мы все </w:t>
      </w:r>
      <w:r>
        <w:rPr>
          <w:rFonts w:ascii="Helvetica" w:hAnsi="Helvetica"/>
        </w:rPr>
        <w:t xml:space="preserve">вас </w:t>
      </w:r>
      <w:r w:rsidRPr="003D548E">
        <w:rPr>
          <w:rFonts w:ascii="Helvetica" w:hAnsi="Helvetica"/>
        </w:rPr>
        <w:t>ждём.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13F4D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</w:rPr>
        <w:t> Почему меня?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13F4D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  <w:sz w:val="18"/>
        </w:rPr>
        <w:t xml:space="preserve"> (медленно, смакуя слова)</w:t>
      </w:r>
      <w:r w:rsidRPr="003D548E">
        <w:rPr>
          <w:rFonts w:ascii="Helvetica" w:hAnsi="Helvetica"/>
        </w:rPr>
        <w:t xml:space="preserve"> Ваш случай — особенный. У вас есть то, чего </w:t>
      </w:r>
      <w:r>
        <w:rPr>
          <w:rFonts w:ascii="Helvetica" w:hAnsi="Helvetica"/>
        </w:rPr>
        <w:t xml:space="preserve">нет у него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кивает в сторону уходящего клиента</w:t>
      </w:r>
      <w:r w:rsidRPr="003D548E">
        <w:rPr>
          <w:rFonts w:ascii="Helvetica" w:hAnsi="Helvetica"/>
          <w:sz w:val="18"/>
        </w:rPr>
        <w:t xml:space="preserve">, </w:t>
      </w:r>
      <w:r>
        <w:rPr>
          <w:rFonts w:ascii="Helvetica" w:hAnsi="Helvetica"/>
          <w:sz w:val="18"/>
        </w:rPr>
        <w:t xml:space="preserve">его </w:t>
      </w:r>
      <w:r w:rsidRPr="003D548E">
        <w:rPr>
          <w:rFonts w:ascii="Helvetica" w:hAnsi="Helvetica"/>
          <w:sz w:val="18"/>
        </w:rPr>
        <w:t>взгляд становится глубже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У вас есть дочь. А дочь — это бесконечная валюта.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Артем напряжённо смотрит на него.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17485A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 xml:space="preserve">(глухо) </w:t>
      </w:r>
      <w:r w:rsidRPr="003D548E">
        <w:rPr>
          <w:rFonts w:ascii="Helvetica" w:hAnsi="Helvetica"/>
        </w:rPr>
        <w:t>У меня нет дочери.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17485A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(наклоняет голову, как птица, разглядывающая жука)</w:t>
      </w:r>
      <w:r w:rsidRPr="003D548E">
        <w:rPr>
          <w:rFonts w:ascii="Helvetica" w:hAnsi="Helvetica"/>
        </w:rPr>
        <w:t xml:space="preserve"> Она у вас есть</w:t>
      </w:r>
      <w:r>
        <w:rPr>
          <w:rFonts w:ascii="Helvetica" w:hAnsi="Helvetica"/>
        </w:rPr>
        <w:t>, д</w:t>
      </w:r>
      <w:r w:rsidRPr="003D548E">
        <w:rPr>
          <w:rFonts w:ascii="Helvetica" w:hAnsi="Helvetica"/>
        </w:rPr>
        <w:t>аже если её нет. Поднимайтесь</w:t>
      </w:r>
      <w:r>
        <w:rPr>
          <w:rFonts w:ascii="Helvetica" w:hAnsi="Helvetica"/>
        </w:rPr>
        <w:t>, п</w:t>
      </w:r>
      <w:r w:rsidRPr="003D548E">
        <w:rPr>
          <w:rFonts w:ascii="Helvetica" w:hAnsi="Helvetica"/>
        </w:rPr>
        <w:t>рисаживайтесь.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Артем напряжённо медленно из любопытства поднимается по лестнице</w:t>
      </w:r>
      <w:r>
        <w:rPr>
          <w:rFonts w:ascii="Helvetica" w:hAnsi="Helvetica"/>
        </w:rPr>
        <w:t xml:space="preserve">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на балкон и присаживается за столик.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302200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  <w:sz w:val="18"/>
        </w:rPr>
        <w:t> (сладко улыбаясь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Желаете выпить чаю? Новые поставки этого дивного напитка просто бьют все рекорды!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302200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(жестко)</w:t>
      </w:r>
      <w:r w:rsidRPr="003D548E">
        <w:rPr>
          <w:rFonts w:ascii="Helvetica" w:hAnsi="Helvetica"/>
        </w:rPr>
        <w:t xml:space="preserve"> Нет, спасибо.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302200"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>ПРОДАВЕЦ ЗАБВЕНИЯ.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(ничуть не обижаясь)</w:t>
      </w:r>
      <w:r w:rsidRPr="003D548E">
        <w:rPr>
          <w:rFonts w:ascii="Helvetica" w:hAnsi="Helvetica"/>
        </w:rPr>
        <w:t xml:space="preserve"> Хорошо, как изволите.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Продавец откидывается в кресле, закрывает глаза.</w:t>
      </w:r>
      <w:r>
        <w:rPr>
          <w:rFonts w:ascii="Helvetica" w:hAnsi="Helvetica"/>
          <w:sz w:val="18"/>
        </w:rPr>
        <w:t xml:space="preserve">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Лицо погружается в глубокую задумчивость, почти транс.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02200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27"/>
        </w:rPr>
        <w:t xml:space="preserve"> </w:t>
      </w:r>
      <w:r w:rsidRPr="003D548E">
        <w:rPr>
          <w:rFonts w:ascii="Helvetica" w:hAnsi="Helvetica"/>
        </w:rPr>
        <w:t>Артём К., вы — уникальный диссонанс. Кристально чистый звук в потоке невероятной энергии. </w:t>
      </w:r>
      <w:r w:rsidRPr="003D548E">
        <w:rPr>
          <w:rFonts w:ascii="Helvetica" w:hAnsi="Helvetica"/>
          <w:sz w:val="18"/>
        </w:rPr>
        <w:t>(поднимает подбородок, прислушивается к чему-то невидимому)</w:t>
      </w:r>
      <w:r w:rsidRPr="003D548E">
        <w:rPr>
          <w:rFonts w:ascii="Helvetica" w:hAnsi="Helvetica"/>
          <w:i/>
          <w:sz w:val="18"/>
        </w:rPr>
        <w:t> </w:t>
      </w:r>
      <w:r w:rsidRPr="003D548E">
        <w:rPr>
          <w:rFonts w:ascii="Helvetica" w:hAnsi="Helvetica"/>
        </w:rPr>
        <w:t>Мы слышим этот скрежет</w:t>
      </w:r>
      <w:r>
        <w:rPr>
          <w:rFonts w:ascii="Helvetica" w:hAnsi="Helvetica"/>
        </w:rPr>
        <w:t>…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о</w:t>
      </w:r>
      <w:r w:rsidRPr="003D548E">
        <w:rPr>
          <w:rFonts w:ascii="Helvetica" w:hAnsi="Helvetica"/>
        </w:rPr>
        <w:t>чень странный звук. Такой громкий</w:t>
      </w:r>
      <w:r>
        <w:rPr>
          <w:rFonts w:ascii="Helvetica" w:hAnsi="Helvetica"/>
        </w:rPr>
        <w:t xml:space="preserve"> и т</w:t>
      </w:r>
      <w:r w:rsidRPr="003D548E">
        <w:rPr>
          <w:rFonts w:ascii="Helvetica" w:hAnsi="Helvetica"/>
        </w:rPr>
        <w:t>ак много энергии вокруг вас. Она кружит снизу вверх</w:t>
      </w:r>
      <w:r>
        <w:rPr>
          <w:rFonts w:ascii="Helvetica" w:hAnsi="Helvetica"/>
        </w:rPr>
        <w:t xml:space="preserve">…кружит и кружит. </w:t>
      </w:r>
      <w:r w:rsidRPr="003D548E">
        <w:rPr>
          <w:rFonts w:ascii="Helvetica" w:hAnsi="Helvetica"/>
          <w:sz w:val="18"/>
        </w:rPr>
        <w:t>(лицо меняется, становится печальным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> </w:t>
      </w:r>
      <w:r>
        <w:rPr>
          <w:rFonts w:ascii="Helvetica" w:hAnsi="Helvetica"/>
        </w:rPr>
        <w:t>Но она т</w:t>
      </w:r>
      <w:r w:rsidRPr="003D548E">
        <w:rPr>
          <w:rFonts w:ascii="Helvetica" w:hAnsi="Helvetica"/>
        </w:rPr>
        <w:t>оксична</w:t>
      </w:r>
      <w:r>
        <w:rPr>
          <w:rFonts w:ascii="Helvetica" w:hAnsi="Helvetica"/>
        </w:rPr>
        <w:t xml:space="preserve"> для вас, она вас убивает.</w:t>
      </w:r>
    </w:p>
    <w:p w:rsidR="00164D26" w:rsidRPr="00DC6557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22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Продавец забвения</w:t>
      </w:r>
      <w:r w:rsidRPr="003D548E">
        <w:rPr>
          <w:rFonts w:ascii="Helvetica" w:hAnsi="Helvetica"/>
          <w:sz w:val="18"/>
        </w:rPr>
        <w:t xml:space="preserve"> открывает глаза.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BD2125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 xml:space="preserve"> Думаю, я смогу </w:t>
      </w:r>
      <w:r>
        <w:rPr>
          <w:rFonts w:ascii="Helvetica" w:hAnsi="Helvetica"/>
        </w:rPr>
        <w:t xml:space="preserve">вам </w:t>
      </w:r>
      <w:r w:rsidRPr="003D548E">
        <w:rPr>
          <w:rFonts w:ascii="Helvetica" w:hAnsi="Helvetica"/>
        </w:rPr>
        <w:t xml:space="preserve">помочь. </w:t>
      </w:r>
      <w:r w:rsidRPr="003D548E">
        <w:rPr>
          <w:rFonts w:ascii="Helvetica" w:hAnsi="Helvetica"/>
          <w:sz w:val="18"/>
        </w:rPr>
        <w:t>(берёт песочные часы, переворачивает их — песок не течёт)</w:t>
      </w:r>
      <w:r w:rsidRPr="003D548E">
        <w:rPr>
          <w:rFonts w:ascii="Helvetica" w:hAnsi="Helvetica"/>
          <w:i/>
          <w:sz w:val="18"/>
        </w:rPr>
        <w:t xml:space="preserve"> </w:t>
      </w:r>
      <w:r w:rsidRPr="003D548E">
        <w:rPr>
          <w:rFonts w:ascii="Helvetica" w:hAnsi="Helvetica"/>
        </w:rPr>
        <w:t>Видите? Время можно приостановить</w:t>
      </w:r>
      <w:r>
        <w:rPr>
          <w:rFonts w:ascii="Helvetica" w:hAnsi="Helvetica"/>
        </w:rPr>
        <w:t xml:space="preserve"> – н</w:t>
      </w:r>
      <w:r w:rsidRPr="003D548E">
        <w:rPr>
          <w:rFonts w:ascii="Helvetica" w:hAnsi="Helvetica"/>
        </w:rPr>
        <w:t>а 12 часов</w:t>
      </w:r>
      <w:r>
        <w:rPr>
          <w:rFonts w:ascii="Helvetica" w:hAnsi="Helvetica"/>
        </w:rPr>
        <w:t xml:space="preserve"> и</w:t>
      </w:r>
      <w:r w:rsidRPr="003D548E">
        <w:rPr>
          <w:rFonts w:ascii="Helvetica" w:hAnsi="Helvetica"/>
        </w:rPr>
        <w:t>ли на 12 лет. Решать вам.</w:t>
      </w:r>
    </w:p>
    <w:p w:rsidR="00164D26" w:rsidRPr="00DC6557" w:rsidRDefault="00164D26" w:rsidP="00164D26">
      <w:pPr>
        <w:spacing w:before="100" w:beforeAutospacing="1" w:after="100" w:afterAutospacing="1"/>
        <w:contextualSpacing/>
        <w:jc w:val="both"/>
        <w:rPr>
          <w:rFonts w:ascii="Helvetica" w:eastAsiaTheme="minorEastAsia" w:hAnsi="Helvetica" w:cstheme="minorBidi"/>
          <w:sz w:val="22"/>
          <w:szCs w:val="22"/>
          <w:lang w:eastAsia="en-US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1F60CA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(глядя на чёрный ящик под локтем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> Что это?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1F60CA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(ладонь на ящик, почти ласково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> Это криокапсула — ящик для боли</w:t>
      </w:r>
      <w:r>
        <w:rPr>
          <w:rFonts w:ascii="Helvetica" w:hAnsi="Helvetica"/>
        </w:rPr>
        <w:t xml:space="preserve"> и страданий</w:t>
      </w:r>
      <w:r w:rsidRPr="003D548E">
        <w:rPr>
          <w:rFonts w:ascii="Helvetica" w:hAnsi="Helvetica"/>
        </w:rPr>
        <w:t xml:space="preserve">. </w:t>
      </w:r>
      <w:r>
        <w:rPr>
          <w:rFonts w:ascii="Helvetica" w:hAnsi="Helvetica"/>
        </w:rPr>
        <w:t>Они лежат там – х</w:t>
      </w:r>
      <w:r w:rsidRPr="003D548E">
        <w:rPr>
          <w:rFonts w:ascii="Helvetica" w:hAnsi="Helvetica"/>
        </w:rPr>
        <w:t>олодн</w:t>
      </w:r>
      <w:r>
        <w:rPr>
          <w:rFonts w:ascii="Helvetica" w:hAnsi="Helvetica"/>
        </w:rPr>
        <w:t>ые</w:t>
      </w:r>
      <w:r w:rsidRPr="003D548E">
        <w:rPr>
          <w:rFonts w:ascii="Helvetica" w:hAnsi="Helvetica"/>
        </w:rPr>
        <w:t>, спящ</w:t>
      </w:r>
      <w:r>
        <w:rPr>
          <w:rFonts w:ascii="Helvetica" w:hAnsi="Helvetica"/>
        </w:rPr>
        <w:t>ие и</w:t>
      </w:r>
      <w:r w:rsidRPr="003D548E">
        <w:rPr>
          <w:rFonts w:ascii="Helvetica" w:hAnsi="Helvetica"/>
        </w:rPr>
        <w:t xml:space="preserve"> замороженн</w:t>
      </w:r>
      <w:r>
        <w:rPr>
          <w:rFonts w:ascii="Helvetica" w:hAnsi="Helvetica"/>
        </w:rPr>
        <w:t>ые</w:t>
      </w:r>
      <w:r w:rsidRPr="003D548E">
        <w:rPr>
          <w:rFonts w:ascii="Helvetica" w:hAnsi="Helvetica"/>
        </w:rPr>
        <w:t>. Чистота пустоты. </w:t>
      </w:r>
      <w:r w:rsidRPr="003D548E">
        <w:rPr>
          <w:rFonts w:ascii="Helvetica" w:hAnsi="Helvetica"/>
          <w:sz w:val="18"/>
        </w:rPr>
        <w:t>(улыбается)</w:t>
      </w:r>
      <w:r w:rsidRPr="003D548E">
        <w:rPr>
          <w:rFonts w:ascii="Helvetica" w:hAnsi="Helvetica"/>
        </w:rPr>
        <w:t> 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Продавец </w:t>
      </w:r>
      <w:r w:rsidRPr="003D548E">
        <w:rPr>
          <w:rFonts w:ascii="Helvetica" w:hAnsi="Helvetica"/>
          <w:sz w:val="18"/>
        </w:rPr>
        <w:t>замечает мелкую дрожь в руках Артёма</w:t>
      </w:r>
      <w:r>
        <w:rPr>
          <w:rFonts w:ascii="Helvetica" w:hAnsi="Helvetica"/>
          <w:sz w:val="18"/>
        </w:rPr>
        <w:t xml:space="preserve"> и н</w:t>
      </w:r>
      <w:r w:rsidRPr="003D548E">
        <w:rPr>
          <w:rFonts w:ascii="Helvetica" w:hAnsi="Helvetica"/>
          <w:sz w:val="18"/>
        </w:rPr>
        <w:t>аклоняется ближе.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1F60CA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Давайте я предложу разные варианты</w:t>
      </w:r>
      <w:r>
        <w:rPr>
          <w:rFonts w:ascii="Helvetica" w:hAnsi="Helvetica"/>
        </w:rPr>
        <w:t>?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Артем кивает.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spacing w:after="100" w:afterAutospacing="1"/>
        <w:contextualSpacing/>
        <w:jc w:val="both"/>
        <w:rPr>
          <w:rFonts w:ascii="Helvetica" w:hAnsi="Helvetica"/>
        </w:rPr>
      </w:pPr>
      <w:r w:rsidRPr="001F60CA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 xml:space="preserve"> Вариант </w:t>
      </w:r>
      <w:r>
        <w:rPr>
          <w:rFonts w:ascii="Helvetica" w:hAnsi="Helvetica"/>
        </w:rPr>
        <w:t>номер 1.</w:t>
      </w:r>
      <w:r w:rsidRPr="003D548E">
        <w:rPr>
          <w:rFonts w:ascii="Helvetica" w:hAnsi="Helvetica"/>
        </w:rPr>
        <w:t xml:space="preserve"> ЛОТ «НОЧНОЙ»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</w:t>
      </w:r>
      <w:r w:rsidRPr="00770358">
        <w:rPr>
          <w:rFonts w:ascii="Helvetica" w:hAnsi="Helvetica"/>
          <w:sz w:val="18"/>
        </w:rPr>
        <w:t xml:space="preserve">поднимает со столика </w:t>
      </w:r>
      <w:r w:rsidRPr="003D548E">
        <w:rPr>
          <w:rFonts w:ascii="Helvetica" w:hAnsi="Helvetica"/>
          <w:sz w:val="18"/>
        </w:rPr>
        <w:t xml:space="preserve">песочные часы, переворачивает и </w:t>
      </w:r>
      <w:r w:rsidRPr="00770358">
        <w:rPr>
          <w:rFonts w:ascii="Helvetica" w:hAnsi="Helvetica"/>
          <w:sz w:val="18"/>
        </w:rPr>
        <w:t>ставит обратно)</w:t>
      </w:r>
      <w:r w:rsidRPr="00770358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10 часов здорового сна с 12 ночи до 10 утра, </w:t>
      </w:r>
      <w:r w:rsidRPr="003D548E">
        <w:rPr>
          <w:rFonts w:ascii="Helvetica" w:hAnsi="Helvetica"/>
        </w:rPr>
        <w:t>без кошмаров</w:t>
      </w:r>
      <w:r>
        <w:rPr>
          <w:rFonts w:ascii="Helvetica" w:hAnsi="Helvetica"/>
        </w:rPr>
        <w:t>, п</w:t>
      </w:r>
      <w:r w:rsidRPr="003D548E">
        <w:rPr>
          <w:rFonts w:ascii="Helvetica" w:hAnsi="Helvetica"/>
        </w:rPr>
        <w:t>ожизненно.</w:t>
      </w:r>
      <w:r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улыбается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> Закрываете глаза</w:t>
      </w:r>
      <w:r>
        <w:rPr>
          <w:rFonts w:ascii="Helvetica" w:hAnsi="Helvetica"/>
        </w:rPr>
        <w:t xml:space="preserve">, </w:t>
      </w:r>
      <w:r w:rsidRPr="003D548E">
        <w:rPr>
          <w:rFonts w:ascii="Helvetica" w:hAnsi="Helvetica"/>
        </w:rPr>
        <w:t>проваливаетесь в чёрную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пустоту</w:t>
      </w:r>
      <w:r>
        <w:rPr>
          <w:rFonts w:ascii="Helvetica" w:hAnsi="Helvetica"/>
        </w:rPr>
        <w:t>, просыпаетесь</w:t>
      </w:r>
      <w:r w:rsidRPr="003D548E">
        <w:rPr>
          <w:rFonts w:ascii="Helvetica" w:hAnsi="Helvetica"/>
        </w:rPr>
        <w:t xml:space="preserve"> отдохнувшим. </w:t>
      </w:r>
      <w:r>
        <w:rPr>
          <w:rFonts w:ascii="Helvetica" w:hAnsi="Helvetica"/>
        </w:rPr>
        <w:t>Утром ваши воспоминания и страдания возвращаются к вам снова.</w:t>
      </w:r>
    </w:p>
    <w:p w:rsidR="00164D26" w:rsidRPr="00DC6557" w:rsidRDefault="00164D26" w:rsidP="00164D26">
      <w:pPr>
        <w:spacing w:after="100" w:afterAutospacing="1"/>
        <w:contextualSpacing/>
        <w:jc w:val="both"/>
        <w:rPr>
          <w:rFonts w:ascii="Helvetica" w:eastAsiaTheme="minorEastAsia" w:hAnsi="Helvetica" w:cstheme="minorBidi"/>
          <w:sz w:val="22"/>
          <w:szCs w:val="22"/>
          <w:lang w:eastAsia="en-US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3434CD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3851F9">
        <w:rPr>
          <w:rFonts w:ascii="Helvetica" w:hAnsi="Helvetica"/>
          <w:sz w:val="18"/>
        </w:rPr>
        <w:t xml:space="preserve"> (</w:t>
      </w:r>
      <w:r w:rsidRPr="003D548E">
        <w:rPr>
          <w:rFonts w:ascii="Helvetica" w:hAnsi="Helvetica"/>
          <w:sz w:val="18"/>
        </w:rPr>
        <w:t>смотрит в сторону, хрипло)</w:t>
      </w:r>
      <w:r w:rsidRPr="003D548E">
        <w:rPr>
          <w:rFonts w:ascii="Helvetica" w:hAnsi="Helvetica"/>
        </w:rPr>
        <w:t> Звучит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неплохо. Цена?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3434CD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(спокойно)</w:t>
      </w:r>
      <w:r w:rsidRPr="003D548E">
        <w:rPr>
          <w:rFonts w:ascii="Helvetica" w:hAnsi="Helvetica"/>
          <w:i/>
          <w:sz w:val="18"/>
        </w:rPr>
        <w:t> </w:t>
      </w:r>
      <w:r w:rsidRPr="003D548E">
        <w:rPr>
          <w:rFonts w:ascii="Helvetica" w:hAnsi="Helvetica"/>
        </w:rPr>
        <w:t>Ваши руки.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3434CD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 Что?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3851F9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 </w:t>
      </w:r>
      <w:r w:rsidRPr="003D548E">
        <w:rPr>
          <w:rFonts w:ascii="Helvetica" w:hAnsi="Helvetica"/>
        </w:rPr>
        <w:t>Не буквально</w:t>
      </w:r>
      <w:r>
        <w:rPr>
          <w:rFonts w:ascii="Helvetica" w:hAnsi="Helvetica"/>
        </w:rPr>
        <w:t>, х</w:t>
      </w:r>
      <w:r w:rsidRPr="003D548E">
        <w:rPr>
          <w:rFonts w:ascii="Helvetica" w:hAnsi="Helvetica"/>
        </w:rPr>
        <w:t>ирургии не будет</w:t>
      </w:r>
      <w:r>
        <w:rPr>
          <w:rFonts w:ascii="Helvetica" w:hAnsi="Helvetica"/>
        </w:rPr>
        <w:t>. Ваши р</w:t>
      </w:r>
      <w:r w:rsidRPr="003D548E">
        <w:rPr>
          <w:rFonts w:ascii="Helvetica" w:hAnsi="Helvetica"/>
        </w:rPr>
        <w:t xml:space="preserve">уки </w:t>
      </w:r>
      <w:r>
        <w:rPr>
          <w:rFonts w:ascii="Helvetica" w:hAnsi="Helvetica"/>
        </w:rPr>
        <w:t>будут</w:t>
      </w:r>
      <w:r w:rsidRPr="003D548E">
        <w:rPr>
          <w:rFonts w:ascii="Helvetica" w:hAnsi="Helvetica"/>
        </w:rPr>
        <w:t xml:space="preserve"> писать, водить</w:t>
      </w:r>
      <w:r>
        <w:rPr>
          <w:rFonts w:ascii="Helvetica" w:hAnsi="Helvetica"/>
        </w:rPr>
        <w:t xml:space="preserve"> машину</w:t>
      </w:r>
      <w:r w:rsidRPr="003D548E">
        <w:rPr>
          <w:rFonts w:ascii="Helvetica" w:hAnsi="Helvetica"/>
        </w:rPr>
        <w:t>, работат</w:t>
      </w:r>
      <w:r>
        <w:rPr>
          <w:rFonts w:ascii="Helvetica" w:hAnsi="Helvetica"/>
        </w:rPr>
        <w:t>ь, н</w:t>
      </w:r>
      <w:r w:rsidRPr="003D548E">
        <w:rPr>
          <w:rFonts w:ascii="Helvetica" w:hAnsi="Helvetica"/>
        </w:rPr>
        <w:t xml:space="preserve">о </w:t>
      </w:r>
      <w:r>
        <w:rPr>
          <w:rFonts w:ascii="Helvetica" w:hAnsi="Helvetica"/>
        </w:rPr>
        <w:t>никогда не смогут прикасаться к д</w:t>
      </w:r>
      <w:r w:rsidRPr="003D548E">
        <w:rPr>
          <w:rFonts w:ascii="Helvetica" w:hAnsi="Helvetica"/>
        </w:rPr>
        <w:t>руго</w:t>
      </w:r>
      <w:r>
        <w:rPr>
          <w:rFonts w:ascii="Helvetica" w:hAnsi="Helvetica"/>
        </w:rPr>
        <w:t xml:space="preserve">му человеку, они будут </w:t>
      </w:r>
      <w:r w:rsidRPr="003D548E">
        <w:rPr>
          <w:rFonts w:ascii="Helvetica" w:hAnsi="Helvetica"/>
        </w:rPr>
        <w:t>о</w:t>
      </w:r>
      <w:r>
        <w:rPr>
          <w:rFonts w:ascii="Helvetica" w:hAnsi="Helvetica"/>
        </w:rPr>
        <w:t>станавливаться</w:t>
      </w:r>
      <w:r w:rsidRPr="003D548E">
        <w:rPr>
          <w:rFonts w:ascii="Helvetica" w:hAnsi="Helvetica"/>
        </w:rPr>
        <w:t xml:space="preserve"> в сантиметре от </w:t>
      </w:r>
      <w:r>
        <w:rPr>
          <w:rFonts w:ascii="Helvetica" w:hAnsi="Helvetica"/>
        </w:rPr>
        <w:t>него, как н</w:t>
      </w:r>
      <w:r w:rsidRPr="003D548E">
        <w:rPr>
          <w:rFonts w:ascii="Helvetica" w:hAnsi="Helvetica"/>
        </w:rPr>
        <w:t xml:space="preserve">евидимая стена. </w:t>
      </w:r>
      <w:r>
        <w:rPr>
          <w:rFonts w:ascii="Helvetica" w:hAnsi="Helvetica"/>
        </w:rPr>
        <w:t>Вы</w:t>
      </w:r>
      <w:r w:rsidRPr="003D548E">
        <w:rPr>
          <w:rFonts w:ascii="Helvetica" w:hAnsi="Helvetica"/>
        </w:rPr>
        <w:t xml:space="preserve"> будете помнить, как обнимать</w:t>
      </w:r>
      <w:r>
        <w:rPr>
          <w:rFonts w:ascii="Helvetica" w:hAnsi="Helvetica"/>
        </w:rPr>
        <w:t xml:space="preserve"> кого-то, даже сильно желать</w:t>
      </w:r>
      <w:r w:rsidRPr="003D548E">
        <w:rPr>
          <w:rFonts w:ascii="Helvetica" w:hAnsi="Helvetica"/>
        </w:rPr>
        <w:t xml:space="preserve"> этого</w:t>
      </w:r>
      <w:r>
        <w:rPr>
          <w:rFonts w:ascii="Helvetica" w:hAnsi="Helvetica"/>
        </w:rPr>
        <w:t xml:space="preserve">, но сделать никогда не сможете. </w:t>
      </w:r>
      <w:r w:rsidRPr="003D548E">
        <w:rPr>
          <w:rFonts w:ascii="Helvetica" w:hAnsi="Helvetica"/>
        </w:rPr>
        <w:t xml:space="preserve">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Артём смотрит на </w:t>
      </w:r>
      <w:r>
        <w:rPr>
          <w:rFonts w:ascii="Helvetica" w:hAnsi="Helvetica"/>
          <w:sz w:val="18"/>
        </w:rPr>
        <w:t xml:space="preserve">свои </w:t>
      </w:r>
      <w:r w:rsidRPr="003D548E">
        <w:rPr>
          <w:rFonts w:ascii="Helvetica" w:hAnsi="Helvetica"/>
          <w:sz w:val="18"/>
        </w:rPr>
        <w:t>руки.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EB44BD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(тихо)</w:t>
      </w:r>
      <w:r w:rsidRPr="003D548E">
        <w:rPr>
          <w:rFonts w:ascii="Helvetica" w:hAnsi="Helvetica"/>
        </w:rPr>
        <w:t> Почему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руки?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EB44BD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 xml:space="preserve"> Руки </w:t>
      </w:r>
      <w:r>
        <w:rPr>
          <w:rFonts w:ascii="Helvetica" w:hAnsi="Helvetica"/>
        </w:rPr>
        <w:t xml:space="preserve">все помнят, даже </w:t>
      </w:r>
      <w:r w:rsidRPr="003D548E">
        <w:rPr>
          <w:rFonts w:ascii="Helvetica" w:hAnsi="Helvetica"/>
        </w:rPr>
        <w:t xml:space="preserve">лучше </w:t>
      </w:r>
      <w:r>
        <w:rPr>
          <w:rFonts w:ascii="Helvetica" w:hAnsi="Helvetica"/>
        </w:rPr>
        <w:t xml:space="preserve">нашего </w:t>
      </w:r>
      <w:r w:rsidRPr="003D548E">
        <w:rPr>
          <w:rFonts w:ascii="Helvetica" w:hAnsi="Helvetica"/>
        </w:rPr>
        <w:t xml:space="preserve">мозга. </w:t>
      </w:r>
      <w:r>
        <w:rPr>
          <w:rFonts w:ascii="Helvetica" w:hAnsi="Helvetica"/>
        </w:rPr>
        <w:t>В</w:t>
      </w:r>
      <w:r w:rsidRPr="003D548E">
        <w:rPr>
          <w:rFonts w:ascii="Helvetica" w:hAnsi="Helvetica"/>
        </w:rPr>
        <w:t>ыбирать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вам</w:t>
      </w:r>
      <w:r>
        <w:rPr>
          <w:rFonts w:ascii="Helvetica" w:hAnsi="Helvetica"/>
        </w:rPr>
        <w:t>, я лишь предлагаю выбор и завершаю процесс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– ч</w:t>
      </w:r>
      <w:r w:rsidRPr="003D548E">
        <w:rPr>
          <w:rFonts w:ascii="Helvetica" w:hAnsi="Helvetica"/>
        </w:rPr>
        <w:t>исто</w:t>
      </w:r>
      <w:r>
        <w:rPr>
          <w:rFonts w:ascii="Helvetica" w:hAnsi="Helvetica"/>
        </w:rPr>
        <w:t>, г</w:t>
      </w:r>
      <w:r w:rsidRPr="003D548E">
        <w:rPr>
          <w:rFonts w:ascii="Helvetica" w:hAnsi="Helvetica"/>
        </w:rPr>
        <w:t>игиенично</w:t>
      </w:r>
      <w:r>
        <w:rPr>
          <w:rFonts w:ascii="Helvetica" w:hAnsi="Helvetica"/>
        </w:rPr>
        <w:t xml:space="preserve"> и б</w:t>
      </w:r>
      <w:r w:rsidRPr="003D548E">
        <w:rPr>
          <w:rFonts w:ascii="Helvetica" w:hAnsi="Helvetica"/>
        </w:rPr>
        <w:t>езболезненно.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Артём </w:t>
      </w:r>
      <w:r>
        <w:rPr>
          <w:rFonts w:ascii="Helvetica" w:hAnsi="Helvetica"/>
          <w:sz w:val="18"/>
        </w:rPr>
        <w:t>молча смотрит на него</w:t>
      </w:r>
      <w:r w:rsidRPr="003D548E">
        <w:rPr>
          <w:rFonts w:ascii="Helvetica" w:hAnsi="Helvetica"/>
          <w:sz w:val="18"/>
        </w:rPr>
        <w:t>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57F3F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>
        <w:rPr>
          <w:rFonts w:ascii="Helvetica" w:hAnsi="Helvetica"/>
        </w:rPr>
        <w:t xml:space="preserve">Идем дальше по вариантам? 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Pr="003D548E" w:rsidRDefault="00164D26" w:rsidP="00164D26">
      <w:pPr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 xml:space="preserve">Артём </w:t>
      </w:r>
      <w:r>
        <w:rPr>
          <w:rFonts w:ascii="Helvetica" w:hAnsi="Helvetica"/>
          <w:sz w:val="18"/>
        </w:rPr>
        <w:t>кивает</w:t>
      </w:r>
      <w:r w:rsidRPr="003D548E">
        <w:rPr>
          <w:rFonts w:ascii="Helvetica" w:hAnsi="Helvetica"/>
          <w:sz w:val="18"/>
        </w:rPr>
        <w:t>.</w:t>
      </w:r>
    </w:p>
    <w:p w:rsidR="00164D26" w:rsidRPr="00587F13" w:rsidRDefault="00164D26" w:rsidP="00164D26">
      <w:pPr>
        <w:pStyle w:val="aff8"/>
        <w:jc w:val="both"/>
        <w:rPr>
          <w:rFonts w:ascii="Helvetica" w:hAnsi="Helvetica"/>
        </w:rPr>
      </w:pPr>
      <w:r w:rsidRPr="00957F3F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  <w:sz w:val="22"/>
        </w:rPr>
        <w:t> </w:t>
      </w:r>
      <w:r w:rsidRPr="00587F13">
        <w:rPr>
          <w:rFonts w:ascii="Helvetica" w:hAnsi="Helvetica"/>
        </w:rPr>
        <w:t>Вариант номер 2. ЛОТ «РАБОЧИЙ</w:t>
      </w:r>
      <w:r w:rsidRPr="00740680">
        <w:rPr>
          <w:rFonts w:ascii="Helvetica" w:hAnsi="Helvetica"/>
        </w:rPr>
        <w:t>»</w:t>
      </w:r>
      <w:r w:rsidRPr="00740680">
        <w:t> 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 xml:space="preserve">поднимает со столика </w:t>
      </w:r>
      <w:r w:rsidRPr="003D548E">
        <w:rPr>
          <w:rFonts w:ascii="Helvetica" w:hAnsi="Helvetica"/>
          <w:sz w:val="18"/>
        </w:rPr>
        <w:t xml:space="preserve">песочные часы, переворачивает и </w:t>
      </w:r>
      <w:r>
        <w:rPr>
          <w:rFonts w:ascii="Helvetica" w:hAnsi="Helvetica"/>
          <w:sz w:val="18"/>
        </w:rPr>
        <w:t>ставит обратно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22"/>
        </w:rPr>
        <w:t xml:space="preserve"> </w:t>
      </w:r>
      <w:r w:rsidRPr="00587F13">
        <w:rPr>
          <w:rFonts w:ascii="Helvetica" w:hAnsi="Helvetica"/>
        </w:rPr>
        <w:t>С 10 утра до 12 ночи. На это время вы забываете вечер аварии, всю токсичную боль и страдания. А ночью расплата - все воспоминания вернутся к вам, но утром - снова забвение. И так пожизненная карусель.</w:t>
      </w:r>
    </w:p>
    <w:p w:rsidR="00164D26" w:rsidRDefault="00164D26" w:rsidP="00164D26">
      <w:pPr>
        <w:jc w:val="both"/>
        <w:rPr>
          <w:rFonts w:ascii="Helvetica" w:hAnsi="Helvetica"/>
        </w:rPr>
      </w:pPr>
      <w:r w:rsidRPr="00AA1D9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</w:rPr>
        <w:t>Цена</w:t>
      </w:r>
      <w:r w:rsidRPr="003D548E">
        <w:rPr>
          <w:rFonts w:ascii="Helvetica" w:hAnsi="Helvetica"/>
        </w:rPr>
        <w:t>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9328B9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 xml:space="preserve">смотри </w:t>
      </w:r>
      <w:r w:rsidRPr="003D548E">
        <w:rPr>
          <w:rFonts w:ascii="Helvetica" w:hAnsi="Helvetica"/>
          <w:sz w:val="18"/>
        </w:rPr>
        <w:t>прямо в глаза)</w:t>
      </w:r>
      <w:r w:rsidRPr="003D548E">
        <w:rPr>
          <w:rFonts w:ascii="Helvetica" w:hAnsi="Helvetica"/>
        </w:rPr>
        <w:t> Цена — ваше будущее. Конкретное</w:t>
      </w:r>
      <w:r>
        <w:rPr>
          <w:rFonts w:ascii="Helvetica" w:hAnsi="Helvetica"/>
        </w:rPr>
        <w:t xml:space="preserve"> и </w:t>
      </w:r>
      <w:r w:rsidRPr="003D548E">
        <w:rPr>
          <w:rFonts w:ascii="Helvetica" w:hAnsi="Helvetica"/>
        </w:rPr>
        <w:t xml:space="preserve">измеримое. Вы проживёте на </w:t>
      </w:r>
      <w:r>
        <w:rPr>
          <w:rFonts w:ascii="Helvetica" w:hAnsi="Helvetica"/>
        </w:rPr>
        <w:t>15</w:t>
      </w:r>
      <w:r w:rsidRPr="003D548E">
        <w:rPr>
          <w:rFonts w:ascii="Helvetica" w:hAnsi="Helvetica"/>
        </w:rPr>
        <w:t xml:space="preserve"> лет меньше</w:t>
      </w:r>
      <w:r>
        <w:rPr>
          <w:rFonts w:ascii="Helvetica" w:hAnsi="Helvetica"/>
        </w:rPr>
        <w:t xml:space="preserve"> - д</w:t>
      </w:r>
      <w:r w:rsidRPr="003D548E">
        <w:rPr>
          <w:rFonts w:ascii="Helvetica" w:hAnsi="Helvetica"/>
        </w:rPr>
        <w:t xml:space="preserve">о </w:t>
      </w:r>
      <w:r>
        <w:rPr>
          <w:rFonts w:ascii="Helvetica" w:hAnsi="Helvetica"/>
        </w:rPr>
        <w:t xml:space="preserve">55 </w:t>
      </w:r>
      <w:r w:rsidRPr="003D548E">
        <w:rPr>
          <w:rFonts w:ascii="Helvetica" w:hAnsi="Helvetica"/>
        </w:rPr>
        <w:t>лет</w:t>
      </w:r>
      <w:r>
        <w:rPr>
          <w:rFonts w:ascii="Helvetica" w:hAnsi="Helvetica"/>
        </w:rPr>
        <w:t xml:space="preserve"> и больше никогда не сможете увидеть ни свою жену Лию, ни своих родителей.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Ни увидеть, ни поговорить с ними.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молчит</w:t>
      </w:r>
      <w:r>
        <w:rPr>
          <w:rFonts w:ascii="Helvetica" w:hAnsi="Helvetica"/>
          <w:sz w:val="18"/>
        </w:rPr>
        <w:t xml:space="preserve"> и смотрит на Продавца</w:t>
      </w:r>
      <w:r w:rsidRPr="003D548E">
        <w:rPr>
          <w:rFonts w:ascii="Helvetica" w:hAnsi="Helvetica"/>
          <w:sz w:val="18"/>
        </w:rPr>
        <w:t>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2C6F47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</w:t>
      </w:r>
      <w:r w:rsidRPr="002C6F47">
        <w:rPr>
          <w:rFonts w:ascii="Helvetica" w:hAnsi="Helvetica"/>
          <w:sz w:val="18"/>
        </w:rPr>
        <w:t>. (вздыхает)</w:t>
      </w:r>
      <w:r>
        <w:rPr>
          <w:rFonts w:ascii="Helvetica" w:hAnsi="Helvetica"/>
          <w:sz w:val="18"/>
        </w:rPr>
        <w:t xml:space="preserve"> </w:t>
      </w:r>
      <w:r w:rsidRPr="002C6F47">
        <w:rPr>
          <w:rFonts w:ascii="Helvetica" w:hAnsi="Helvetica"/>
        </w:rPr>
        <w:t>Давайте так, Артем К.</w:t>
      </w:r>
      <w:r>
        <w:rPr>
          <w:rFonts w:ascii="Helvetica" w:hAnsi="Helvetica"/>
        </w:rPr>
        <w:t xml:space="preserve">, </w:t>
      </w:r>
      <w:r w:rsidRPr="003D548E">
        <w:rPr>
          <w:rFonts w:ascii="Helvetica" w:hAnsi="Helvetica"/>
          <w:sz w:val="18"/>
        </w:rPr>
        <w:t xml:space="preserve">(ставит чашку </w:t>
      </w:r>
      <w:r>
        <w:rPr>
          <w:rFonts w:ascii="Helvetica" w:hAnsi="Helvetica"/>
          <w:sz w:val="18"/>
        </w:rPr>
        <w:t xml:space="preserve">перед Артёмом на стол </w:t>
      </w:r>
      <w:r w:rsidRPr="003D548E">
        <w:rPr>
          <w:rFonts w:ascii="Helvetica" w:hAnsi="Helvetica"/>
          <w:sz w:val="18"/>
        </w:rPr>
        <w:t>с прозрачной жидкостью)</w:t>
      </w:r>
      <w:r>
        <w:rPr>
          <w:rFonts w:ascii="Helvetica" w:hAnsi="Helvetica"/>
        </w:rPr>
        <w:t xml:space="preserve">. </w:t>
      </w:r>
      <w:r w:rsidRPr="00FD3C45">
        <w:rPr>
          <w:rFonts w:ascii="Helvetica" w:hAnsi="Helvetica"/>
          <w:color w:val="000000"/>
        </w:rPr>
        <w:t>Попробуйте пробный сеанс</w:t>
      </w:r>
      <w:r>
        <w:rPr>
          <w:rFonts w:ascii="Helvetica" w:hAnsi="Helvetica"/>
          <w:color w:val="000000"/>
        </w:rPr>
        <w:t xml:space="preserve"> – 30 минут </w:t>
      </w:r>
      <w:r w:rsidRPr="00FD3C45">
        <w:rPr>
          <w:rFonts w:ascii="Helvetica" w:hAnsi="Helvetica"/>
          <w:color w:val="000000"/>
        </w:rPr>
        <w:t>тишины и забвения</w:t>
      </w:r>
      <w:r>
        <w:rPr>
          <w:rFonts w:ascii="Helvetica" w:hAnsi="Helvetica"/>
          <w:color w:val="000000"/>
        </w:rPr>
        <w:t xml:space="preserve">. </w:t>
      </w:r>
      <w:r w:rsidRPr="00FD3C45">
        <w:rPr>
          <w:rFonts w:ascii="Helvetica" w:hAnsi="Helvetica"/>
          <w:color w:val="000000"/>
        </w:rPr>
        <w:t xml:space="preserve">Отдайте мне </w:t>
      </w:r>
      <w:r>
        <w:rPr>
          <w:rFonts w:ascii="Helvetica" w:hAnsi="Helvetica"/>
          <w:color w:val="000000"/>
        </w:rPr>
        <w:t xml:space="preserve">любой </w:t>
      </w:r>
      <w:r w:rsidRPr="00FD3C45">
        <w:rPr>
          <w:rFonts w:ascii="Helvetica" w:hAnsi="Helvetica"/>
          <w:color w:val="000000"/>
        </w:rPr>
        <w:t>звук вашей дочери</w:t>
      </w:r>
      <w:r>
        <w:rPr>
          <w:rFonts w:ascii="Helvetica" w:hAnsi="Helvetica"/>
          <w:color w:val="000000"/>
        </w:rPr>
        <w:t>. О</w:t>
      </w:r>
      <w:r w:rsidRPr="00FD3C45">
        <w:rPr>
          <w:rFonts w:ascii="Helvetica" w:hAnsi="Helvetica"/>
          <w:color w:val="000000"/>
        </w:rPr>
        <w:t>дин звук — смех или плач.</w:t>
      </w:r>
      <w:r w:rsidRPr="009F5E1A">
        <w:rPr>
          <w:rStyle w:val="apple-converted-space"/>
          <w:rFonts w:ascii="Helvetica" w:hAnsi="Helvetica"/>
          <w:color w:val="000000"/>
        </w:rPr>
        <w:t> </w:t>
      </w:r>
      <w:r w:rsidRPr="00FD3C45">
        <w:rPr>
          <w:rStyle w:val="af7"/>
          <w:rFonts w:ascii="Helvetica" w:hAnsi="Helvetica"/>
          <w:color w:val="000000"/>
          <w:sz w:val="18"/>
          <w:szCs w:val="18"/>
        </w:rPr>
        <w:t>(голос гипнотический)</w:t>
      </w:r>
      <w:r w:rsidRPr="009F5E1A">
        <w:rPr>
          <w:rStyle w:val="apple-converted-space"/>
          <w:rFonts w:ascii="Helvetica" w:hAnsi="Helvetica"/>
          <w:color w:val="000000"/>
        </w:rPr>
        <w:t> </w:t>
      </w:r>
      <w:r>
        <w:rPr>
          <w:rStyle w:val="apple-converted-space"/>
          <w:rFonts w:ascii="Helvetica" w:hAnsi="Helvetica"/>
          <w:color w:val="000000"/>
        </w:rPr>
        <w:t xml:space="preserve">И </w:t>
      </w:r>
      <w:r>
        <w:rPr>
          <w:rFonts w:ascii="Helvetica" w:hAnsi="Helvetica"/>
        </w:rPr>
        <w:t>вы сразу поймете, что я вам предлагаю.</w:t>
      </w: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 </w:t>
      </w:r>
    </w:p>
    <w:p w:rsidR="00164D26" w:rsidRDefault="00164D26" w:rsidP="00164D26">
      <w:pPr>
        <w:jc w:val="both"/>
        <w:rPr>
          <w:rFonts w:ascii="Helvetica" w:hAnsi="Helvetica"/>
        </w:rPr>
      </w:pPr>
      <w:r w:rsidRPr="00BB638B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 </w:t>
      </w:r>
      <w:r>
        <w:rPr>
          <w:rFonts w:ascii="Helvetica" w:hAnsi="Helvetica"/>
        </w:rPr>
        <w:t xml:space="preserve"> Какие у меня г</w:t>
      </w:r>
      <w:r w:rsidRPr="003D548E">
        <w:rPr>
          <w:rFonts w:ascii="Helvetica" w:hAnsi="Helvetica"/>
        </w:rPr>
        <w:t xml:space="preserve">арантии? 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B638B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. </w:t>
      </w:r>
      <w:r w:rsidRPr="00260846">
        <w:rPr>
          <w:rFonts w:ascii="Helvetica" w:hAnsi="Helvetica"/>
        </w:rPr>
        <w:t>Гарантии?</w:t>
      </w:r>
    </w:p>
    <w:p w:rsidR="00164D26" w:rsidRPr="0026084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B638B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 </w:t>
      </w:r>
      <w:r>
        <w:rPr>
          <w:rFonts w:ascii="Helvetica" w:hAnsi="Helvetica"/>
        </w:rPr>
        <w:t xml:space="preserve"> Вдруг вы заберете больше, чем плач?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B638B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BB638B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сладко смеется</w:t>
      </w:r>
      <w:r w:rsidRPr="003D548E">
        <w:rPr>
          <w:rFonts w:ascii="Helvetica" w:hAnsi="Helvetica"/>
          <w:sz w:val="18"/>
        </w:rPr>
        <w:t>)</w:t>
      </w:r>
      <w:r>
        <w:rPr>
          <w:rFonts w:ascii="Helvetica" w:hAnsi="Helvetica"/>
          <w:i/>
          <w:sz w:val="18"/>
        </w:rPr>
        <w:t>.</w:t>
      </w:r>
      <w:r w:rsidRPr="003D548E">
        <w:rPr>
          <w:rFonts w:ascii="Helvetica" w:hAnsi="Helvetica"/>
        </w:rPr>
        <w:t> </w:t>
      </w:r>
      <w:r>
        <w:rPr>
          <w:rFonts w:ascii="Helvetica" w:hAnsi="Helvetica"/>
        </w:rPr>
        <w:t>Артем К., о</w:t>
      </w:r>
      <w:r w:rsidRPr="00DC6557">
        <w:rPr>
          <w:rFonts w:ascii="Helvetica" w:hAnsi="Helvetica" w:cstheme="minorBidi"/>
          <w:sz w:val="22"/>
          <w:szCs w:val="22"/>
        </w:rPr>
        <w:t>бманывать не выгодно</w:t>
      </w:r>
      <w:r>
        <w:rPr>
          <w:rFonts w:ascii="Helvetica" w:hAnsi="Helvetica"/>
        </w:rPr>
        <w:t>.</w:t>
      </w:r>
      <w:r w:rsidRPr="003D548E">
        <w:rPr>
          <w:rFonts w:ascii="Helvetica" w:hAnsi="Helvetica"/>
        </w:rPr>
        <w:t xml:space="preserve"> Обманутый клиент — убыток. Счастливый — пожизненная рента</w:t>
      </w:r>
      <w:r>
        <w:rPr>
          <w:rFonts w:ascii="Helvetica" w:hAnsi="Helvetica"/>
        </w:rPr>
        <w:t>, п</w:t>
      </w:r>
      <w:r w:rsidRPr="003D548E">
        <w:rPr>
          <w:rFonts w:ascii="Helvetica" w:hAnsi="Helvetica"/>
        </w:rPr>
        <w:t xml:space="preserve">остоянный гость. Новые лоты, новые услуги.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улыбается</w:t>
      </w:r>
      <w:r w:rsidRPr="003D548E">
        <w:rPr>
          <w:rFonts w:ascii="Helvetica" w:hAnsi="Helvetica"/>
          <w:sz w:val="18"/>
        </w:rPr>
        <w:t>)</w:t>
      </w:r>
      <w:r>
        <w:rPr>
          <w:rFonts w:ascii="Helvetica" w:hAnsi="Helvetica"/>
          <w:i/>
          <w:sz w:val="18"/>
        </w:rPr>
        <w:t>.</w:t>
      </w:r>
      <w:r w:rsidRPr="003D548E">
        <w:rPr>
          <w:rFonts w:ascii="Helvetica" w:hAnsi="Helvetica"/>
        </w:rPr>
        <w:t> 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DA5BB7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А если я ничего не выберу?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 w:rsidRPr="00DA5BB7"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>ПРОДАВЕЦ ЗАБВЕНИЯ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DA5BB7"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Спуститесь вниз</w:t>
      </w:r>
      <w:r>
        <w:rPr>
          <w:rFonts w:ascii="Helvetica" w:hAnsi="Helvetica"/>
        </w:rPr>
        <w:t xml:space="preserve"> и у</w:t>
      </w:r>
      <w:r w:rsidRPr="003D548E">
        <w:rPr>
          <w:rFonts w:ascii="Helvetica" w:hAnsi="Helvetica"/>
        </w:rPr>
        <w:t>йдёте</w:t>
      </w:r>
      <w:r>
        <w:rPr>
          <w:rFonts w:ascii="Helvetica" w:hAnsi="Helvetica"/>
        </w:rPr>
        <w:t>. Но</w:t>
      </w:r>
      <w:r w:rsidRPr="003D548E">
        <w:rPr>
          <w:rFonts w:ascii="Helvetica" w:hAnsi="Helvetica"/>
        </w:rPr>
        <w:t xml:space="preserve"> долг перед системой</w:t>
      </w:r>
      <w:r>
        <w:rPr>
          <w:rFonts w:ascii="Helvetica" w:hAnsi="Helvetica"/>
        </w:rPr>
        <w:t xml:space="preserve"> у вас</w:t>
      </w:r>
      <w:r w:rsidRPr="003D548E">
        <w:rPr>
          <w:rFonts w:ascii="Helvetica" w:hAnsi="Helvetica"/>
        </w:rPr>
        <w:t xml:space="preserve"> уже есть</w:t>
      </w:r>
      <w:r>
        <w:rPr>
          <w:rFonts w:ascii="Helvetica" w:hAnsi="Helvetica"/>
        </w:rPr>
        <w:t xml:space="preserve">. У меня есть протокол встречи с господином Агрегатором </w:t>
      </w:r>
      <w:r w:rsidRPr="004A0926">
        <w:rPr>
          <w:rFonts w:ascii="Helvetica" w:hAnsi="Helvetica"/>
          <w:sz w:val="18"/>
        </w:rPr>
        <w:t>(показывает на планшете документ протокола)</w:t>
      </w:r>
    </w:p>
    <w:p w:rsidR="00164D26" w:rsidRDefault="00164D26" w:rsidP="00164D26">
      <w:pPr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Пауза.</w:t>
      </w:r>
    </w:p>
    <w:p w:rsidR="00164D26" w:rsidRPr="004A0926" w:rsidRDefault="00164D26" w:rsidP="00164D26">
      <w:pPr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042AB5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042AB5">
        <w:rPr>
          <w:rFonts w:ascii="Helvetica" w:hAnsi="Helvetica"/>
          <w:sz w:val="18"/>
        </w:rPr>
        <w:t xml:space="preserve"> (</w:t>
      </w:r>
      <w:r w:rsidRPr="003D548E">
        <w:rPr>
          <w:rFonts w:ascii="Helvetica" w:hAnsi="Helvetica"/>
          <w:sz w:val="18"/>
        </w:rPr>
        <w:t>шепотом)</w:t>
      </w:r>
      <w:r w:rsidRPr="003D548E">
        <w:rPr>
          <w:rFonts w:ascii="Helvetica" w:hAnsi="Helvetica"/>
        </w:rPr>
        <w:t> </w:t>
      </w:r>
      <w:r>
        <w:rPr>
          <w:rFonts w:ascii="Helvetica" w:hAnsi="Helvetica"/>
        </w:rPr>
        <w:t>Я помню ее плач, последний…тогда…</w:t>
      </w:r>
      <w:r w:rsidRPr="003D548E">
        <w:rPr>
          <w:rFonts w:ascii="Helvetica" w:hAnsi="Helvetica"/>
        </w:rPr>
        <w:t xml:space="preserve"> 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Л</w:t>
      </w:r>
      <w:r w:rsidRPr="00EB6873">
        <w:rPr>
          <w:rFonts w:ascii="Helvetica" w:hAnsi="Helvetica"/>
          <w:sz w:val="18"/>
        </w:rPr>
        <w:t>ицо Артема исказилось от боли</w:t>
      </w:r>
      <w:r>
        <w:rPr>
          <w:rFonts w:ascii="Helvetica" w:hAnsi="Helvetica"/>
          <w:sz w:val="18"/>
        </w:rPr>
        <w:t>.</w:t>
      </w:r>
    </w:p>
    <w:p w:rsidR="00164D26" w:rsidRPr="00BE000D" w:rsidRDefault="00164D26" w:rsidP="00164D26">
      <w:pPr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2058BE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(тихо)</w:t>
      </w:r>
      <w:r w:rsidRPr="003D548E">
        <w:rPr>
          <w:rFonts w:ascii="Helvetica" w:hAnsi="Helvetica"/>
        </w:rPr>
        <w:t xml:space="preserve"> Отдайте </w:t>
      </w:r>
      <w:r>
        <w:rPr>
          <w:rFonts w:ascii="Helvetica" w:hAnsi="Helvetica"/>
        </w:rPr>
        <w:t xml:space="preserve">мне ее </w:t>
      </w:r>
      <w:r w:rsidRPr="003D548E">
        <w:rPr>
          <w:rFonts w:ascii="Helvetica" w:hAnsi="Helvetica"/>
        </w:rPr>
        <w:t>плач,</w:t>
      </w:r>
      <w:r>
        <w:rPr>
          <w:rFonts w:ascii="Helvetica" w:hAnsi="Helvetica"/>
        </w:rPr>
        <w:t xml:space="preserve"> и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вы забудете о нем навсегда.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Pr="003D548E" w:rsidRDefault="00164D26" w:rsidP="00164D26">
      <w:pPr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 xml:space="preserve">Артём </w:t>
      </w:r>
      <w:r>
        <w:rPr>
          <w:rFonts w:ascii="Helvetica" w:hAnsi="Helvetica"/>
          <w:sz w:val="18"/>
        </w:rPr>
        <w:t xml:space="preserve">решительно берет </w:t>
      </w:r>
      <w:r w:rsidRPr="003D548E">
        <w:rPr>
          <w:rFonts w:ascii="Helvetica" w:hAnsi="Helvetica"/>
          <w:sz w:val="18"/>
        </w:rPr>
        <w:t xml:space="preserve">чашку </w:t>
      </w:r>
      <w:r>
        <w:rPr>
          <w:rFonts w:ascii="Helvetica" w:hAnsi="Helvetica"/>
          <w:sz w:val="18"/>
        </w:rPr>
        <w:t xml:space="preserve">и выпивает содержимое. Продавец </w:t>
      </w:r>
      <w:r w:rsidRPr="00CF5978">
        <w:rPr>
          <w:rFonts w:ascii="Helvetica" w:hAnsi="Helvetica"/>
          <w:sz w:val="18"/>
        </w:rPr>
        <w:t xml:space="preserve">поднимает со столика </w:t>
      </w:r>
      <w:r w:rsidRPr="003D548E">
        <w:rPr>
          <w:rFonts w:ascii="Helvetica" w:hAnsi="Helvetica"/>
          <w:sz w:val="18"/>
        </w:rPr>
        <w:t xml:space="preserve">песочные часы, переворачивает и </w:t>
      </w:r>
      <w:r w:rsidRPr="00CF5978">
        <w:rPr>
          <w:rFonts w:ascii="Helvetica" w:hAnsi="Helvetica"/>
          <w:sz w:val="18"/>
        </w:rPr>
        <w:t>ставит обратно</w:t>
      </w:r>
      <w:r>
        <w:rPr>
          <w:rFonts w:ascii="Helvetica" w:hAnsi="Helvetica"/>
          <w:sz w:val="18"/>
        </w:rPr>
        <w:t xml:space="preserve">, затем </w:t>
      </w:r>
      <w:r w:rsidRPr="003D548E">
        <w:rPr>
          <w:rFonts w:ascii="Helvetica" w:hAnsi="Helvetica"/>
          <w:sz w:val="18"/>
        </w:rPr>
        <w:t>делает почти неслышный вздох и закрывает глаза</w:t>
      </w:r>
      <w:r>
        <w:rPr>
          <w:rFonts w:ascii="Helvetica" w:hAnsi="Helvetica"/>
          <w:sz w:val="18"/>
        </w:rPr>
        <w:t>, уходя в транс.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Из динамиков звучит </w:t>
      </w:r>
      <w:r w:rsidRPr="003D548E">
        <w:rPr>
          <w:rFonts w:ascii="Helvetica" w:hAnsi="Helvetica"/>
          <w:sz w:val="18"/>
        </w:rPr>
        <w:t>детский плач</w:t>
      </w:r>
      <w:r>
        <w:rPr>
          <w:rFonts w:ascii="Helvetica" w:hAnsi="Helvetica"/>
          <w:sz w:val="18"/>
        </w:rPr>
        <w:t xml:space="preserve"> девочки</w:t>
      </w:r>
      <w:r w:rsidRPr="003D548E">
        <w:rPr>
          <w:rFonts w:ascii="Helvetica" w:hAnsi="Helvetica"/>
          <w:sz w:val="18"/>
        </w:rPr>
        <w:t xml:space="preserve">, который </w:t>
      </w:r>
      <w:r>
        <w:rPr>
          <w:rFonts w:ascii="Helvetica" w:hAnsi="Helvetica"/>
          <w:sz w:val="18"/>
        </w:rPr>
        <w:t xml:space="preserve">потом </w:t>
      </w:r>
      <w:r w:rsidRPr="003D548E">
        <w:rPr>
          <w:rFonts w:ascii="Helvetica" w:hAnsi="Helvetica"/>
          <w:sz w:val="18"/>
        </w:rPr>
        <w:t>резко обрывается.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 xml:space="preserve">Артем сидит в кресле с </w:t>
      </w:r>
      <w:r>
        <w:rPr>
          <w:rFonts w:ascii="Helvetica" w:hAnsi="Helvetica"/>
          <w:sz w:val="18"/>
        </w:rPr>
        <w:t>закрытыми глазами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 xml:space="preserve">и </w:t>
      </w:r>
      <w:r w:rsidRPr="003D548E">
        <w:rPr>
          <w:rFonts w:ascii="Helvetica" w:hAnsi="Helvetica"/>
          <w:sz w:val="18"/>
        </w:rPr>
        <w:t>умиротворённ</w:t>
      </w:r>
      <w:r>
        <w:rPr>
          <w:rFonts w:ascii="Helvetica" w:hAnsi="Helvetica"/>
          <w:sz w:val="18"/>
        </w:rPr>
        <w:t>ой</w:t>
      </w:r>
      <w:r w:rsidRPr="003D548E">
        <w:rPr>
          <w:rFonts w:ascii="Helvetica" w:hAnsi="Helvetica"/>
          <w:sz w:val="18"/>
        </w:rPr>
        <w:t xml:space="preserve"> улыбк</w:t>
      </w:r>
      <w:r>
        <w:rPr>
          <w:rFonts w:ascii="Helvetica" w:hAnsi="Helvetica"/>
          <w:sz w:val="18"/>
        </w:rPr>
        <w:t>ой.</w:t>
      </w:r>
      <w:r w:rsidRPr="003D548E">
        <w:rPr>
          <w:rFonts w:ascii="Helvetica" w:hAnsi="Helvetica"/>
          <w:sz w:val="18"/>
        </w:rPr>
        <w:t xml:space="preserve">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6A67D9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</w:t>
      </w:r>
      <w:r w:rsidRPr="003D548E">
        <w:rPr>
          <w:rFonts w:ascii="Helvetica" w:hAnsi="Helvetica"/>
          <w:sz w:val="20"/>
        </w:rPr>
        <w:t>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 xml:space="preserve">(тихо) </w:t>
      </w:r>
      <w:r w:rsidRPr="003D548E">
        <w:rPr>
          <w:rFonts w:ascii="Helvetica" w:hAnsi="Helvetica"/>
        </w:rPr>
        <w:t>Ну вот</w:t>
      </w:r>
      <w:r>
        <w:rPr>
          <w:rFonts w:ascii="Helvetica" w:hAnsi="Helvetica"/>
        </w:rPr>
        <w:t xml:space="preserve">, уже прошло 5 </w:t>
      </w:r>
      <w:r w:rsidRPr="003D548E">
        <w:rPr>
          <w:rFonts w:ascii="Helvetica" w:hAnsi="Helvetica"/>
        </w:rPr>
        <w:t xml:space="preserve">минуты </w:t>
      </w:r>
      <w:r>
        <w:rPr>
          <w:rFonts w:ascii="Helvetica" w:hAnsi="Helvetica"/>
        </w:rPr>
        <w:t>40</w:t>
      </w:r>
      <w:r w:rsidRPr="003D548E">
        <w:rPr>
          <w:rFonts w:ascii="Helvetica" w:hAnsi="Helvetica"/>
        </w:rPr>
        <w:t xml:space="preserve"> секунд. Для первого раза неплохо.</w:t>
      </w:r>
      <w:r w:rsidRPr="003C30CB">
        <w:rPr>
          <w:rFonts w:ascii="Helvetica" w:hAnsi="Helvetica"/>
        </w:rPr>
        <w:t xml:space="preserve"> </w:t>
      </w:r>
      <w:r>
        <w:rPr>
          <w:rFonts w:ascii="Helvetica" w:hAnsi="Helvetica"/>
        </w:rPr>
        <w:t>Первые 10 минут я должен контролировать процесс у новичков.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делает глубокий вдох</w:t>
      </w:r>
      <w:r>
        <w:rPr>
          <w:rFonts w:ascii="Helvetica" w:hAnsi="Helvetica"/>
          <w:sz w:val="18"/>
        </w:rPr>
        <w:t xml:space="preserve"> и</w:t>
      </w:r>
      <w:r w:rsidRPr="003D548E">
        <w:rPr>
          <w:rFonts w:ascii="Helvetica" w:hAnsi="Helvetica"/>
          <w:sz w:val="18"/>
        </w:rPr>
        <w:t xml:space="preserve"> дыхание становится ровным.</w:t>
      </w:r>
    </w:p>
    <w:p w:rsidR="00164D26" w:rsidRDefault="00164D26" w:rsidP="00164D26">
      <w:pPr>
        <w:jc w:val="center"/>
        <w:rPr>
          <w:rFonts w:ascii="Helvetica" w:hAnsi="Helvetica"/>
        </w:rPr>
      </w:pP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6A67D9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18"/>
        </w:rPr>
        <w:t xml:space="preserve"> (шёпотом)</w:t>
      </w:r>
      <w:r w:rsidRPr="003D548E">
        <w:rPr>
          <w:rFonts w:ascii="Helvetica" w:hAnsi="Helvetica"/>
        </w:rPr>
        <w:t xml:space="preserve"> Я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 xml:space="preserve">не слышу </w:t>
      </w:r>
      <w:r>
        <w:rPr>
          <w:rFonts w:ascii="Helvetica" w:hAnsi="Helvetica"/>
        </w:rPr>
        <w:t>его,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в </w:t>
      </w:r>
      <w:r w:rsidRPr="003D548E">
        <w:rPr>
          <w:rFonts w:ascii="Helvetica" w:hAnsi="Helvetica"/>
        </w:rPr>
        <w:t>голове ничего</w:t>
      </w:r>
      <w:r>
        <w:rPr>
          <w:rFonts w:ascii="Helvetica" w:hAnsi="Helvetica"/>
        </w:rPr>
        <w:t xml:space="preserve"> нет -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п</w:t>
      </w:r>
      <w:r w:rsidRPr="003D548E">
        <w:rPr>
          <w:rFonts w:ascii="Helvetica" w:hAnsi="Helvetica"/>
        </w:rPr>
        <w:t>усто. И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мне не страшно.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6A67D9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(кивает с довольным видом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</w:rPr>
        <w:t>Конечно, не страшно. Страх живёт в воспоминаниях</w:t>
      </w:r>
      <w:r>
        <w:rPr>
          <w:rFonts w:ascii="Helvetica" w:hAnsi="Helvetica"/>
        </w:rPr>
        <w:t>, а</w:t>
      </w:r>
      <w:r w:rsidRPr="003D548E">
        <w:rPr>
          <w:rFonts w:ascii="Helvetica" w:hAnsi="Helvetica"/>
        </w:rPr>
        <w:t xml:space="preserve"> воспоминания сейчас у меня. </w:t>
      </w:r>
      <w:r w:rsidRPr="003D548E">
        <w:rPr>
          <w:rFonts w:ascii="Helvetica" w:hAnsi="Helvetica"/>
          <w:sz w:val="18"/>
        </w:rPr>
        <w:t>(он похлоп</w:t>
      </w:r>
      <w:r>
        <w:rPr>
          <w:rFonts w:ascii="Helvetica" w:hAnsi="Helvetica"/>
          <w:sz w:val="18"/>
        </w:rPr>
        <w:t>ал</w:t>
      </w:r>
      <w:r w:rsidRPr="003D548E">
        <w:rPr>
          <w:rFonts w:ascii="Helvetica" w:hAnsi="Helvetica"/>
          <w:sz w:val="18"/>
        </w:rPr>
        <w:t xml:space="preserve"> по </w:t>
      </w:r>
      <w:r>
        <w:rPr>
          <w:rFonts w:ascii="Helvetica" w:hAnsi="Helvetica"/>
          <w:sz w:val="18"/>
        </w:rPr>
        <w:t xml:space="preserve">своему </w:t>
      </w:r>
      <w:r w:rsidRPr="003D548E">
        <w:rPr>
          <w:rFonts w:ascii="Helvetica" w:hAnsi="Helvetica"/>
          <w:sz w:val="18"/>
        </w:rPr>
        <w:t>чёрному ящику)</w:t>
      </w:r>
      <w:r w:rsidRPr="003D548E">
        <w:rPr>
          <w:rFonts w:ascii="Helvetica" w:hAnsi="Helvetica"/>
        </w:rPr>
        <w:t xml:space="preserve">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6A67D9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18"/>
        </w:rPr>
        <w:t xml:space="preserve"> (медленно) </w:t>
      </w:r>
      <w:r w:rsidRPr="003D548E">
        <w:rPr>
          <w:rFonts w:ascii="Helvetica" w:hAnsi="Helvetica"/>
        </w:rPr>
        <w:t>Это</w:t>
      </w:r>
      <w:r>
        <w:rPr>
          <w:rFonts w:ascii="Helvetica" w:hAnsi="Helvetica"/>
        </w:rPr>
        <w:t xml:space="preserve"> что, </w:t>
      </w:r>
      <w:r w:rsidRPr="003D548E">
        <w:rPr>
          <w:rFonts w:ascii="Helvetica" w:hAnsi="Helvetica"/>
        </w:rPr>
        <w:t>чудо?</w:t>
      </w:r>
      <w:r>
        <w:rPr>
          <w:rFonts w:ascii="Helvetica" w:hAnsi="Helvetica"/>
        </w:rPr>
        <w:t xml:space="preserve"> </w:t>
      </w:r>
    </w:p>
    <w:p w:rsidR="00164D26" w:rsidRDefault="00164D26" w:rsidP="00164D26">
      <w:pPr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Лицо Артема </w:t>
      </w:r>
      <w:r w:rsidRPr="003D548E">
        <w:rPr>
          <w:rFonts w:ascii="Helvetica" w:hAnsi="Helvetica"/>
          <w:sz w:val="18"/>
        </w:rPr>
        <w:t>разглаживается, дыхание становится ровным.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A36DD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мягко шепотом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 xml:space="preserve"> Чудо? Нет. Чудо — это то, что нельзя объяснить. А это бизнес</w:t>
      </w:r>
      <w:r>
        <w:rPr>
          <w:rFonts w:ascii="Helvetica" w:hAnsi="Helvetica"/>
        </w:rPr>
        <w:t xml:space="preserve"> - ч</w:t>
      </w:r>
      <w:r w:rsidRPr="003D548E">
        <w:rPr>
          <w:rFonts w:ascii="Helvetica" w:hAnsi="Helvetica"/>
        </w:rPr>
        <w:t>истый</w:t>
      </w:r>
      <w:r>
        <w:rPr>
          <w:rFonts w:ascii="Helvetica" w:hAnsi="Helvetica"/>
        </w:rPr>
        <w:t xml:space="preserve"> и ч</w:t>
      </w:r>
      <w:r w:rsidRPr="003D548E">
        <w:rPr>
          <w:rFonts w:ascii="Helvetica" w:hAnsi="Helvetica"/>
        </w:rPr>
        <w:t xml:space="preserve">естный. </w:t>
      </w:r>
      <w:r w:rsidRPr="003D548E">
        <w:rPr>
          <w:rFonts w:ascii="Helvetica" w:hAnsi="Helvetica"/>
          <w:sz w:val="18"/>
        </w:rPr>
        <w:t>(смотрит на песочные часы)</w:t>
      </w:r>
      <w:r w:rsidRPr="003D548E">
        <w:rPr>
          <w:rFonts w:ascii="Helvetica" w:hAnsi="Helvetica"/>
        </w:rPr>
        <w:t xml:space="preserve"> 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В</w:t>
      </w:r>
      <w:r w:rsidRPr="003D548E">
        <w:rPr>
          <w:rFonts w:ascii="Helvetica" w:hAnsi="Helvetica"/>
          <w:sz w:val="18"/>
        </w:rPr>
        <w:t xml:space="preserve">друг Артём </w:t>
      </w:r>
      <w:r>
        <w:rPr>
          <w:rFonts w:ascii="Helvetica" w:hAnsi="Helvetica"/>
          <w:sz w:val="18"/>
        </w:rPr>
        <w:t xml:space="preserve">резко </w:t>
      </w:r>
      <w:r w:rsidRPr="003D548E">
        <w:rPr>
          <w:rFonts w:ascii="Helvetica" w:hAnsi="Helvetica"/>
          <w:sz w:val="18"/>
        </w:rPr>
        <w:t>открывает глаза и садится прямо.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  <w:sz w:val="18"/>
        </w:rPr>
      </w:pPr>
      <w:r w:rsidRPr="006A67D9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</w:rPr>
        <w:t>Я не хочу, чтобы это заканчивалось</w:t>
      </w:r>
      <w:r>
        <w:rPr>
          <w:rFonts w:ascii="Helvetica" w:hAnsi="Helvetica"/>
        </w:rPr>
        <w:t>..</w:t>
      </w:r>
      <w:r w:rsidRPr="003D548E">
        <w:rPr>
          <w:rFonts w:ascii="Helvetica" w:hAnsi="Helvetica"/>
        </w:rPr>
        <w:t>.</w:t>
      </w:r>
      <w:r>
        <w:rPr>
          <w:rFonts w:ascii="Helvetica" w:hAnsi="Helvetica"/>
        </w:rPr>
        <w:t>никогда.</w:t>
      </w:r>
      <w:r w:rsidRPr="003C30CB">
        <w:rPr>
          <w:rFonts w:ascii="Helvetica" w:hAnsi="Helvetica"/>
          <w:sz w:val="18"/>
        </w:rPr>
        <w:t xml:space="preserve"> </w:t>
      </w:r>
    </w:p>
    <w:p w:rsidR="00164D26" w:rsidRPr="00D315A1" w:rsidRDefault="00164D26" w:rsidP="00164D26">
      <w:pPr>
        <w:rPr>
          <w:rFonts w:ascii="Helvetica" w:eastAsiaTheme="minorEastAsia" w:hAnsi="Helvetica" w:cstheme="minorBidi"/>
          <w:sz w:val="18"/>
          <w:szCs w:val="22"/>
          <w:lang w:eastAsia="en-US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5A39A6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.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улыбается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 xml:space="preserve"> Никто не хочет</w:t>
      </w:r>
      <w:r>
        <w:rPr>
          <w:rFonts w:ascii="Helvetica" w:hAnsi="Helvetica"/>
        </w:rPr>
        <w:t>, н</w:t>
      </w:r>
      <w:r w:rsidRPr="003D548E">
        <w:rPr>
          <w:rFonts w:ascii="Helvetica" w:hAnsi="Helvetica"/>
        </w:rPr>
        <w:t xml:space="preserve">о всё заканчивается. </w:t>
      </w:r>
      <w:r>
        <w:rPr>
          <w:rFonts w:ascii="Helvetica" w:hAnsi="Helvetica"/>
        </w:rPr>
        <w:t>Д</w:t>
      </w:r>
      <w:r w:rsidRPr="003D548E">
        <w:rPr>
          <w:rFonts w:ascii="Helvetica" w:hAnsi="Helvetica"/>
        </w:rPr>
        <w:t>аже у вечности есть выходные.</w:t>
      </w:r>
      <w:r>
        <w:rPr>
          <w:rFonts w:ascii="Helvetica" w:hAnsi="Helvetica"/>
        </w:rPr>
        <w:t xml:space="preserve"> У вас осталось еще 20 минут тишины, н</w:t>
      </w:r>
      <w:r w:rsidRPr="003D548E">
        <w:rPr>
          <w:rFonts w:ascii="Helvetica" w:hAnsi="Helvetica"/>
        </w:rPr>
        <w:t>аслаждайтесь</w:t>
      </w:r>
      <w:r>
        <w:rPr>
          <w:rFonts w:ascii="Helvetica" w:hAnsi="Helvetica"/>
        </w:rPr>
        <w:t xml:space="preserve">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A0824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(</w:t>
      </w:r>
      <w:r w:rsidRPr="00D70D5B">
        <w:rPr>
          <w:rFonts w:ascii="Helvetica" w:hAnsi="Helvetica"/>
          <w:sz w:val="18"/>
        </w:rPr>
        <w:t>резко)</w:t>
      </w:r>
      <w:r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Верните.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A0824"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>ПРОДАВЕЦ ЗАБВЕНИЯ.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(удивлённо поднимает бровь)</w:t>
      </w:r>
      <w:r w:rsidRPr="003D548E">
        <w:rPr>
          <w:rFonts w:ascii="Helvetica" w:hAnsi="Helvetica"/>
        </w:rPr>
        <w:t xml:space="preserve"> Простите?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A0824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18"/>
        </w:rPr>
        <w:t xml:space="preserve"> (тверже)</w:t>
      </w:r>
      <w:r w:rsidRPr="003D548E">
        <w:rPr>
          <w:rFonts w:ascii="Helvetica" w:hAnsi="Helvetica"/>
        </w:rPr>
        <w:t xml:space="preserve"> Верните её плач. Сейчас же. Я хочу его обратно.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A0824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(с любопытством наклоняет голову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Не понимаю? Зачем? </w:t>
      </w:r>
      <w:r w:rsidRPr="003D548E">
        <w:rPr>
          <w:rFonts w:ascii="Helvetica" w:hAnsi="Helvetica"/>
        </w:rPr>
        <w:t>Обычно просят добавки</w:t>
      </w:r>
      <w:r>
        <w:rPr>
          <w:rFonts w:ascii="Helvetica" w:hAnsi="Helvetica"/>
        </w:rPr>
        <w:t xml:space="preserve">, но никогда - </w:t>
      </w:r>
      <w:r w:rsidRPr="003D548E">
        <w:rPr>
          <w:rFonts w:ascii="Helvetica" w:hAnsi="Helvetica"/>
        </w:rPr>
        <w:t>вернуть</w:t>
      </w:r>
      <w:r>
        <w:rPr>
          <w:rFonts w:ascii="Helvetica" w:hAnsi="Helvetica"/>
        </w:rPr>
        <w:t xml:space="preserve"> обратно.</w:t>
      </w:r>
      <w:r w:rsidRPr="003D548E">
        <w:rPr>
          <w:rFonts w:ascii="Helvetica" w:hAnsi="Helvetica"/>
        </w:rPr>
        <w:t xml:space="preserve">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E6587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</w:t>
      </w:r>
      <w:r w:rsidRPr="003D548E">
        <w:rPr>
          <w:rFonts w:ascii="Helvetica" w:hAnsi="Helvetica"/>
          <w:sz w:val="20"/>
        </w:rPr>
        <w:t xml:space="preserve">. </w:t>
      </w:r>
      <w:r>
        <w:rPr>
          <w:rFonts w:ascii="Helvetica" w:hAnsi="Helvetica"/>
          <w:sz w:val="20"/>
        </w:rPr>
        <w:t>(</w:t>
      </w:r>
      <w:r>
        <w:rPr>
          <w:rFonts w:ascii="Helvetica" w:hAnsi="Helvetica"/>
          <w:sz w:val="18"/>
        </w:rPr>
        <w:t>громко</w:t>
      </w:r>
      <w:r w:rsidRPr="00382B61">
        <w:rPr>
          <w:rFonts w:ascii="Helvetica" w:hAnsi="Helvetica"/>
          <w:sz w:val="18"/>
        </w:rPr>
        <w:t>)</w:t>
      </w:r>
      <w:r>
        <w:rPr>
          <w:rFonts w:ascii="Helvetica" w:hAnsi="Helvetica"/>
          <w:sz w:val="20"/>
        </w:rPr>
        <w:t xml:space="preserve"> </w:t>
      </w:r>
      <w:r w:rsidRPr="00726A34">
        <w:rPr>
          <w:rFonts w:ascii="Helvetica" w:hAnsi="Helvetica"/>
        </w:rPr>
        <w:t>Верните</w:t>
      </w:r>
      <w:r>
        <w:rPr>
          <w:rFonts w:ascii="Helvetica" w:hAnsi="Helvetica"/>
        </w:rPr>
        <w:t xml:space="preserve"> его</w:t>
      </w:r>
      <w:r w:rsidRPr="00726A34">
        <w:rPr>
          <w:rFonts w:ascii="Helvetica" w:hAnsi="Helvetica"/>
        </w:rPr>
        <w:t>!</w:t>
      </w:r>
      <w:r>
        <w:rPr>
          <w:rFonts w:ascii="Helvetica" w:hAnsi="Helvetica"/>
          <w:sz w:val="20"/>
        </w:rPr>
        <w:t xml:space="preserve"> </w:t>
      </w:r>
      <w:r>
        <w:rPr>
          <w:rFonts w:ascii="Helvetica" w:hAnsi="Helvetica"/>
        </w:rPr>
        <w:t>В</w:t>
      </w:r>
      <w:r w:rsidRPr="003D548E">
        <w:rPr>
          <w:rFonts w:ascii="Helvetica" w:hAnsi="Helvetica"/>
        </w:rPr>
        <w:t xml:space="preserve">ы </w:t>
      </w:r>
      <w:r>
        <w:rPr>
          <w:rFonts w:ascii="Helvetica" w:hAnsi="Helvetica"/>
        </w:rPr>
        <w:t xml:space="preserve">что, </w:t>
      </w:r>
      <w:r w:rsidRPr="003D548E">
        <w:rPr>
          <w:rFonts w:ascii="Helvetica" w:hAnsi="Helvetica"/>
        </w:rPr>
        <w:t>не понимаете</w:t>
      </w:r>
      <w:r>
        <w:rPr>
          <w:rFonts w:ascii="Helvetica" w:hAnsi="Helvetica"/>
        </w:rPr>
        <w:t>?</w:t>
      </w:r>
      <w:r w:rsidRPr="003D548E">
        <w:rPr>
          <w:rFonts w:ascii="Helvetica" w:hAnsi="Helvetica"/>
        </w:rPr>
        <w:t xml:space="preserve"> Я ненавижу </w:t>
      </w:r>
      <w:r>
        <w:rPr>
          <w:rFonts w:ascii="Helvetica" w:hAnsi="Helvetica"/>
        </w:rPr>
        <w:t>эти воспоминания, но</w:t>
      </w:r>
      <w:r w:rsidRPr="003D548E">
        <w:rPr>
          <w:rFonts w:ascii="Helvetica" w:hAnsi="Helvetica"/>
        </w:rPr>
        <w:t xml:space="preserve"> без н</w:t>
      </w:r>
      <w:r>
        <w:rPr>
          <w:rFonts w:ascii="Helvetica" w:hAnsi="Helvetica"/>
        </w:rPr>
        <w:t>их</w:t>
      </w:r>
      <w:r w:rsidRPr="003D548E">
        <w:rPr>
          <w:rFonts w:ascii="Helvetica" w:hAnsi="Helvetica"/>
        </w:rPr>
        <w:t>...я не я. Если я забуду, как она плакала — значит</w:t>
      </w:r>
      <w:r>
        <w:rPr>
          <w:rFonts w:ascii="Helvetica" w:hAnsi="Helvetica"/>
        </w:rPr>
        <w:t>…</w:t>
      </w:r>
      <w:r w:rsidRPr="003D548E">
        <w:rPr>
          <w:rFonts w:ascii="Helvetica" w:hAnsi="Helvetica"/>
        </w:rPr>
        <w:t>этого как будто не было</w:t>
      </w:r>
      <w:r>
        <w:rPr>
          <w:rFonts w:ascii="Helvetica" w:hAnsi="Helvetica"/>
        </w:rPr>
        <w:t>?</w:t>
      </w:r>
      <w:r w:rsidRPr="003D548E">
        <w:rPr>
          <w:rFonts w:ascii="Helvetica" w:hAnsi="Helvetica"/>
        </w:rPr>
        <w:t xml:space="preserve">  </w:t>
      </w:r>
      <w:r>
        <w:rPr>
          <w:rFonts w:ascii="Helvetica" w:hAnsi="Helvetica"/>
        </w:rPr>
        <w:t>Что</w:t>
      </w:r>
      <w:r w:rsidRPr="003D548E">
        <w:rPr>
          <w:rFonts w:ascii="Helvetica" w:hAnsi="Helvetica"/>
        </w:rPr>
        <w:t xml:space="preserve"> останется у меня? </w:t>
      </w:r>
      <w:r>
        <w:rPr>
          <w:rFonts w:ascii="Helvetica" w:hAnsi="Helvetica"/>
        </w:rPr>
        <w:t xml:space="preserve">…Эта память - </w:t>
      </w:r>
      <w:r w:rsidRPr="003D548E">
        <w:rPr>
          <w:rFonts w:ascii="Helvetica" w:hAnsi="Helvetica"/>
        </w:rPr>
        <w:t>единственное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что меня с ней связывает</w:t>
      </w:r>
      <w:r>
        <w:rPr>
          <w:rFonts w:ascii="Helvetica" w:hAnsi="Helvetica"/>
        </w:rPr>
        <w:t>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382B61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(задумчиво)</w:t>
      </w:r>
      <w:r w:rsidRPr="003D548E">
        <w:rPr>
          <w:rFonts w:ascii="Helvetica" w:hAnsi="Helvetica"/>
        </w:rPr>
        <w:t xml:space="preserve"> Интересно</w:t>
      </w:r>
      <w:r>
        <w:rPr>
          <w:rFonts w:ascii="Helvetica" w:hAnsi="Helvetica"/>
        </w:rPr>
        <w:t>…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з</w:t>
      </w:r>
      <w:r w:rsidRPr="003D548E">
        <w:rPr>
          <w:rFonts w:ascii="Helvetica" w:hAnsi="Helvetica"/>
        </w:rPr>
        <w:t xml:space="preserve">ависимость от боли — редкий вид. Обычно люди бегут от страданий, а вы... вы </w:t>
      </w:r>
      <w:r>
        <w:rPr>
          <w:rFonts w:ascii="Helvetica" w:hAnsi="Helvetica"/>
        </w:rPr>
        <w:t>живете ими?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62840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18"/>
        </w:rPr>
        <w:t xml:space="preserve"> (вскакивает с кресла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Верните</w:t>
      </w:r>
      <w:r>
        <w:rPr>
          <w:rFonts w:ascii="Helvetica" w:hAnsi="Helvetica"/>
        </w:rPr>
        <w:t xml:space="preserve"> его</w:t>
      </w:r>
      <w:r w:rsidRPr="003D548E">
        <w:rPr>
          <w:rFonts w:ascii="Helvetica" w:hAnsi="Helvetica"/>
        </w:rPr>
        <w:t xml:space="preserve">!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62840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 xml:space="preserve">(поднимает руки в примирительном жесте) </w:t>
      </w:r>
      <w:r w:rsidRPr="003D548E">
        <w:rPr>
          <w:rFonts w:ascii="Helvetica" w:hAnsi="Helvetica"/>
        </w:rPr>
        <w:t>Тише, тише. Сейчас все сделаем</w:t>
      </w:r>
      <w:r>
        <w:rPr>
          <w:rFonts w:ascii="Helvetica" w:hAnsi="Helvetica"/>
        </w:rPr>
        <w:t>. Хорошо, я верну его вам. Но предупреждаю…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Вдруг в их разговор включается третий персонаж.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C62840">
        <w:rPr>
          <w:rFonts w:ascii="Helvetica" w:eastAsiaTheme="majorEastAsia" w:hAnsi="Helvetica" w:cstheme="majorHAnsi"/>
          <w:caps/>
          <w:color w:val="000000" w:themeColor="text1"/>
          <w:spacing w:val="48"/>
        </w:rPr>
        <w:t>НАБЛЮДАТЕЛЬ.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перебивает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 xml:space="preserve"> Не смейте, возвращать!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62840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C62840">
        <w:rPr>
          <w:rFonts w:ascii="Helvetica" w:eastAsiaTheme="majorEastAsia" w:hAnsi="Helvetica" w:cstheme="majorHAnsi"/>
          <w:caps/>
          <w:color w:val="000000" w:themeColor="text1"/>
          <w:spacing w:val="48"/>
        </w:rPr>
        <w:t>ЗАБВЕНИЯ.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3D548E">
        <w:rPr>
          <w:rFonts w:ascii="Helvetica" w:hAnsi="Helvetica"/>
          <w:sz w:val="18"/>
        </w:rPr>
        <w:t xml:space="preserve">(поднимает глаза к потолку) </w:t>
      </w:r>
      <w:r w:rsidRPr="003D548E">
        <w:rPr>
          <w:rFonts w:ascii="Helvetica" w:hAnsi="Helvetica"/>
        </w:rPr>
        <w:t>Ох, наблюдатели... Вы, как всегда, некстати.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резко оборачивается. Он видит женщину в строгом костюме, с диктофоном в руке.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9B103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</w:t>
      </w:r>
      <w:r w:rsidRPr="00367A76">
        <w:rPr>
          <w:rFonts w:ascii="Helvetica" w:eastAsiaTheme="minorEastAsia" w:hAnsi="Helvetica" w:cstheme="minorBidi"/>
          <w:sz w:val="18"/>
          <w:szCs w:val="22"/>
          <w:lang w:eastAsia="en-US"/>
        </w:rPr>
        <w:t>.</w:t>
      </w:r>
      <w:r>
        <w:rPr>
          <w:rFonts w:ascii="Helvetica" w:hAnsi="Helvetica"/>
          <w:sz w:val="18"/>
        </w:rPr>
        <w:t xml:space="preserve"> </w:t>
      </w:r>
      <w:r w:rsidRPr="00367A76">
        <w:rPr>
          <w:rFonts w:ascii="Helvetica" w:eastAsiaTheme="minorEastAsia" w:hAnsi="Helvetica" w:cstheme="minorBidi"/>
          <w:sz w:val="18"/>
          <w:szCs w:val="22"/>
          <w:lang w:eastAsia="en-US"/>
        </w:rPr>
        <w:t>(обращается к женщине)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Вы кто?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B103C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НАБЛЮДАТЕЛЬ. </w:t>
      </w:r>
      <w:r w:rsidRPr="003D548E">
        <w:rPr>
          <w:rFonts w:ascii="Helvetica" w:hAnsi="Helvetica"/>
        </w:rPr>
        <w:t>Та, кто потом убирает последствия</w:t>
      </w:r>
      <w:r>
        <w:rPr>
          <w:rFonts w:ascii="Helvetica" w:hAnsi="Helvetica"/>
        </w:rPr>
        <w:t>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9B103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Что?</w:t>
      </w:r>
      <w:r>
        <w:rPr>
          <w:rFonts w:ascii="Helvetica" w:hAnsi="Helvetica"/>
        </w:rPr>
        <w:t xml:space="preserve"> О чем вы?</w:t>
      </w:r>
    </w:p>
    <w:p w:rsidR="00164D26" w:rsidRDefault="00164D26" w:rsidP="00164D26">
      <w:pPr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9B103C">
        <w:rPr>
          <w:rFonts w:ascii="Helvetica" w:hAnsi="Helvetica"/>
          <w:sz w:val="18"/>
        </w:rPr>
        <w:t xml:space="preserve">Артем </w:t>
      </w:r>
      <w:r>
        <w:rPr>
          <w:rFonts w:ascii="Helvetica" w:hAnsi="Helvetica"/>
          <w:sz w:val="18"/>
        </w:rPr>
        <w:t xml:space="preserve">растерянно </w:t>
      </w:r>
      <w:r w:rsidRPr="009B103C">
        <w:rPr>
          <w:rFonts w:ascii="Helvetica" w:hAnsi="Helvetica"/>
          <w:sz w:val="18"/>
        </w:rPr>
        <w:t xml:space="preserve">смотрит то на </w:t>
      </w:r>
      <w:r>
        <w:rPr>
          <w:rFonts w:ascii="Helvetica" w:hAnsi="Helvetica"/>
          <w:sz w:val="18"/>
        </w:rPr>
        <w:t>П</w:t>
      </w:r>
      <w:r w:rsidRPr="009B103C">
        <w:rPr>
          <w:rFonts w:ascii="Helvetica" w:hAnsi="Helvetica"/>
          <w:sz w:val="18"/>
        </w:rPr>
        <w:t>родавца, то на Наблюдателя</w:t>
      </w:r>
      <w:r>
        <w:rPr>
          <w:rFonts w:ascii="Helvetica" w:hAnsi="Helvetica"/>
          <w:sz w:val="18"/>
        </w:rPr>
        <w:t>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9B103C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C62840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C62840">
        <w:rPr>
          <w:rFonts w:ascii="Helvetica" w:eastAsiaTheme="majorEastAsia" w:hAnsi="Helvetica" w:cstheme="majorHAnsi"/>
          <w:caps/>
          <w:color w:val="000000" w:themeColor="text1"/>
          <w:spacing w:val="48"/>
        </w:rPr>
        <w:t>ЗАБВЕНИ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>Я</w:t>
      </w:r>
      <w:r w:rsidRPr="009B103C"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9B103C">
        <w:rPr>
          <w:rFonts w:ascii="Helvetica" w:hAnsi="Helvetica"/>
          <w:sz w:val="18"/>
        </w:rPr>
        <w:t xml:space="preserve"> (</w:t>
      </w:r>
      <w:r>
        <w:rPr>
          <w:rFonts w:ascii="Helvetica" w:hAnsi="Helvetica"/>
          <w:sz w:val="18"/>
        </w:rPr>
        <w:t>тараторит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Артем К., </w:t>
      </w:r>
      <w:r>
        <w:rPr>
          <w:rFonts w:ascii="Helvetica" w:hAnsi="Helvetica"/>
        </w:rPr>
        <w:t xml:space="preserve">я хотел вас предупредить, что </w:t>
      </w:r>
      <w:r w:rsidRPr="003D548E">
        <w:rPr>
          <w:rFonts w:ascii="Helvetica" w:hAnsi="Helvetica"/>
        </w:rPr>
        <w:t xml:space="preserve">некоторые </w:t>
      </w:r>
      <w:r>
        <w:rPr>
          <w:rFonts w:ascii="Helvetica" w:hAnsi="Helvetica"/>
        </w:rPr>
        <w:t>эмоции</w:t>
      </w:r>
      <w:r w:rsidRPr="003D548E">
        <w:rPr>
          <w:rFonts w:ascii="Helvetica" w:hAnsi="Helvetica"/>
        </w:rPr>
        <w:t xml:space="preserve"> нельзя </w:t>
      </w:r>
      <w:r>
        <w:rPr>
          <w:rFonts w:ascii="Helvetica" w:hAnsi="Helvetica"/>
        </w:rPr>
        <w:t>возвращать просто так</w:t>
      </w:r>
      <w:r w:rsidRPr="003D548E">
        <w:rPr>
          <w:rFonts w:ascii="Helvetica" w:hAnsi="Helvetica"/>
        </w:rPr>
        <w:t xml:space="preserve">. </w:t>
      </w:r>
      <w:r>
        <w:rPr>
          <w:rFonts w:ascii="Helvetica" w:hAnsi="Helvetica"/>
        </w:rPr>
        <w:t xml:space="preserve">Они частично остаются, превращаясь в </w:t>
      </w:r>
      <w:r w:rsidRPr="003D548E">
        <w:rPr>
          <w:rFonts w:ascii="Helvetica" w:hAnsi="Helvetica"/>
        </w:rPr>
        <w:t xml:space="preserve">лишний мусор - «неликвид». </w:t>
      </w:r>
    </w:p>
    <w:p w:rsidR="00164D26" w:rsidRPr="00B83F26" w:rsidRDefault="00164D26" w:rsidP="00164D26">
      <w:pPr>
        <w:spacing w:before="100" w:beforeAutospacing="1" w:after="100" w:afterAutospacing="1"/>
        <w:contextualSpacing/>
        <w:jc w:val="both"/>
        <w:rPr>
          <w:rFonts w:ascii="Helvetica" w:eastAsiaTheme="minorEastAsia" w:hAnsi="Helvetica" w:cstheme="minorBidi"/>
          <w:sz w:val="22"/>
          <w:szCs w:val="22"/>
          <w:lang w:eastAsia="en-US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48552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«Неликвид»? Что это?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9B103C">
        <w:rPr>
          <w:rFonts w:ascii="Helvetica" w:hAnsi="Helvetica"/>
          <w:sz w:val="18"/>
        </w:rPr>
        <w:t xml:space="preserve">Артем смотрит то на </w:t>
      </w:r>
      <w:r>
        <w:rPr>
          <w:rFonts w:ascii="Helvetica" w:hAnsi="Helvetica"/>
          <w:sz w:val="18"/>
        </w:rPr>
        <w:t>П</w:t>
      </w:r>
      <w:r w:rsidRPr="009B103C">
        <w:rPr>
          <w:rFonts w:ascii="Helvetica" w:hAnsi="Helvetica"/>
          <w:sz w:val="18"/>
        </w:rPr>
        <w:t>родавца, то на Наблюдателя</w:t>
      </w:r>
      <w:r>
        <w:rPr>
          <w:rFonts w:ascii="Helvetica" w:hAnsi="Helvetica"/>
          <w:sz w:val="18"/>
        </w:rPr>
        <w:t>.</w:t>
      </w:r>
    </w:p>
    <w:p w:rsidR="00164D26" w:rsidRPr="00FE5301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485522"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>НАБЛЮДАТЕЛЬ.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Это то, что система не сможет переварить, распилить на части и перепродать. При заморозке кристаллы памяти меняют структуру, появляются артефакты. Потом люди начинают слышать голоса. Не спят. Режут себе руки. Сходят с ума. И у вас в жизни тоже останется искажённый осадок. Вы будете слышать этот плач не всегда, когда захотите. </w:t>
      </w:r>
      <w:r>
        <w:rPr>
          <w:rFonts w:ascii="Helvetica" w:hAnsi="Helvetica"/>
        </w:rPr>
        <w:t>А, н</w:t>
      </w:r>
      <w:r w:rsidRPr="003D548E">
        <w:rPr>
          <w:rFonts w:ascii="Helvetica" w:hAnsi="Helvetica"/>
        </w:rPr>
        <w:t>апример, ночью, когда спите</w:t>
      </w:r>
      <w:r>
        <w:rPr>
          <w:rFonts w:ascii="Helvetica" w:hAnsi="Helvetica"/>
        </w:rPr>
        <w:t>. И обратной</w:t>
      </w:r>
      <w:r w:rsidRPr="003D548E">
        <w:rPr>
          <w:rFonts w:ascii="Helvetica" w:hAnsi="Helvetica"/>
        </w:rPr>
        <w:t xml:space="preserve"> дороги не будет!</w:t>
      </w:r>
    </w:p>
    <w:p w:rsidR="00164D26" w:rsidRDefault="00164D26" w:rsidP="00164D26">
      <w:pPr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Артём бледнеет</w:t>
      </w:r>
      <w:r w:rsidRPr="003D548E">
        <w:rPr>
          <w:rFonts w:ascii="Helvetica" w:hAnsi="Helvetica"/>
        </w:rPr>
        <w:t>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48552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</w:t>
      </w:r>
      <w:r w:rsidRPr="00485522">
        <w:rPr>
          <w:rFonts w:ascii="Helvetica" w:hAnsi="Helvetica"/>
          <w:sz w:val="18"/>
        </w:rPr>
        <w:t>.</w:t>
      </w:r>
      <w:r>
        <w:rPr>
          <w:rFonts w:ascii="Helvetica" w:hAnsi="Helvetica"/>
          <w:sz w:val="18"/>
        </w:rPr>
        <w:t xml:space="preserve"> </w:t>
      </w:r>
      <w:r w:rsidRPr="00485522">
        <w:rPr>
          <w:rFonts w:ascii="Helvetica" w:hAnsi="Helvetica"/>
          <w:sz w:val="18"/>
        </w:rPr>
        <w:t>(шепотом)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Но это...это же пытк</w:t>
      </w:r>
      <w:r>
        <w:rPr>
          <w:rFonts w:ascii="Helvetica" w:hAnsi="Helvetica"/>
        </w:rPr>
        <w:t>а</w:t>
      </w:r>
      <w:r w:rsidRPr="00485522">
        <w:rPr>
          <w:rFonts w:ascii="Helvetica" w:hAnsi="Helvetica"/>
          <w:sz w:val="18"/>
        </w:rPr>
        <w:t>…</w:t>
      </w:r>
      <w:r>
        <w:rPr>
          <w:rFonts w:ascii="Helvetica" w:hAnsi="Helvetica"/>
          <w:sz w:val="18"/>
        </w:rPr>
        <w:t xml:space="preserve"> </w:t>
      </w:r>
      <w:r w:rsidRPr="00485522">
        <w:rPr>
          <w:rFonts w:ascii="Helvetica" w:hAnsi="Helvetica"/>
          <w:sz w:val="18"/>
        </w:rPr>
        <w:t xml:space="preserve">(обращается </w:t>
      </w:r>
      <w:r>
        <w:rPr>
          <w:rFonts w:ascii="Helvetica" w:hAnsi="Helvetica"/>
          <w:sz w:val="18"/>
        </w:rPr>
        <w:t xml:space="preserve">строго </w:t>
      </w:r>
      <w:r w:rsidRPr="00485522">
        <w:rPr>
          <w:rFonts w:ascii="Helvetica" w:hAnsi="Helvetica"/>
          <w:sz w:val="18"/>
        </w:rPr>
        <w:t xml:space="preserve">к продавцу) </w:t>
      </w:r>
      <w:r>
        <w:rPr>
          <w:rFonts w:ascii="Helvetica" w:hAnsi="Helvetica"/>
        </w:rPr>
        <w:t>Вы меня обманули?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62840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C62840">
        <w:rPr>
          <w:rFonts w:ascii="Helvetica" w:eastAsiaTheme="majorEastAsia" w:hAnsi="Helvetica" w:cstheme="majorHAnsi"/>
          <w:caps/>
          <w:color w:val="000000" w:themeColor="text1"/>
          <w:spacing w:val="48"/>
        </w:rPr>
        <w:t>ЗАБВЕНИЯ.</w:t>
      </w:r>
      <w:r w:rsidRPr="003D548E">
        <w:rPr>
          <w:rFonts w:ascii="Helvetica" w:hAnsi="Helvetica"/>
          <w:sz w:val="18"/>
        </w:rPr>
        <w:t xml:space="preserve"> (</w:t>
      </w:r>
      <w:r>
        <w:rPr>
          <w:rFonts w:ascii="Helvetica" w:hAnsi="Helvetica"/>
          <w:sz w:val="18"/>
        </w:rPr>
        <w:t>растерянно</w:t>
      </w:r>
      <w:r w:rsidRPr="003D548E">
        <w:rPr>
          <w:rFonts w:ascii="Helvetica" w:hAnsi="Helvetica"/>
          <w:sz w:val="18"/>
        </w:rPr>
        <w:t>)</w:t>
      </w:r>
      <w:r>
        <w:rPr>
          <w:rFonts w:ascii="Helvetica" w:hAnsi="Helvetica"/>
          <w:sz w:val="18"/>
        </w:rPr>
        <w:t xml:space="preserve"> </w:t>
      </w:r>
      <w:r>
        <w:rPr>
          <w:rFonts w:ascii="Helvetica" w:hAnsi="Helvetica"/>
        </w:rPr>
        <w:t>Артем</w:t>
      </w:r>
      <w:r w:rsidRPr="00485522">
        <w:rPr>
          <w:rFonts w:ascii="Helvetica" w:hAnsi="Helvetica"/>
        </w:rPr>
        <w:t xml:space="preserve"> К., </w:t>
      </w:r>
      <w:r>
        <w:rPr>
          <w:rFonts w:ascii="Helvetica" w:hAnsi="Helvetica"/>
        </w:rPr>
        <w:t xml:space="preserve">я хотел вас предупредить, и я готов был вам его вернуть обратно, в рамках пробного периода.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смотрит на Наблюдателя заискивающе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>
        <w:rPr>
          <w:rFonts w:ascii="Helvetica" w:hAnsi="Helvetica"/>
          <w:sz w:val="18"/>
        </w:rPr>
        <w:t xml:space="preserve"> </w:t>
      </w:r>
      <w:r>
        <w:rPr>
          <w:rFonts w:ascii="Helvetica" w:hAnsi="Helvetica"/>
        </w:rPr>
        <w:t>Все по утвержденным регламентам.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48552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АРТЕМ.</w:t>
      </w:r>
      <w:r w:rsidRPr="003D548E">
        <w:rPr>
          <w:rFonts w:ascii="Helvetica" w:hAnsi="Helvetica"/>
          <w:sz w:val="20"/>
        </w:rPr>
        <w:t xml:space="preserve"> </w:t>
      </w:r>
      <w:r w:rsidRPr="00A60B7E">
        <w:rPr>
          <w:rFonts w:ascii="Helvetica" w:hAnsi="Helvetica"/>
          <w:sz w:val="18"/>
        </w:rPr>
        <w:t>(уверенно</w:t>
      </w:r>
      <w:r>
        <w:rPr>
          <w:rFonts w:ascii="Helvetica" w:hAnsi="Helvetica"/>
          <w:sz w:val="18"/>
        </w:rPr>
        <w:t xml:space="preserve"> говорит Наблюдателю</w:t>
      </w:r>
      <w:r w:rsidRPr="00A60B7E">
        <w:rPr>
          <w:rFonts w:ascii="Helvetica" w:hAnsi="Helvetica"/>
          <w:sz w:val="18"/>
        </w:rPr>
        <w:t>)</w:t>
      </w:r>
      <w:r>
        <w:rPr>
          <w:rFonts w:ascii="Helvetica" w:hAnsi="Helvetica"/>
          <w:sz w:val="20"/>
        </w:rPr>
        <w:t xml:space="preserve"> </w:t>
      </w:r>
      <w:r w:rsidRPr="000A4888">
        <w:rPr>
          <w:rFonts w:ascii="Helvetica" w:hAnsi="Helvetica"/>
        </w:rPr>
        <w:t>Я требую возврата!</w:t>
      </w:r>
      <w:r w:rsidRPr="00A60B7E">
        <w:rPr>
          <w:rFonts w:ascii="Helvetica" w:hAnsi="Helvetica"/>
          <w:sz w:val="22"/>
        </w:rPr>
        <w:t xml:space="preserve"> </w:t>
      </w:r>
      <w:r w:rsidRPr="003D548E">
        <w:rPr>
          <w:rFonts w:ascii="Helvetica" w:hAnsi="Helvetica"/>
        </w:rPr>
        <w:t xml:space="preserve">Верните </w:t>
      </w:r>
      <w:r>
        <w:rPr>
          <w:rFonts w:ascii="Helvetica" w:hAnsi="Helvetica"/>
        </w:rPr>
        <w:t>плач</w:t>
      </w:r>
      <w:r w:rsidRPr="003D548E">
        <w:rPr>
          <w:rFonts w:ascii="Helvetica" w:hAnsi="Helvetica"/>
        </w:rPr>
        <w:t xml:space="preserve"> таким, какой </w:t>
      </w:r>
      <w:r>
        <w:rPr>
          <w:rFonts w:ascii="Helvetica" w:hAnsi="Helvetica"/>
        </w:rPr>
        <w:t xml:space="preserve">он </w:t>
      </w:r>
      <w:r w:rsidRPr="003D548E">
        <w:rPr>
          <w:rFonts w:ascii="Helvetica" w:hAnsi="Helvetica"/>
        </w:rPr>
        <w:t>есть</w:t>
      </w:r>
      <w:r>
        <w:rPr>
          <w:rFonts w:ascii="Helvetica" w:hAnsi="Helvetica"/>
        </w:rPr>
        <w:t xml:space="preserve"> сейчас</w:t>
      </w:r>
      <w:r w:rsidRPr="003D548E">
        <w:rPr>
          <w:rFonts w:ascii="Helvetica" w:hAnsi="Helvetica"/>
        </w:rPr>
        <w:t>. Пусть приходит</w:t>
      </w:r>
      <w:r>
        <w:rPr>
          <w:rFonts w:ascii="Helvetica" w:hAnsi="Helvetica"/>
        </w:rPr>
        <w:t>, когда хочет и п</w:t>
      </w:r>
      <w:r w:rsidRPr="003D548E">
        <w:rPr>
          <w:rFonts w:ascii="Helvetica" w:hAnsi="Helvetica"/>
        </w:rPr>
        <w:t>усть мучает. Но пусть будет.</w:t>
      </w:r>
      <w:r>
        <w:rPr>
          <w:rFonts w:ascii="Helvetica" w:hAnsi="Helvetica"/>
        </w:rPr>
        <w:t xml:space="preserve"> </w:t>
      </w:r>
      <w:r w:rsidRPr="00A60B7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говорит Продавцу</w:t>
      </w:r>
      <w:proofErr w:type="gramStart"/>
      <w:r w:rsidRPr="00A60B7E">
        <w:rPr>
          <w:rFonts w:ascii="Helvetica" w:hAnsi="Helvetica"/>
          <w:sz w:val="18"/>
        </w:rPr>
        <w:t>)</w:t>
      </w:r>
      <w:proofErr w:type="gramEnd"/>
      <w:r>
        <w:rPr>
          <w:rFonts w:ascii="Helvetica" w:hAnsi="Helvetica"/>
          <w:sz w:val="20"/>
        </w:rPr>
        <w:t xml:space="preserve"> </w:t>
      </w:r>
      <w:r>
        <w:rPr>
          <w:rFonts w:ascii="Helvetica" w:hAnsi="Helvetica"/>
        </w:rPr>
        <w:t>Иначе я буду жаловаться на вас. Вы меня не предупредили о последствиях.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Продавец</w:t>
      </w:r>
      <w:r>
        <w:rPr>
          <w:rFonts w:ascii="Helvetica" w:hAnsi="Helvetica"/>
          <w:sz w:val="18"/>
        </w:rPr>
        <w:t xml:space="preserve"> смотрит на Наблюдателя, вопросительным взглядом спрашивая разрешения на возврат.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485522">
        <w:rPr>
          <w:rFonts w:ascii="Helvetica" w:eastAsiaTheme="majorEastAsia" w:hAnsi="Helvetica" w:cstheme="majorHAnsi"/>
          <w:caps/>
          <w:color w:val="000000" w:themeColor="text1"/>
          <w:spacing w:val="48"/>
        </w:rPr>
        <w:t>НАБЛЮДАТЕЛЬ</w:t>
      </w:r>
      <w:r w:rsidRPr="00410B0B">
        <w:rPr>
          <w:rFonts w:ascii="Helvetica" w:hAnsi="Helvetica"/>
          <w:sz w:val="18"/>
        </w:rPr>
        <w:t>.</w:t>
      </w:r>
      <w:r>
        <w:rPr>
          <w:rFonts w:ascii="Helvetica" w:hAnsi="Helvetica"/>
          <w:sz w:val="18"/>
        </w:rPr>
        <w:t xml:space="preserve"> </w:t>
      </w:r>
      <w:r w:rsidRPr="00410B0B">
        <w:rPr>
          <w:rFonts w:ascii="Helvetica" w:hAnsi="Helvetica"/>
          <w:sz w:val="18"/>
        </w:rPr>
        <w:t>(говорит Продавцу)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410B0B">
        <w:rPr>
          <w:rFonts w:ascii="Helvetica" w:hAnsi="Helvetica"/>
        </w:rPr>
        <w:t>Ладно, возвращайте ему плач</w:t>
      </w:r>
      <w:r>
        <w:rPr>
          <w:rFonts w:ascii="Helvetica" w:hAnsi="Helvetica"/>
        </w:rPr>
        <w:t xml:space="preserve">. Хорошо, что я оказалась рядом и </w:t>
      </w:r>
      <w:r w:rsidRPr="00410B0B">
        <w:rPr>
          <w:rFonts w:ascii="Helvetica" w:hAnsi="Helvetica"/>
        </w:rPr>
        <w:t xml:space="preserve">зафиксировала потенциальный неликвид этой операции. </w:t>
      </w:r>
      <w:r>
        <w:rPr>
          <w:rFonts w:ascii="Helvetica" w:hAnsi="Helvetica"/>
        </w:rPr>
        <w:t>Придется нам все зачистить. Сегодня же.</w:t>
      </w:r>
      <w:r w:rsidRPr="006A3486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пока никто не заметил. </w:t>
      </w:r>
      <w:r w:rsidRPr="00231F85">
        <w:rPr>
          <w:rFonts w:ascii="Helvetica" w:hAnsi="Helvetica"/>
          <w:sz w:val="18"/>
        </w:rPr>
        <w:t>(</w:t>
      </w:r>
      <w:r w:rsidRPr="00414CF3">
        <w:rPr>
          <w:rFonts w:ascii="Helvetica" w:hAnsi="Helvetica"/>
          <w:sz w:val="18"/>
        </w:rPr>
        <w:t xml:space="preserve">обращается к </w:t>
      </w:r>
      <w:r>
        <w:rPr>
          <w:rFonts w:ascii="Helvetica" w:hAnsi="Helvetica"/>
          <w:sz w:val="18"/>
        </w:rPr>
        <w:t>п</w:t>
      </w:r>
      <w:r w:rsidRPr="00414CF3">
        <w:rPr>
          <w:rFonts w:ascii="Helvetica" w:hAnsi="Helvetica"/>
          <w:sz w:val="18"/>
        </w:rPr>
        <w:t>родавцу)</w:t>
      </w:r>
      <w:r>
        <w:rPr>
          <w:rFonts w:ascii="Helvetica" w:hAnsi="Helvetica"/>
        </w:rPr>
        <w:t xml:space="preserve"> И вы мне будете помогать. 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757DD8">
        <w:rPr>
          <w:rFonts w:ascii="Helvetica" w:hAnsi="Helvetica"/>
          <w:sz w:val="18"/>
        </w:rPr>
        <w:t>Продаве</w:t>
      </w:r>
      <w:r>
        <w:rPr>
          <w:rFonts w:ascii="Helvetica" w:hAnsi="Helvetica"/>
          <w:sz w:val="18"/>
        </w:rPr>
        <w:t>ц</w:t>
      </w:r>
      <w:r w:rsidRPr="00757DD8">
        <w:rPr>
          <w:rFonts w:ascii="Helvetica" w:hAnsi="Helvetica"/>
          <w:sz w:val="18"/>
        </w:rPr>
        <w:t xml:space="preserve"> кива</w:t>
      </w:r>
      <w:r>
        <w:rPr>
          <w:rFonts w:ascii="Helvetica" w:hAnsi="Helvetica"/>
          <w:sz w:val="18"/>
        </w:rPr>
        <w:t>я</w:t>
      </w:r>
      <w:r w:rsidRPr="00757DD8">
        <w:rPr>
          <w:rFonts w:ascii="Helvetica" w:hAnsi="Helvetica"/>
          <w:sz w:val="18"/>
        </w:rPr>
        <w:t xml:space="preserve"> ей</w:t>
      </w:r>
      <w:r>
        <w:rPr>
          <w:rFonts w:ascii="Helvetica" w:hAnsi="Helvetica"/>
          <w:sz w:val="18"/>
        </w:rPr>
        <w:t>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485522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. </w:t>
      </w:r>
      <w:r w:rsidRPr="00485522">
        <w:rPr>
          <w:rFonts w:ascii="Helvetica" w:hAnsi="Helvetica"/>
        </w:rPr>
        <w:t>Артем К.,</w:t>
      </w:r>
      <w:r>
        <w:rPr>
          <w:rFonts w:ascii="Helvetica" w:hAnsi="Helvetica"/>
        </w:rPr>
        <w:t xml:space="preserve"> это ваше решение и ваша ответственность. </w:t>
      </w:r>
      <w:r w:rsidRPr="003D548E">
        <w:rPr>
          <w:rFonts w:ascii="Helvetica" w:hAnsi="Helvetica"/>
        </w:rPr>
        <w:t xml:space="preserve">Готовьтесь, </w:t>
      </w:r>
      <w:r>
        <w:rPr>
          <w:rFonts w:ascii="Helvetica" w:hAnsi="Helvetica"/>
        </w:rPr>
        <w:t xml:space="preserve">звук </w:t>
      </w:r>
      <w:r w:rsidRPr="003D548E">
        <w:rPr>
          <w:rFonts w:ascii="Helvetica" w:hAnsi="Helvetica"/>
        </w:rPr>
        <w:t>сейчас войдёт.</w:t>
      </w:r>
    </w:p>
    <w:p w:rsidR="00164D26" w:rsidRPr="00757DD8" w:rsidRDefault="00164D26" w:rsidP="00164D26">
      <w:pPr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Продавец </w:t>
      </w:r>
      <w:r w:rsidRPr="003D548E">
        <w:rPr>
          <w:rFonts w:ascii="Helvetica" w:hAnsi="Helvetica"/>
          <w:sz w:val="18"/>
        </w:rPr>
        <w:t>открыва</w:t>
      </w:r>
      <w:r>
        <w:rPr>
          <w:rFonts w:ascii="Helvetica" w:hAnsi="Helvetica"/>
          <w:sz w:val="18"/>
        </w:rPr>
        <w:t>ет</w:t>
      </w:r>
      <w:r w:rsidRPr="003D548E">
        <w:rPr>
          <w:rFonts w:ascii="Helvetica" w:hAnsi="Helvetica"/>
          <w:sz w:val="18"/>
        </w:rPr>
        <w:t xml:space="preserve"> чёрный ящик, откуда идёт пар</w:t>
      </w:r>
      <w:r>
        <w:rPr>
          <w:rFonts w:ascii="Helvetica" w:hAnsi="Helvetica"/>
          <w:sz w:val="18"/>
        </w:rPr>
        <w:t>.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  <w:sz w:val="18"/>
        </w:rPr>
        <w:t>Д</w:t>
      </w:r>
      <w:r w:rsidRPr="003D548E">
        <w:rPr>
          <w:rFonts w:ascii="Helvetica" w:hAnsi="Helvetica"/>
          <w:sz w:val="18"/>
        </w:rPr>
        <w:t>остаёт из ящика ампулу</w:t>
      </w:r>
      <w:r>
        <w:rPr>
          <w:rFonts w:ascii="Helvetica" w:hAnsi="Helvetica"/>
          <w:sz w:val="18"/>
        </w:rPr>
        <w:t>,</w:t>
      </w:r>
      <w:r w:rsidRPr="003D548E">
        <w:rPr>
          <w:rFonts w:ascii="Helvetica" w:hAnsi="Helvetica"/>
          <w:sz w:val="18"/>
        </w:rPr>
        <w:t xml:space="preserve"> подносит к губам </w:t>
      </w:r>
      <w:r>
        <w:rPr>
          <w:rFonts w:ascii="Helvetica" w:hAnsi="Helvetica"/>
          <w:sz w:val="18"/>
        </w:rPr>
        <w:t xml:space="preserve">и </w:t>
      </w:r>
      <w:r w:rsidRPr="003D548E">
        <w:rPr>
          <w:rFonts w:ascii="Helvetica" w:hAnsi="Helvetica"/>
          <w:sz w:val="18"/>
        </w:rPr>
        <w:t>дует в сторону Артёма</w:t>
      </w:r>
      <w:r>
        <w:rPr>
          <w:rFonts w:ascii="Helvetica" w:hAnsi="Helvetica"/>
          <w:sz w:val="18"/>
        </w:rPr>
        <w:t>. Артем слышит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 xml:space="preserve">плач дочери, который </w:t>
      </w:r>
      <w:r w:rsidRPr="003D548E">
        <w:rPr>
          <w:rFonts w:ascii="Helvetica" w:hAnsi="Helvetica"/>
          <w:sz w:val="18"/>
        </w:rPr>
        <w:t>резко обрывается</w:t>
      </w:r>
      <w:r>
        <w:rPr>
          <w:rFonts w:ascii="Helvetica" w:hAnsi="Helvetica"/>
          <w:sz w:val="18"/>
        </w:rPr>
        <w:t>. Артема отбрасывает волной обратно на кресло.</w:t>
      </w:r>
    </w:p>
    <w:p w:rsidR="00164D26" w:rsidRPr="001B73DD" w:rsidRDefault="00164D26" w:rsidP="00164D26">
      <w:pPr>
        <w:jc w:val="center"/>
        <w:rPr>
          <w:rFonts w:ascii="Helvetica" w:hAnsi="Helvetica"/>
          <w:sz w:val="22"/>
        </w:rPr>
      </w:pPr>
    </w:p>
    <w:p w:rsidR="00164D26" w:rsidRDefault="00164D26" w:rsidP="00164D26">
      <w:pPr>
        <w:jc w:val="both"/>
        <w:rPr>
          <w:rFonts w:ascii="Helvetica" w:hAnsi="Helvetica"/>
          <w:sz w:val="27"/>
        </w:rPr>
      </w:pPr>
      <w:r w:rsidRPr="005C5E65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ЗАБВЕНИЯ</w:t>
      </w:r>
      <w:r w:rsidRPr="003D548E">
        <w:rPr>
          <w:rFonts w:ascii="Helvetica" w:hAnsi="Helvetica"/>
          <w:sz w:val="20"/>
        </w:rPr>
        <w:t>.</w:t>
      </w:r>
      <w:r w:rsidRPr="003D548E">
        <w:rPr>
          <w:rFonts w:ascii="Helvetica" w:hAnsi="Helvetica"/>
        </w:rPr>
        <w:t xml:space="preserve"> </w:t>
      </w:r>
      <w:r w:rsidRPr="009B103C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обращаясь к Артему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  <w:sz w:val="20"/>
        </w:rPr>
        <w:t xml:space="preserve"> </w:t>
      </w:r>
      <w:r w:rsidRPr="00485522">
        <w:rPr>
          <w:rFonts w:ascii="Helvetica" w:hAnsi="Helvetica"/>
        </w:rPr>
        <w:t>Артем К.,</w:t>
      </w:r>
      <w:r>
        <w:rPr>
          <w:rFonts w:ascii="Helvetica" w:hAnsi="Helvetica"/>
        </w:rPr>
        <w:t xml:space="preserve"> в</w:t>
      </w:r>
      <w:r w:rsidRPr="003D548E">
        <w:rPr>
          <w:rFonts w:ascii="Helvetica" w:hAnsi="Helvetica"/>
        </w:rPr>
        <w:t>ы выбрали жизнь с осколком в мозгу. Когда осколок сместится и начнёт резать, вы вернётесь</w:t>
      </w:r>
      <w:r>
        <w:rPr>
          <w:rFonts w:ascii="Helvetica" w:hAnsi="Helvetica"/>
        </w:rPr>
        <w:t xml:space="preserve"> ко мне</w:t>
      </w:r>
      <w:r w:rsidRPr="003D548E">
        <w:rPr>
          <w:rFonts w:ascii="Helvetica" w:hAnsi="Helvetica"/>
        </w:rPr>
        <w:t>. Все возвращаются. Рано или поздно</w:t>
      </w:r>
      <w:r w:rsidRPr="003D548E">
        <w:rPr>
          <w:rFonts w:ascii="Helvetica" w:hAnsi="Helvetica"/>
          <w:sz w:val="27"/>
        </w:rPr>
        <w:t>.</w:t>
      </w:r>
    </w:p>
    <w:p w:rsidR="00164D26" w:rsidRDefault="00164D26" w:rsidP="00164D26">
      <w:pPr>
        <w:jc w:val="both"/>
        <w:rPr>
          <w:rFonts w:ascii="Helvetica" w:hAnsi="Helvetica"/>
          <w:sz w:val="27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Артем открывает глаза и понимает, что воспоминания звуков плача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дочери вернулись и счастливо улыбается. </w:t>
      </w:r>
    </w:p>
    <w:p w:rsidR="00164D26" w:rsidRDefault="00164D26" w:rsidP="00164D26">
      <w:pPr>
        <w:rPr>
          <w:rFonts w:ascii="Helvetica" w:hAnsi="Helvetica"/>
          <w:sz w:val="18"/>
        </w:rPr>
      </w:pPr>
    </w:p>
    <w:p w:rsidR="00164D26" w:rsidRDefault="00164D26" w:rsidP="00164D26">
      <w:pPr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Из динамиков </w:t>
      </w:r>
      <w:r>
        <w:rPr>
          <w:rFonts w:ascii="Helvetica" w:hAnsi="Helvetica"/>
          <w:sz w:val="18"/>
        </w:rPr>
        <w:t>начинает звучать</w:t>
      </w:r>
      <w:r w:rsidRPr="003D548E">
        <w:rPr>
          <w:rFonts w:ascii="Helvetica" w:hAnsi="Helvetica"/>
          <w:sz w:val="18"/>
        </w:rPr>
        <w:t xml:space="preserve"> </w:t>
      </w:r>
      <w:r w:rsidRPr="00067D05">
        <w:rPr>
          <w:rFonts w:ascii="Helvetica" w:hAnsi="Helvetica"/>
          <w:sz w:val="18"/>
        </w:rPr>
        <w:t>ГИМН АУКЦИОНА</w:t>
      </w:r>
      <w:r>
        <w:rPr>
          <w:rFonts w:ascii="Helvetica" w:hAnsi="Helvetica"/>
          <w:sz w:val="18"/>
        </w:rPr>
        <w:t>:</w:t>
      </w:r>
      <w:r w:rsidRPr="00A853DD">
        <w:rPr>
          <w:rFonts w:ascii="Helvetica" w:hAnsi="Helvetica"/>
          <w:sz w:val="18"/>
        </w:rPr>
        <w:br/>
      </w:r>
      <w:r w:rsidRPr="00BB6C60">
        <w:rPr>
          <w:rFonts w:ascii="Helvetica" w:hAnsi="Helvetica"/>
          <w:sz w:val="18"/>
        </w:rPr>
        <w:t xml:space="preserve">Твоя вина — отличный лот! 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BB6C60">
        <w:rPr>
          <w:rFonts w:ascii="Helvetica" w:hAnsi="Helvetica"/>
          <w:sz w:val="18"/>
        </w:rPr>
        <w:t xml:space="preserve">Неси её — Аукцион возьмёт. 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BB6C60">
        <w:rPr>
          <w:rFonts w:ascii="Helvetica" w:hAnsi="Helvetica"/>
          <w:sz w:val="18"/>
        </w:rPr>
        <w:t xml:space="preserve">Устал страдать? Конец мученьям! 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BB6C60">
        <w:rPr>
          <w:rFonts w:ascii="Helvetica" w:hAnsi="Helvetica"/>
          <w:sz w:val="18"/>
        </w:rPr>
        <w:t xml:space="preserve">Торгуем памятью, забвеньем. 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BB6C60">
        <w:rPr>
          <w:rFonts w:ascii="Helvetica" w:hAnsi="Helvetica"/>
          <w:sz w:val="18"/>
        </w:rPr>
        <w:t xml:space="preserve">Плати тоской — бери покой, 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BB6C60">
        <w:rPr>
          <w:rFonts w:ascii="Helvetica" w:hAnsi="Helvetica"/>
          <w:sz w:val="18"/>
        </w:rPr>
        <w:t>И уходи совсем другой!</w:t>
      </w:r>
    </w:p>
    <w:p w:rsidR="00164D26" w:rsidRPr="005C4CDE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F2543E"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>АРТЕМ.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Ну все, с</w:t>
      </w:r>
      <w:r w:rsidRPr="003D548E">
        <w:rPr>
          <w:rFonts w:ascii="Helvetica" w:hAnsi="Helvetica"/>
        </w:rPr>
        <w:t xml:space="preserve"> меня хватит!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Артем</w:t>
      </w:r>
      <w:r w:rsidRPr="003D548E">
        <w:rPr>
          <w:rFonts w:ascii="Helvetica" w:hAnsi="Helvetica"/>
          <w:sz w:val="18"/>
        </w:rPr>
        <w:t xml:space="preserve"> быстро спускается по лестнице</w:t>
      </w:r>
      <w:r>
        <w:rPr>
          <w:rFonts w:ascii="Helvetica" w:hAnsi="Helvetica"/>
          <w:sz w:val="18"/>
        </w:rPr>
        <w:t>, н</w:t>
      </w:r>
      <w:r w:rsidRPr="003D548E">
        <w:rPr>
          <w:rFonts w:ascii="Helvetica" w:hAnsi="Helvetica"/>
          <w:sz w:val="18"/>
        </w:rPr>
        <w:t xml:space="preserve">о </w:t>
      </w:r>
      <w:r>
        <w:rPr>
          <w:rFonts w:ascii="Helvetica" w:hAnsi="Helvetica"/>
          <w:sz w:val="18"/>
        </w:rPr>
        <w:t xml:space="preserve">на последней ступени </w:t>
      </w:r>
      <w:r w:rsidRPr="003D548E">
        <w:rPr>
          <w:rFonts w:ascii="Helvetica" w:hAnsi="Helvetica"/>
          <w:sz w:val="18"/>
        </w:rPr>
        <w:t>спотыкается, а когда поднимает голову, видит перед собой сцену</w:t>
      </w:r>
      <w:r>
        <w:rPr>
          <w:rFonts w:ascii="Helvetica" w:hAnsi="Helvetica"/>
          <w:sz w:val="18"/>
        </w:rPr>
        <w:t xml:space="preserve"> и мигающую вывеску над ней «Сладость мщения».  Н</w:t>
      </w:r>
      <w:r w:rsidRPr="003D548E">
        <w:rPr>
          <w:rFonts w:ascii="Helvetica" w:hAnsi="Helvetica"/>
          <w:sz w:val="18"/>
        </w:rPr>
        <w:t xml:space="preserve">а </w:t>
      </w:r>
      <w:r>
        <w:rPr>
          <w:rFonts w:ascii="Helvetica" w:hAnsi="Helvetica"/>
          <w:sz w:val="18"/>
        </w:rPr>
        <w:t xml:space="preserve">сцене, на </w:t>
      </w:r>
      <w:r w:rsidRPr="003D548E">
        <w:rPr>
          <w:rFonts w:ascii="Helvetica" w:hAnsi="Helvetica"/>
          <w:sz w:val="18"/>
        </w:rPr>
        <w:t>цепях медленно опускается клетка, а в ней человек, мужчина.</w:t>
      </w:r>
      <w:r>
        <w:rPr>
          <w:rFonts w:ascii="Helvetica" w:hAnsi="Helvetica"/>
          <w:sz w:val="18"/>
        </w:rPr>
        <w:t xml:space="preserve"> За стойкой стоит Продавец с большим шрамом на левой щеке.</w:t>
      </w:r>
    </w:p>
    <w:p w:rsidR="00164D26" w:rsidRPr="005C6767" w:rsidRDefault="00164D26" w:rsidP="00164D26">
      <w:pPr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53F5B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МЩЕНИЯ.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(хриплым голосом)</w:t>
      </w:r>
      <w:r w:rsidRPr="003D548E">
        <w:rPr>
          <w:rFonts w:ascii="Helvetica" w:hAnsi="Helvetica"/>
        </w:rPr>
        <w:t xml:space="preserve"> Наш очередной ЛОТ «Справедливая кара»! </w:t>
      </w:r>
      <w:r w:rsidRPr="000B3DE1">
        <w:rPr>
          <w:rFonts w:ascii="Helvetica" w:hAnsi="Helvetica"/>
        </w:rPr>
        <w:t>Власть. Цена — эмпатия. Кто берёт?</w:t>
      </w:r>
      <w:r>
        <w:rPr>
          <w:rFonts w:ascii="Helvetica" w:hAnsi="Helvetica"/>
        </w:rPr>
        <w:t xml:space="preserve"> Ц</w:t>
      </w:r>
      <w:r w:rsidRPr="003D548E">
        <w:rPr>
          <w:rFonts w:ascii="Helvetica" w:hAnsi="Helvetica"/>
        </w:rPr>
        <w:t>ена — ваши никчёмные чувства: эмпатия и сострадание. Кто готов стать палачом и забыть, что был жертвой?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Толпа замирает, вытягивая шеи и облизывая губы.</w:t>
      </w:r>
      <w:r w:rsidRPr="003D548E">
        <w:rPr>
          <w:rFonts w:ascii="Helvetica" w:hAnsi="Helvetica"/>
          <w:sz w:val="18"/>
        </w:rPr>
        <w:br/>
        <w:t>Над клеткой загорается цифровой счётчик: НАЧАЛЬНАЯ СТАВКА: 20% ЭМПАТИИ.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53F5B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(поворачивается к стойке и кричит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Нет! Не может быть! Ты… ты должен быть в клетке!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C53F5B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(медленно встаёт в клетке, берётся за прутья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</w:rPr>
        <w:t xml:space="preserve">А где я, по-вашему? Разве это не лучшая изоляция? Клетка в клетке. </w:t>
      </w:r>
      <w:r w:rsidRPr="003D548E">
        <w:rPr>
          <w:rFonts w:ascii="Helvetica" w:hAnsi="Helvetica"/>
          <w:sz w:val="18"/>
        </w:rPr>
        <w:t xml:space="preserve">(улыбается, смотрит на Артёма с научным интересом) </w:t>
      </w:r>
      <w:r w:rsidRPr="003D548E">
        <w:rPr>
          <w:rFonts w:ascii="Helvetica" w:hAnsi="Helvetica"/>
        </w:rPr>
        <w:t xml:space="preserve">Вы, кажется, все еще не понимаете </w:t>
      </w:r>
      <w:r>
        <w:rPr>
          <w:rFonts w:ascii="Helvetica" w:hAnsi="Helvetica"/>
        </w:rPr>
        <w:t>з</w:t>
      </w:r>
      <w:r w:rsidRPr="003D548E">
        <w:rPr>
          <w:rFonts w:ascii="Helvetica" w:hAnsi="Helvetica"/>
        </w:rPr>
        <w:t>дешних правил: здесь не торгуют людьми — здесь торгуют правами на людей. Право наказать. Право унизить. Право почувствовать себя богом. Хотите попробовать? Смелее!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сжимает кулаки, в его глазах — огонь и ярость.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МЩЕНИЯ.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(подсказывает)</w:t>
      </w:r>
      <w:r w:rsidRPr="003D548E">
        <w:rPr>
          <w:rFonts w:ascii="Helvetica" w:hAnsi="Helvetica"/>
        </w:rPr>
        <w:t xml:space="preserve"> ЛОТ признаёт свою вину — актив подтверждает ликвидность! Ставки растут! Сейчас — 20% эмпатии! Кто больше? Всего 20% — и вы получите ключ от клетки и молот, настоящий, тяжёлый! Или нож… или верёвку…может кирпич? Все на ваш вкус!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(шепчет)</w:t>
      </w:r>
      <w:r w:rsidRPr="003D548E">
        <w:rPr>
          <w:rFonts w:ascii="Helvetica" w:hAnsi="Helvetica"/>
        </w:rPr>
        <w:t xml:space="preserve"> Я могу </w:t>
      </w:r>
      <w:r>
        <w:rPr>
          <w:rFonts w:ascii="Helvetica" w:hAnsi="Helvetica"/>
        </w:rPr>
        <w:t>у</w:t>
      </w:r>
      <w:r w:rsidRPr="003D548E">
        <w:rPr>
          <w:rFonts w:ascii="Helvetica" w:hAnsi="Helvetica"/>
        </w:rPr>
        <w:t>бить тебя, подонка.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СЕРГЕЙ ВЕТРОВ. </w:t>
      </w:r>
      <w:r w:rsidRPr="003D548E">
        <w:rPr>
          <w:rFonts w:ascii="Helvetica" w:hAnsi="Helvetica"/>
        </w:rPr>
        <w:t xml:space="preserve">Ради чего? Ради справедливости? Какой? </w:t>
      </w:r>
      <w:r w:rsidRPr="003D548E">
        <w:rPr>
          <w:rFonts w:ascii="Helvetica" w:hAnsi="Helvetica"/>
          <w:sz w:val="18"/>
        </w:rPr>
        <w:t>(широко улыбается)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МЩЕНИЯ.</w:t>
      </w:r>
      <w:r w:rsidRPr="003D548E">
        <w:rPr>
          <w:rFonts w:ascii="Helvetica" w:hAnsi="Helvetica"/>
        </w:rPr>
        <w:t xml:space="preserve"> 20% — раз! 20% — два! Всего </w:t>
      </w:r>
      <w:r>
        <w:rPr>
          <w:rFonts w:ascii="Helvetica" w:hAnsi="Helvetica"/>
        </w:rPr>
        <w:t xml:space="preserve">пятая часть </w:t>
      </w:r>
      <w:r w:rsidRPr="003D548E">
        <w:rPr>
          <w:rFonts w:ascii="Helvetica" w:hAnsi="Helvetica"/>
        </w:rPr>
        <w:t xml:space="preserve">вашей </w:t>
      </w:r>
      <w:r>
        <w:rPr>
          <w:rFonts w:ascii="Helvetica" w:hAnsi="Helvetica"/>
        </w:rPr>
        <w:t xml:space="preserve">никчемной </w:t>
      </w:r>
      <w:r w:rsidRPr="003D548E">
        <w:rPr>
          <w:rFonts w:ascii="Helvetica" w:hAnsi="Helvetica"/>
        </w:rPr>
        <w:t>жалости</w:t>
      </w:r>
      <w:r>
        <w:rPr>
          <w:rFonts w:ascii="Helvetica" w:hAnsi="Helvetica"/>
        </w:rPr>
        <w:t>, о</w:t>
      </w:r>
      <w:r w:rsidRPr="003D548E">
        <w:rPr>
          <w:rFonts w:ascii="Helvetica" w:hAnsi="Helvetica"/>
        </w:rPr>
        <w:t>стальное можете оставить. 20% — последняя цена!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Из-под его прилавка выдвигается стойка. На ней разложены инструменты: </w:t>
      </w:r>
      <w:r>
        <w:rPr>
          <w:rFonts w:ascii="Helvetica" w:hAnsi="Helvetica"/>
          <w:sz w:val="18"/>
        </w:rPr>
        <w:t>н</w:t>
      </w:r>
      <w:r w:rsidRPr="00EC6655">
        <w:rPr>
          <w:rFonts w:ascii="Helvetica" w:hAnsi="Helvetica" w:cstheme="minorBidi"/>
          <w:sz w:val="18"/>
          <w:szCs w:val="22"/>
        </w:rPr>
        <w:t>ож, топор, кирпич, верёвка</w:t>
      </w:r>
      <w:r w:rsidRPr="003D548E">
        <w:rPr>
          <w:rFonts w:ascii="Helvetica" w:hAnsi="Helvetica"/>
          <w:sz w:val="18"/>
        </w:rPr>
        <w:t>.</w:t>
      </w:r>
    </w:p>
    <w:p w:rsidR="00164D26" w:rsidRPr="00EC6655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 xml:space="preserve">(тянется </w:t>
      </w:r>
      <w:r>
        <w:rPr>
          <w:rFonts w:ascii="Helvetica" w:hAnsi="Helvetica"/>
          <w:sz w:val="18"/>
        </w:rPr>
        <w:t xml:space="preserve">рукой </w:t>
      </w:r>
      <w:r w:rsidRPr="003D548E">
        <w:rPr>
          <w:rFonts w:ascii="Helvetica" w:hAnsi="Helvetica"/>
          <w:sz w:val="18"/>
        </w:rPr>
        <w:t>к кирпичу)</w:t>
      </w:r>
      <w:r w:rsidRPr="003D548E">
        <w:rPr>
          <w:rFonts w:ascii="Helvetica" w:hAnsi="Helvetica"/>
        </w:rPr>
        <w:t xml:space="preserve"> Я тебя убью</w:t>
      </w:r>
      <w:r>
        <w:rPr>
          <w:rFonts w:ascii="Helvetica" w:hAnsi="Helvetica"/>
        </w:rPr>
        <w:t xml:space="preserve">, мразь! </w:t>
      </w:r>
      <w:r w:rsidRPr="003D548E">
        <w:rPr>
          <w:rFonts w:ascii="Helvetica" w:hAnsi="Helvetica"/>
        </w:rPr>
        <w:t>Ты не заслуживаешь жить…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СЕРГЕЙ ВЕТРОВ. </w:t>
      </w:r>
      <w:r w:rsidRPr="003D548E">
        <w:rPr>
          <w:rFonts w:ascii="Helvetica" w:hAnsi="Helvetica"/>
        </w:rPr>
        <w:t>Согласен</w:t>
      </w:r>
      <w:r>
        <w:rPr>
          <w:rFonts w:ascii="Helvetica" w:hAnsi="Helvetica"/>
        </w:rPr>
        <w:t>, к</w:t>
      </w:r>
      <w:r w:rsidRPr="003D548E">
        <w:rPr>
          <w:rFonts w:ascii="Helvetica" w:hAnsi="Helvetica"/>
        </w:rPr>
        <w:t>ак и вы. Как и большинство здесь присутствующих. Мы все здесь бракованный товар. Но разница в том, что я это принимаю</w:t>
      </w:r>
      <w:r>
        <w:rPr>
          <w:rFonts w:ascii="Helvetica" w:hAnsi="Helvetica"/>
        </w:rPr>
        <w:t>, а</w:t>
      </w:r>
      <w:r w:rsidRPr="003D548E">
        <w:rPr>
          <w:rFonts w:ascii="Helvetica" w:hAnsi="Helvetica"/>
        </w:rPr>
        <w:t xml:space="preserve"> вы — боретесь. И вы так устали бороться</w:t>
      </w:r>
      <w:r>
        <w:rPr>
          <w:rFonts w:ascii="Helvetica" w:hAnsi="Helvetica"/>
        </w:rPr>
        <w:t>!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(кричит)</w:t>
      </w:r>
      <w:r w:rsidRPr="003D548E">
        <w:rPr>
          <w:rFonts w:ascii="Helvetica" w:hAnsi="Helvetica"/>
        </w:rPr>
        <w:t xml:space="preserve"> Ну давай</w:t>
      </w:r>
      <w:r>
        <w:rPr>
          <w:rFonts w:ascii="Helvetica" w:hAnsi="Helvetica"/>
        </w:rPr>
        <w:t>те</w:t>
      </w:r>
      <w:r w:rsidRPr="003D548E">
        <w:rPr>
          <w:rFonts w:ascii="Helvetica" w:hAnsi="Helvetica"/>
        </w:rPr>
        <w:t>. Ударь</w:t>
      </w:r>
      <w:r>
        <w:rPr>
          <w:rFonts w:ascii="Helvetica" w:hAnsi="Helvetica"/>
        </w:rPr>
        <w:t>те</w:t>
      </w:r>
      <w:r w:rsidRPr="003D548E">
        <w:rPr>
          <w:rFonts w:ascii="Helvetica" w:hAnsi="Helvetica"/>
        </w:rPr>
        <w:t xml:space="preserve">. </w:t>
      </w:r>
      <w:r>
        <w:rPr>
          <w:rFonts w:ascii="Helvetica" w:hAnsi="Helvetica"/>
        </w:rPr>
        <w:t>С</w:t>
      </w:r>
      <w:r w:rsidRPr="003D548E">
        <w:rPr>
          <w:rFonts w:ascii="Helvetica" w:hAnsi="Helvetica"/>
        </w:rPr>
        <w:t>делай</w:t>
      </w:r>
      <w:r>
        <w:rPr>
          <w:rFonts w:ascii="Helvetica" w:hAnsi="Helvetica"/>
        </w:rPr>
        <w:t>те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х</w:t>
      </w:r>
      <w:r w:rsidRPr="003D548E">
        <w:rPr>
          <w:rFonts w:ascii="Helvetica" w:hAnsi="Helvetica"/>
        </w:rPr>
        <w:t>оть что-нибудь уже!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Звук</w:t>
      </w:r>
      <w:r>
        <w:rPr>
          <w:rFonts w:ascii="Helvetica" w:hAnsi="Helvetica"/>
          <w:sz w:val="18"/>
        </w:rPr>
        <w:t>и</w:t>
      </w:r>
      <w:r w:rsidRPr="003D548E">
        <w:rPr>
          <w:rFonts w:ascii="Helvetica" w:hAnsi="Helvetica"/>
          <w:sz w:val="18"/>
        </w:rPr>
        <w:t xml:space="preserve"> начина</w:t>
      </w:r>
      <w:r>
        <w:rPr>
          <w:rFonts w:ascii="Helvetica" w:hAnsi="Helvetica"/>
          <w:sz w:val="18"/>
        </w:rPr>
        <w:t>ю</w:t>
      </w:r>
      <w:r w:rsidRPr="003D548E">
        <w:rPr>
          <w:rFonts w:ascii="Helvetica" w:hAnsi="Helvetica"/>
          <w:sz w:val="18"/>
        </w:rPr>
        <w:t>т нарастать: гул толпы сливается с воем сирены</w:t>
      </w:r>
      <w:r>
        <w:rPr>
          <w:rFonts w:ascii="Helvetica" w:hAnsi="Helvetica"/>
          <w:sz w:val="18"/>
        </w:rPr>
        <w:t xml:space="preserve">. </w:t>
      </w:r>
      <w:r w:rsidRPr="003D548E">
        <w:rPr>
          <w:rFonts w:ascii="Helvetica" w:hAnsi="Helvetica"/>
          <w:sz w:val="18"/>
        </w:rPr>
        <w:t>Артём хватается за голову.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 xml:space="preserve">(кричит) </w:t>
      </w:r>
      <w:r w:rsidRPr="003D548E">
        <w:rPr>
          <w:rFonts w:ascii="Helvetica" w:hAnsi="Helvetica"/>
        </w:rPr>
        <w:t>Заткнись!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Артём берет кирпич на столе продавца и бешено смотрит то на кирпич в своей руке, то на лицо Сергея Ветрова. Толпа вокруг начинает подталкивать </w:t>
      </w:r>
      <w:r>
        <w:rPr>
          <w:rFonts w:ascii="Helvetica" w:hAnsi="Helvetica"/>
          <w:sz w:val="18"/>
        </w:rPr>
        <w:t>Артема: к</w:t>
      </w:r>
      <w:r w:rsidRPr="003D548E">
        <w:rPr>
          <w:rFonts w:ascii="Helvetica" w:hAnsi="Helvetica"/>
          <w:sz w:val="18"/>
        </w:rPr>
        <w:t xml:space="preserve">то-то </w:t>
      </w:r>
      <w:r>
        <w:rPr>
          <w:rFonts w:ascii="Helvetica" w:hAnsi="Helvetica"/>
          <w:sz w:val="18"/>
        </w:rPr>
        <w:t>хлопает</w:t>
      </w:r>
      <w:r w:rsidRPr="003D548E">
        <w:rPr>
          <w:rFonts w:ascii="Helvetica" w:hAnsi="Helvetica"/>
          <w:sz w:val="18"/>
        </w:rPr>
        <w:t xml:space="preserve"> по плечу, кто-то толкает в спину. </w:t>
      </w:r>
    </w:p>
    <w:p w:rsidR="00164D26" w:rsidRDefault="00164D26" w:rsidP="00164D26">
      <w:pPr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rPr>
          <w:rFonts w:ascii="Segoe UI" w:hAnsi="Segoe UI" w:cs="Segoe UI"/>
          <w:color w:val="0F1115"/>
          <w:sz w:val="23"/>
          <w:szCs w:val="23"/>
          <w:shd w:val="clear" w:color="auto" w:fill="FFFFFF"/>
        </w:rPr>
      </w:pPr>
      <w:r w:rsidRPr="00D552B6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Человек из ТОЛПЫ. </w:t>
      </w:r>
      <w:r w:rsidRPr="00201F93">
        <w:rPr>
          <w:rFonts w:ascii="Helvetica" w:eastAsiaTheme="minorEastAsia" w:hAnsi="Helvetica" w:cstheme="minorBidi"/>
          <w:sz w:val="18"/>
          <w:szCs w:val="22"/>
          <w:lang w:eastAsia="en-US"/>
        </w:rPr>
        <w:t>(</w:t>
      </w:r>
      <w:r w:rsidRPr="00D552B6">
        <w:rPr>
          <w:rFonts w:ascii="Helvetica" w:hAnsi="Helvetica" w:cstheme="minorBidi"/>
          <w:sz w:val="18"/>
          <w:szCs w:val="22"/>
        </w:rPr>
        <w:t xml:space="preserve">шепчет Артему в </w:t>
      </w:r>
      <w:proofErr w:type="gramStart"/>
      <w:r w:rsidRPr="00D552B6">
        <w:rPr>
          <w:rFonts w:ascii="Helvetica" w:hAnsi="Helvetica" w:cstheme="minorBidi"/>
          <w:sz w:val="18"/>
          <w:szCs w:val="22"/>
        </w:rPr>
        <w:t xml:space="preserve">ухо) </w:t>
      </w:r>
      <w:r>
        <w:rPr>
          <w:rFonts w:ascii="Helvetica" w:hAnsi="Helvetica" w:cstheme="minorBidi"/>
          <w:sz w:val="18"/>
          <w:szCs w:val="22"/>
        </w:rPr>
        <w:t xml:space="preserve"> </w:t>
      </w:r>
      <w:r w:rsidRPr="00D552B6">
        <w:rPr>
          <w:rFonts w:ascii="Segoe UI" w:hAnsi="Segoe UI" w:cs="Segoe UI"/>
          <w:color w:val="0F1115"/>
          <w:sz w:val="23"/>
          <w:szCs w:val="23"/>
          <w:shd w:val="clear" w:color="auto" w:fill="FFFFFF"/>
        </w:rPr>
        <w:t>Давай</w:t>
      </w:r>
      <w:proofErr w:type="gramEnd"/>
      <w:r w:rsidRPr="00D552B6">
        <w:rPr>
          <w:rFonts w:ascii="Segoe UI" w:hAnsi="Segoe UI" w:cs="Segoe UI"/>
          <w:color w:val="0F1115"/>
          <w:sz w:val="23"/>
          <w:szCs w:val="23"/>
          <w:shd w:val="clear" w:color="auto" w:fill="FFFFFF"/>
        </w:rPr>
        <w:t>, бей</w:t>
      </w:r>
      <w:r>
        <w:rPr>
          <w:rFonts w:ascii="Segoe UI" w:hAnsi="Segoe UI" w:cs="Segoe UI"/>
          <w:color w:val="0F1115"/>
          <w:sz w:val="23"/>
          <w:szCs w:val="23"/>
          <w:shd w:val="clear" w:color="auto" w:fill="FFFFFF"/>
        </w:rPr>
        <w:t xml:space="preserve">! </w:t>
      </w:r>
    </w:p>
    <w:p w:rsidR="00164D26" w:rsidRDefault="00164D26" w:rsidP="00164D26">
      <w:pPr>
        <w:rPr>
          <w:rFonts w:ascii="Segoe UI" w:hAnsi="Segoe UI" w:cs="Segoe UI"/>
          <w:color w:val="0F1115"/>
          <w:sz w:val="23"/>
          <w:szCs w:val="23"/>
          <w:shd w:val="clear" w:color="auto" w:fill="FFFFFF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тяжело дышит, опускает голову</w:t>
      </w:r>
      <w:r>
        <w:rPr>
          <w:rFonts w:ascii="Helvetica" w:hAnsi="Helvetica"/>
          <w:sz w:val="18"/>
        </w:rPr>
        <w:t>, закрывает глаза</w:t>
      </w:r>
      <w:r w:rsidRPr="003D548E">
        <w:rPr>
          <w:rFonts w:ascii="Helvetica" w:hAnsi="Helvetica"/>
          <w:sz w:val="18"/>
        </w:rPr>
        <w:t xml:space="preserve">.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Долгая п</w:t>
      </w:r>
      <w:r w:rsidRPr="003D548E">
        <w:rPr>
          <w:rFonts w:ascii="Helvetica" w:hAnsi="Helvetica"/>
          <w:sz w:val="18"/>
        </w:rPr>
        <w:t xml:space="preserve">ауза.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Артем </w:t>
      </w:r>
      <w:r>
        <w:rPr>
          <w:rFonts w:ascii="Helvetica" w:hAnsi="Helvetica"/>
          <w:sz w:val="18"/>
        </w:rPr>
        <w:t xml:space="preserve">успокаивается и </w:t>
      </w:r>
      <w:r w:rsidRPr="003D548E">
        <w:rPr>
          <w:rFonts w:ascii="Helvetica" w:hAnsi="Helvetica"/>
          <w:sz w:val="18"/>
        </w:rPr>
        <w:t xml:space="preserve">опускает кирпич.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МЩЕНИЯ.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(искажается в гримасе ярости)</w:t>
      </w:r>
      <w:r w:rsidRPr="003D548E">
        <w:rPr>
          <w:rFonts w:ascii="Helvetica" w:hAnsi="Helvetica"/>
        </w:rPr>
        <w:t xml:space="preserve"> Ты будешь гнить внутри, а он — будет смеяться!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18"/>
        </w:rPr>
        <w:t xml:space="preserve"> (</w:t>
      </w:r>
      <w:r>
        <w:rPr>
          <w:rFonts w:ascii="Helvetica" w:hAnsi="Helvetica"/>
          <w:sz w:val="18"/>
        </w:rPr>
        <w:t>мягко)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Жаль! Вы </w:t>
      </w:r>
      <w:proofErr w:type="gramStart"/>
      <w:r w:rsidRPr="003D548E">
        <w:rPr>
          <w:rFonts w:ascii="Helvetica" w:hAnsi="Helvetica"/>
        </w:rPr>
        <w:t xml:space="preserve">бы </w:t>
      </w:r>
      <w:r>
        <w:rPr>
          <w:rFonts w:ascii="Helvetica" w:hAnsi="Helvetica"/>
        </w:rPr>
        <w:t xml:space="preserve"> быстрее</w:t>
      </w:r>
      <w:proofErr w:type="gramEnd"/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о себе многое узнали</w:t>
      </w:r>
      <w:r>
        <w:rPr>
          <w:rFonts w:ascii="Helvetica" w:hAnsi="Helvetica"/>
        </w:rPr>
        <w:t>.</w:t>
      </w:r>
      <w:r w:rsidRPr="003D548E">
        <w:rPr>
          <w:rFonts w:ascii="Helvetica" w:hAnsi="Helvetica"/>
        </w:rPr>
        <w:t xml:space="preserve"> А теперь вам придётся узнавать это медленно… и больно. Может я и виноват. </w:t>
      </w:r>
      <w:r>
        <w:rPr>
          <w:rFonts w:ascii="Helvetica" w:hAnsi="Helvetica"/>
        </w:rPr>
        <w:t>Я</w:t>
      </w:r>
      <w:r w:rsidRPr="003D548E">
        <w:rPr>
          <w:rFonts w:ascii="Helvetica" w:hAnsi="Helvetica"/>
        </w:rPr>
        <w:t xml:space="preserve"> убил ребенка. Так же, как и вы. Убили. И не одного. Просто убили по-другому.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</w:t>
      </w:r>
      <w:r w:rsidRPr="00787A81">
        <w:rPr>
          <w:rFonts w:ascii="Helvetica" w:hAnsi="Helvetica"/>
          <w:sz w:val="18"/>
        </w:rPr>
        <w:t>. (жестко)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3D548E">
        <w:rPr>
          <w:rFonts w:ascii="Helvetica" w:hAnsi="Helvetica"/>
        </w:rPr>
        <w:t>Ты что несёшь?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А…так вы не знаете? </w:t>
      </w:r>
      <w:r w:rsidRPr="003D548E">
        <w:rPr>
          <w:rFonts w:ascii="Helvetica" w:hAnsi="Helvetica"/>
          <w:sz w:val="18"/>
        </w:rPr>
        <w:t>(начинает заразительно хохотать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А вы спросите это у своей жены?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О чём ты? Не смей говорить о моей жене!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Сергей Ветров смотрит </w:t>
      </w:r>
      <w:r>
        <w:rPr>
          <w:rFonts w:ascii="Helvetica" w:hAnsi="Helvetica"/>
          <w:sz w:val="18"/>
        </w:rPr>
        <w:t xml:space="preserve">в глаза </w:t>
      </w:r>
      <w:r w:rsidRPr="003D548E">
        <w:rPr>
          <w:rFonts w:ascii="Helvetica" w:hAnsi="Helvetica"/>
          <w:sz w:val="18"/>
        </w:rPr>
        <w:t>Артема, высокомерно улыбаясь</w:t>
      </w:r>
      <w:r>
        <w:rPr>
          <w:rFonts w:ascii="Helvetica" w:hAnsi="Helvetica"/>
          <w:sz w:val="18"/>
        </w:rPr>
        <w:t>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МЩЕНИЯ.</w:t>
      </w:r>
      <w:r w:rsidRPr="009D1777">
        <w:rPr>
          <w:rFonts w:ascii="Helvetica" w:hAnsi="Helvetica"/>
          <w:sz w:val="18"/>
        </w:rPr>
        <w:t xml:space="preserve"> (</w:t>
      </w:r>
      <w:r w:rsidRPr="003D548E">
        <w:rPr>
          <w:rFonts w:ascii="Helvetica" w:hAnsi="Helvetica"/>
          <w:sz w:val="18"/>
        </w:rPr>
        <w:t>тихо, почти угрожающе обращается к Артему)</w:t>
      </w:r>
      <w:r w:rsidRPr="003D548E">
        <w:rPr>
          <w:rFonts w:ascii="Helvetica" w:hAnsi="Helvetica"/>
        </w:rPr>
        <w:t xml:space="preserve"> Вы можете стать богом…его богом.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Продавец смотрит на Артема и ждет его решение.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МЩЕНИЯ.</w:t>
      </w:r>
      <w:r w:rsidRPr="00A02712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(говорит г</w:t>
      </w:r>
      <w:r>
        <w:rPr>
          <w:rFonts w:ascii="Helvetica" w:hAnsi="Helvetica"/>
          <w:sz w:val="18"/>
        </w:rPr>
        <w:t>ромко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 xml:space="preserve"> Никто и не вспомнил бы, кто дал вам ключ. Никто и не узнал бы, кто поднял молот. Только вы — и ваши остатки внутри.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Он обводит взглядом толпу.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МЩЕНИЯ.</w:t>
      </w:r>
      <w:r w:rsidRPr="003D548E">
        <w:rPr>
          <w:rFonts w:ascii="Helvetica" w:hAnsi="Helvetica"/>
        </w:rPr>
        <w:t>  Кто еще хочет забрать этот ЛОТ?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Люди вокруг замерли.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ПРОДАВЕЦ МЩЕНИЯ.</w:t>
      </w:r>
      <w:r w:rsidRPr="003D548E">
        <w:rPr>
          <w:rFonts w:ascii="Helvetica" w:hAnsi="Helvetica"/>
          <w:sz w:val="18"/>
        </w:rPr>
        <w:t xml:space="preserve"> (</w:t>
      </w:r>
      <w:r>
        <w:rPr>
          <w:rFonts w:ascii="Helvetica" w:hAnsi="Helvetica"/>
          <w:sz w:val="18"/>
        </w:rPr>
        <w:t>говорит с омерзением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 xml:space="preserve"> Ладно, торг закончен. Ждите новый ЛОТ…через 30 минут.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lastRenderedPageBreak/>
        <w:t>Клетка с Ветровым с лязгом поднимается вверх. Продавец Мщения громко захлопывает свою стойку и уходит в темноту. Его шрам дрож</w:t>
      </w:r>
      <w:r>
        <w:rPr>
          <w:rFonts w:ascii="Helvetica" w:hAnsi="Helvetica"/>
          <w:sz w:val="18"/>
        </w:rPr>
        <w:t>и</w:t>
      </w:r>
      <w:r w:rsidRPr="003D548E">
        <w:rPr>
          <w:rFonts w:ascii="Helvetica" w:hAnsi="Helvetica"/>
          <w:sz w:val="18"/>
        </w:rPr>
        <w:t xml:space="preserve">т в свете. Поражённая толпа вокруг приходит в движение. Артём </w:t>
      </w:r>
      <w:r>
        <w:rPr>
          <w:rFonts w:ascii="Helvetica" w:hAnsi="Helvetica"/>
          <w:sz w:val="18"/>
        </w:rPr>
        <w:t>бежит к вывеске Отдела взыскания</w:t>
      </w:r>
      <w:r w:rsidRPr="003D548E">
        <w:rPr>
          <w:rFonts w:ascii="Helvetica" w:hAnsi="Helvetica"/>
          <w:sz w:val="18"/>
        </w:rPr>
        <w:t xml:space="preserve">. </w:t>
      </w:r>
      <w:r>
        <w:rPr>
          <w:rFonts w:ascii="Helvetica" w:hAnsi="Helvetica"/>
          <w:sz w:val="18"/>
        </w:rPr>
        <w:t>Подбегает к</w:t>
      </w:r>
      <w:r w:rsidRPr="003D548E">
        <w:rPr>
          <w:rFonts w:ascii="Helvetica" w:hAnsi="Helvetica"/>
          <w:sz w:val="18"/>
        </w:rPr>
        <w:t xml:space="preserve"> Администратор</w:t>
      </w:r>
      <w:r>
        <w:rPr>
          <w:rFonts w:ascii="Helvetica" w:hAnsi="Helvetica"/>
          <w:sz w:val="18"/>
        </w:rPr>
        <w:t>у</w:t>
      </w:r>
      <w:r w:rsidRPr="003D548E">
        <w:rPr>
          <w:rFonts w:ascii="Helvetica" w:hAnsi="Helvetica"/>
          <w:sz w:val="18"/>
        </w:rPr>
        <w:t xml:space="preserve">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A02712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резко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Где у вас выход?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АДМИНИСТРАТОР.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3D548E">
        <w:rPr>
          <w:rFonts w:ascii="Helvetica" w:hAnsi="Helvetica"/>
          <w:sz w:val="18"/>
        </w:rPr>
        <w:t>(спокойно устало поднимает взгляд и тут же его опускает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Для тех, кто ничего не купил</w:t>
      </w:r>
      <w:r>
        <w:rPr>
          <w:rFonts w:ascii="Helvetica" w:hAnsi="Helvetica"/>
        </w:rPr>
        <w:t>, Артем К.</w:t>
      </w:r>
      <w:r w:rsidRPr="003D548E">
        <w:rPr>
          <w:rFonts w:ascii="Helvetica" w:hAnsi="Helvetica"/>
        </w:rPr>
        <w:t xml:space="preserve">, выхода из системы нет — для них есть только вход. 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АРТЁМ. </w:t>
      </w:r>
      <w:r w:rsidRPr="003D548E">
        <w:rPr>
          <w:rFonts w:ascii="Helvetica" w:hAnsi="Helvetica"/>
        </w:rPr>
        <w:t xml:space="preserve">Что?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АДМИНИСТРАТОР.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(продолжает смотреть в свой компьютер)</w:t>
      </w:r>
      <w:r w:rsidRPr="003D548E">
        <w:rPr>
          <w:rFonts w:ascii="Helvetica" w:hAnsi="Helvetica"/>
        </w:rPr>
        <w:t xml:space="preserve"> Артём К., система не продаёт</w:t>
      </w:r>
      <w:r>
        <w:rPr>
          <w:rFonts w:ascii="Helvetica" w:hAnsi="Helvetica"/>
        </w:rPr>
        <w:t xml:space="preserve"> - о</w:t>
      </w:r>
      <w:r w:rsidRPr="003D548E">
        <w:rPr>
          <w:rFonts w:ascii="Helvetica" w:hAnsi="Helvetica"/>
        </w:rPr>
        <w:t xml:space="preserve">на извлекает. Сначала </w:t>
      </w:r>
      <w:r>
        <w:rPr>
          <w:rFonts w:ascii="Helvetica" w:hAnsi="Helvetica"/>
        </w:rPr>
        <w:t>-</w:t>
      </w:r>
      <w:r w:rsidRPr="003D548E">
        <w:rPr>
          <w:rFonts w:ascii="Helvetica" w:hAnsi="Helvetica"/>
        </w:rPr>
        <w:t xml:space="preserve"> излишки. Потом </w:t>
      </w:r>
      <w:r>
        <w:rPr>
          <w:rFonts w:ascii="Helvetica" w:hAnsi="Helvetica"/>
        </w:rPr>
        <w:t>-</w:t>
      </w:r>
      <w:r w:rsidRPr="003D548E">
        <w:rPr>
          <w:rFonts w:ascii="Helvetica" w:hAnsi="Helvetica"/>
        </w:rPr>
        <w:t xml:space="preserve"> необходимое. В конце </w:t>
      </w:r>
      <w:r>
        <w:rPr>
          <w:rFonts w:ascii="Helvetica" w:hAnsi="Helvetica"/>
        </w:rPr>
        <w:t>-</w:t>
      </w:r>
      <w:r w:rsidRPr="003D548E">
        <w:rPr>
          <w:rFonts w:ascii="Helvetica" w:hAnsi="Helvetica"/>
        </w:rPr>
        <w:t xml:space="preserve"> остатки.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(в ужасе)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Какие остатки? Чьи?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Администратор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поднимает взгляд на Артема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 xml:space="preserve"> Ваши, разумеется.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0278D3">
        <w:rPr>
          <w:rFonts w:ascii="Helvetica" w:hAnsi="Helvetica"/>
          <w:sz w:val="18"/>
        </w:rPr>
        <w:t>А</w:t>
      </w:r>
      <w:r>
        <w:rPr>
          <w:rFonts w:ascii="Helvetica" w:hAnsi="Helvetica"/>
          <w:sz w:val="18"/>
        </w:rPr>
        <w:t>ртема начинает трясти.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кричит</w:t>
      </w:r>
      <w:r w:rsidRPr="003D548E">
        <w:rPr>
          <w:rFonts w:ascii="Helvetica" w:hAnsi="Helvetica"/>
          <w:sz w:val="18"/>
        </w:rPr>
        <w:t>)</w:t>
      </w:r>
      <w:r>
        <w:rPr>
          <w:rFonts w:ascii="Helvetica" w:hAnsi="Helvetica"/>
          <w:sz w:val="18"/>
        </w:rPr>
        <w:t xml:space="preserve"> </w:t>
      </w:r>
      <w:r w:rsidRPr="000278D3">
        <w:rPr>
          <w:rFonts w:ascii="Helvetica" w:hAnsi="Helvetica"/>
        </w:rPr>
        <w:t>Вы что, издеваетесь надо мной?</w:t>
      </w:r>
    </w:p>
    <w:p w:rsidR="00164D26" w:rsidRPr="000278D3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A02712">
        <w:rPr>
          <w:rFonts w:ascii="Helvetica" w:eastAsiaTheme="majorEastAsia" w:hAnsi="Helvetica" w:cstheme="majorHAnsi"/>
          <w:caps/>
          <w:color w:val="000000" w:themeColor="text1"/>
          <w:spacing w:val="48"/>
        </w:rPr>
        <w:t>ГОЛОСАГРЕГАТОРА АУКЦИОНА.</w:t>
      </w:r>
      <w:r w:rsidRPr="003D548E">
        <w:rPr>
          <w:rFonts w:ascii="Helvetica" w:hAnsi="Helvetica"/>
          <w:sz w:val="18"/>
        </w:rPr>
        <w:t xml:space="preserve">  (из репродукторов)</w:t>
      </w:r>
      <w:r w:rsidRPr="003D548E">
        <w:rPr>
          <w:rFonts w:ascii="Helvetica" w:hAnsi="Helvetica"/>
        </w:rPr>
        <w:t xml:space="preserve"> Непорядок! Рекурсивная петля! Объект Артём К., ваша психика нестабильна, придите в норму! Сейчас же! 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E61024">
        <w:rPr>
          <w:rFonts w:ascii="Helvetica" w:hAnsi="Helvetica"/>
          <w:sz w:val="18"/>
        </w:rPr>
        <w:t>Из динамиков — режущий звук: как будто плёнку рвут поперёк. Дым. Скрежет. Хлопок. Темнота. Последнее, что слышит зритель перед тем, как свет гаснет окончательно — один такт гимна Аукциона, оборванный на полуслове. </w:t>
      </w:r>
    </w:p>
    <w:p w:rsidR="00164D26" w:rsidRDefault="00164D26" w:rsidP="00164D26">
      <w:pPr>
        <w:rPr>
          <w:rStyle w:val="af6"/>
          <w:rFonts w:ascii="Segoe UI" w:hAnsi="Segoe UI" w:cs="Segoe UI"/>
          <w:color w:val="0F1115"/>
        </w:rPr>
      </w:pPr>
    </w:p>
    <w:p w:rsidR="00164D26" w:rsidRDefault="00164D26" w:rsidP="00164D26">
      <w:pPr>
        <w:rPr>
          <w:rStyle w:val="af6"/>
          <w:rFonts w:ascii="Segoe UI" w:hAnsi="Segoe UI" w:cs="Segoe UI"/>
          <w:color w:val="0F1115"/>
        </w:rPr>
      </w:pPr>
    </w:p>
    <w:p w:rsidR="00164D26" w:rsidRPr="00407E3C" w:rsidRDefault="00164D26" w:rsidP="00164D26">
      <w:pPr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  <w:r w:rsidRPr="00BC1437">
        <w:rPr>
          <w:rFonts w:ascii="Helvetica" w:eastAsiaTheme="majorEastAsia" w:hAnsi="Helvetica" w:cstheme="majorHAnsi"/>
          <w:caps/>
          <w:color w:val="000000" w:themeColor="text1"/>
          <w:spacing w:val="48"/>
        </w:rPr>
        <w:t>КОНЕЦ ПЕРВОГО АКТА.</w:t>
      </w: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</w:p>
    <w:p w:rsidR="00164D26" w:rsidRPr="003D548E" w:rsidRDefault="00164D26" w:rsidP="00164D26">
      <w:pPr>
        <w:rPr>
          <w:rFonts w:ascii="Helvetica" w:hAnsi="Helvetica"/>
        </w:rPr>
      </w:pPr>
    </w:p>
    <w:p w:rsidR="00164D26" w:rsidRPr="00C02127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C02127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 xml:space="preserve">АКТ II. 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Pr="000B050D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0B050D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 xml:space="preserve">ДЕЙСТВИЕ ПЕРВОЕ. </w:t>
      </w:r>
    </w:p>
    <w:p w:rsidR="00164D26" w:rsidRPr="000B050D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0B050D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>ПРОБУЖДЕНИЕ.</w:t>
      </w:r>
    </w:p>
    <w:p w:rsidR="00164D26" w:rsidRPr="003D548E" w:rsidRDefault="00164D26" w:rsidP="00164D26">
      <w:pPr>
        <w:spacing w:before="240" w:after="240"/>
        <w:jc w:val="both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18"/>
        </w:rPr>
      </w:pPr>
      <w:r w:rsidRPr="00267933">
        <w:rPr>
          <w:rFonts w:ascii="Helvetica" w:hAnsi="Helvetica"/>
          <w:sz w:val="18"/>
        </w:rPr>
        <w:t xml:space="preserve">Из темноты — тот же такт гимна, с которого всё оборвалось. Потом тишина. </w:t>
      </w:r>
      <w:r>
        <w:rPr>
          <w:rFonts w:ascii="Helvetica" w:hAnsi="Helvetica"/>
          <w:sz w:val="18"/>
        </w:rPr>
        <w:t xml:space="preserve">Появляется сильный грохот – долгий стук кулаком в дверь. </w:t>
      </w:r>
      <w:r w:rsidRPr="00267933">
        <w:rPr>
          <w:rFonts w:ascii="Helvetica" w:hAnsi="Helvetica"/>
          <w:sz w:val="18"/>
        </w:rPr>
        <w:t xml:space="preserve">Свет возникает медленно. Кабинет. </w:t>
      </w:r>
      <w:r>
        <w:rPr>
          <w:rFonts w:ascii="Helvetica" w:hAnsi="Helvetica"/>
          <w:sz w:val="18"/>
        </w:rPr>
        <w:t xml:space="preserve">Звук ударов кулака в дверь продолжается. </w:t>
      </w:r>
      <w:r w:rsidRPr="00267933">
        <w:rPr>
          <w:rFonts w:ascii="Helvetica" w:hAnsi="Helvetica"/>
          <w:sz w:val="18"/>
        </w:rPr>
        <w:t>Артём спит за столом, лицом в папку</w:t>
      </w:r>
      <w:r>
        <w:rPr>
          <w:rFonts w:ascii="Helvetica" w:hAnsi="Helvetica"/>
          <w:sz w:val="18"/>
        </w:rPr>
        <w:t xml:space="preserve"> дела </w:t>
      </w:r>
      <w:r w:rsidRPr="00267933">
        <w:rPr>
          <w:rFonts w:ascii="Helvetica" w:hAnsi="Helvetica"/>
          <w:sz w:val="18"/>
        </w:rPr>
        <w:t>Т-</w:t>
      </w:r>
      <w:r>
        <w:rPr>
          <w:rFonts w:ascii="Helvetica" w:hAnsi="Helvetica"/>
          <w:sz w:val="18"/>
        </w:rPr>
        <w:t>8</w:t>
      </w:r>
      <w:r w:rsidRPr="00267933">
        <w:rPr>
          <w:rFonts w:ascii="Helvetica" w:hAnsi="Helvetica"/>
          <w:sz w:val="18"/>
        </w:rPr>
        <w:t>. Артём вздрагивает</w:t>
      </w:r>
      <w:r>
        <w:rPr>
          <w:rFonts w:ascii="Helvetica" w:hAnsi="Helvetica"/>
          <w:sz w:val="18"/>
        </w:rPr>
        <w:t xml:space="preserve"> и о</w:t>
      </w:r>
      <w:r w:rsidRPr="00267933">
        <w:rPr>
          <w:rFonts w:ascii="Helvetica" w:hAnsi="Helvetica"/>
          <w:sz w:val="18"/>
        </w:rPr>
        <w:t>ткрывает глаза.</w:t>
      </w:r>
      <w:r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>Секунду лежит</w:t>
      </w:r>
      <w:r>
        <w:rPr>
          <w:rFonts w:ascii="Helvetica" w:hAnsi="Helvetica"/>
          <w:sz w:val="18"/>
        </w:rPr>
        <w:t xml:space="preserve">. Звук ударов кулака в дверь продолжается и потом резко распахивается дверь. </w:t>
      </w:r>
      <w:r w:rsidRPr="003D548E">
        <w:rPr>
          <w:rFonts w:ascii="Helvetica" w:hAnsi="Helvetica"/>
          <w:sz w:val="18"/>
        </w:rPr>
        <w:t xml:space="preserve">На пороге кабинета </w:t>
      </w:r>
      <w:r>
        <w:rPr>
          <w:rFonts w:ascii="Helvetica" w:hAnsi="Helvetica"/>
          <w:sz w:val="18"/>
        </w:rPr>
        <w:t xml:space="preserve">стоит </w:t>
      </w:r>
      <w:r w:rsidRPr="003D548E">
        <w:rPr>
          <w:rFonts w:ascii="Helvetica" w:hAnsi="Helvetica"/>
          <w:sz w:val="18"/>
        </w:rPr>
        <w:t xml:space="preserve">Игорь с двумя стаканами </w:t>
      </w:r>
      <w:r w:rsidRPr="00C02127">
        <w:rPr>
          <w:rFonts w:ascii="Helvetica" w:hAnsi="Helvetica"/>
          <w:sz w:val="18"/>
        </w:rPr>
        <w:t>кофе</w:t>
      </w:r>
      <w:r w:rsidRPr="003D548E">
        <w:rPr>
          <w:rFonts w:ascii="Helvetica" w:hAnsi="Helvetica"/>
          <w:sz w:val="18"/>
        </w:rPr>
        <w:t xml:space="preserve"> и бутербродами.</w:t>
      </w:r>
    </w:p>
    <w:p w:rsidR="00164D26" w:rsidRPr="009D2872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spacing w:before="240" w:after="240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DF37A4">
        <w:rPr>
          <w:rFonts w:ascii="Helvetica" w:hAnsi="Helvetica"/>
          <w:sz w:val="18"/>
        </w:rPr>
        <w:t xml:space="preserve"> (нервно</w:t>
      </w:r>
      <w:r>
        <w:rPr>
          <w:rFonts w:ascii="Helvetica" w:hAnsi="Helvetica"/>
          <w:sz w:val="18"/>
        </w:rPr>
        <w:t xml:space="preserve"> кричит</w:t>
      </w:r>
      <w:r w:rsidRPr="00DF37A4">
        <w:rPr>
          <w:rFonts w:ascii="Helvetica" w:hAnsi="Helvetica"/>
          <w:sz w:val="18"/>
        </w:rPr>
        <w:t xml:space="preserve">). </w:t>
      </w:r>
      <w:r w:rsidRPr="003D548E">
        <w:rPr>
          <w:rFonts w:ascii="Helvetica" w:hAnsi="Helvetica"/>
        </w:rPr>
        <w:t xml:space="preserve">Зачем </w:t>
      </w:r>
      <w:r>
        <w:rPr>
          <w:rFonts w:ascii="Helvetica" w:hAnsi="Helvetica"/>
        </w:rPr>
        <w:t xml:space="preserve">ты </w:t>
      </w:r>
      <w:r w:rsidRPr="003D548E">
        <w:rPr>
          <w:rFonts w:ascii="Helvetica" w:hAnsi="Helvetica"/>
        </w:rPr>
        <w:t>закрыл</w:t>
      </w:r>
      <w:r w:rsidRPr="00541456">
        <w:rPr>
          <w:rFonts w:ascii="Helvetica" w:hAnsi="Helvetica"/>
        </w:rPr>
        <w:t xml:space="preserve"> </w:t>
      </w:r>
      <w:r>
        <w:rPr>
          <w:rFonts w:ascii="Helvetica" w:hAnsi="Helvetica"/>
        </w:rPr>
        <w:t>дверь</w:t>
      </w:r>
      <w:r w:rsidRPr="003D548E">
        <w:rPr>
          <w:rFonts w:ascii="Helvetica" w:hAnsi="Helvetica"/>
        </w:rPr>
        <w:t xml:space="preserve">? </w:t>
      </w:r>
    </w:p>
    <w:p w:rsidR="00164D26" w:rsidRPr="003D548E" w:rsidRDefault="00164D26" w:rsidP="00164D26">
      <w:pPr>
        <w:spacing w:before="240" w:after="240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 xml:space="preserve">(сипло) </w:t>
      </w:r>
      <w:r w:rsidRPr="003D548E">
        <w:rPr>
          <w:rFonts w:ascii="Helvetica" w:hAnsi="Helvetica"/>
        </w:rPr>
        <w:t>Привет.</w:t>
      </w:r>
    </w:p>
    <w:p w:rsidR="00164D26" w:rsidRPr="003D548E" w:rsidRDefault="00164D26" w:rsidP="00164D26">
      <w:pPr>
        <w:spacing w:before="240" w:after="240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Ты </w:t>
      </w:r>
      <w:r>
        <w:rPr>
          <w:rFonts w:ascii="Helvetica" w:hAnsi="Helvetica"/>
        </w:rPr>
        <w:t>орал</w:t>
      </w:r>
      <w:r w:rsidRPr="003D548E">
        <w:rPr>
          <w:rFonts w:ascii="Helvetica" w:hAnsi="Helvetica"/>
        </w:rPr>
        <w:t xml:space="preserve"> на весь этаж</w:t>
      </w:r>
      <w:r>
        <w:rPr>
          <w:rFonts w:ascii="Helvetica" w:hAnsi="Helvetica"/>
        </w:rPr>
        <w:t>, как будто тебя убивают!</w:t>
      </w:r>
      <w:r w:rsidRPr="003D548E">
        <w:rPr>
          <w:rFonts w:ascii="Helvetica" w:hAnsi="Helvetica"/>
        </w:rPr>
        <w:t xml:space="preserve"> Что это было? </w:t>
      </w:r>
    </w:p>
    <w:p w:rsidR="00164D26" w:rsidRPr="009938E2" w:rsidRDefault="00164D26" w:rsidP="00164D26">
      <w:pPr>
        <w:spacing w:before="240" w:after="240"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Артём трёт лицо, глаза</w:t>
      </w:r>
      <w:r>
        <w:rPr>
          <w:rFonts w:ascii="Helvetica" w:hAnsi="Helvetica"/>
          <w:sz w:val="18"/>
        </w:rPr>
        <w:t>. З</w:t>
      </w:r>
      <w:r w:rsidRPr="003D548E">
        <w:rPr>
          <w:rFonts w:ascii="Helvetica" w:hAnsi="Helvetica"/>
          <w:sz w:val="18"/>
        </w:rPr>
        <w:t>вук</w:t>
      </w:r>
      <w:r>
        <w:rPr>
          <w:rFonts w:ascii="Helvetica" w:hAnsi="Helvetica"/>
          <w:sz w:val="18"/>
        </w:rPr>
        <w:t xml:space="preserve"> тиканья настенных </w:t>
      </w:r>
      <w:r w:rsidRPr="003D548E">
        <w:rPr>
          <w:rFonts w:ascii="Helvetica" w:hAnsi="Helvetica"/>
          <w:sz w:val="18"/>
        </w:rPr>
        <w:t>часов. </w:t>
      </w:r>
      <w:r>
        <w:rPr>
          <w:rFonts w:ascii="Helvetica" w:hAnsi="Helvetica"/>
          <w:sz w:val="18"/>
        </w:rPr>
        <w:t xml:space="preserve">Игорь подходит к столу, садиться напротив Артема, </w:t>
      </w:r>
      <w:r w:rsidRPr="003D548E">
        <w:rPr>
          <w:rFonts w:ascii="Helvetica" w:hAnsi="Helvetica"/>
          <w:sz w:val="18"/>
        </w:rPr>
        <w:t>ставит кофе</w:t>
      </w:r>
      <w:r>
        <w:rPr>
          <w:rFonts w:ascii="Helvetica" w:hAnsi="Helvetica"/>
          <w:sz w:val="18"/>
        </w:rPr>
        <w:t>.</w:t>
      </w:r>
      <w:r w:rsidRPr="003D548E">
        <w:rPr>
          <w:rFonts w:ascii="Helvetica" w:hAnsi="Helvetica"/>
        </w:rPr>
        <w:t xml:space="preserve"> </w:t>
      </w:r>
      <w:r w:rsidRPr="00DF7CCE">
        <w:rPr>
          <w:rFonts w:ascii="Helvetica" w:hAnsi="Helvetica"/>
          <w:sz w:val="18"/>
        </w:rPr>
        <w:t>Артём смотрит на кружку с кофе, как будто не понимает, зачем он здесь. </w:t>
      </w:r>
      <w:r>
        <w:rPr>
          <w:rFonts w:ascii="Helvetica" w:hAnsi="Helvetica"/>
          <w:sz w:val="18"/>
        </w:rPr>
        <w:t xml:space="preserve"> </w:t>
      </w:r>
      <w:r w:rsidRPr="00DF7CCE">
        <w:rPr>
          <w:rFonts w:ascii="Helvetica" w:hAnsi="Helvetica"/>
          <w:sz w:val="18"/>
        </w:rPr>
        <w:t>Затем достает сигарету из пачки, встает, подходит к окну, закуривает.</w:t>
      </w:r>
    </w:p>
    <w:p w:rsidR="00164D26" w:rsidRDefault="00164D26" w:rsidP="00164D26">
      <w:pPr>
        <w:spacing w:before="240" w:after="240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 </w:t>
      </w:r>
      <w:r w:rsidRPr="003D548E">
        <w:rPr>
          <w:rFonts w:ascii="Helvetica" w:hAnsi="Helvetica"/>
        </w:rPr>
        <w:t>Снился к</w:t>
      </w:r>
      <w:r>
        <w:rPr>
          <w:rFonts w:ascii="Helvetica" w:hAnsi="Helvetica"/>
        </w:rPr>
        <w:t>а</w:t>
      </w:r>
      <w:r w:rsidRPr="003D548E">
        <w:rPr>
          <w:rFonts w:ascii="Helvetica" w:hAnsi="Helvetica"/>
        </w:rPr>
        <w:t>кой-то кошмар...</w:t>
      </w:r>
      <w:r>
        <w:rPr>
          <w:rFonts w:ascii="Helvetica" w:hAnsi="Helvetica"/>
        </w:rPr>
        <w:t>н</w:t>
      </w:r>
      <w:r w:rsidRPr="003D548E">
        <w:rPr>
          <w:rFonts w:ascii="Helvetica" w:hAnsi="Helvetica"/>
        </w:rPr>
        <w:t>е важно…</w:t>
      </w:r>
    </w:p>
    <w:p w:rsidR="00164D26" w:rsidRPr="00680732" w:rsidRDefault="00164D26" w:rsidP="00164D26">
      <w:pPr>
        <w:spacing w:before="240" w:after="240" w:line="276" w:lineRule="auto"/>
        <w:jc w:val="center"/>
        <w:rPr>
          <w:rFonts w:ascii="Helvetica" w:hAnsi="Helvetica"/>
          <w:sz w:val="18"/>
        </w:rPr>
      </w:pPr>
      <w:r w:rsidRPr="00680732">
        <w:rPr>
          <w:rFonts w:ascii="Helvetica" w:hAnsi="Helvetica" w:cstheme="minorBidi"/>
          <w:sz w:val="18"/>
          <w:szCs w:val="22"/>
        </w:rPr>
        <w:t>Игорь смотрит на Артёма</w:t>
      </w:r>
      <w:r>
        <w:rPr>
          <w:rFonts w:ascii="Helvetica" w:hAnsi="Helvetica"/>
          <w:sz w:val="18"/>
        </w:rPr>
        <w:t>.</w:t>
      </w:r>
    </w:p>
    <w:p w:rsidR="00164D26" w:rsidRDefault="00164D26" w:rsidP="00164D26">
      <w:pPr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ИГОРЬ.</w:t>
      </w:r>
      <w:r w:rsidRPr="003D548E">
        <w:rPr>
          <w:rFonts w:ascii="Helvetica" w:hAnsi="Helvetica"/>
        </w:rPr>
        <w:t xml:space="preserve"> </w:t>
      </w:r>
      <w:r w:rsidRPr="002C6562">
        <w:rPr>
          <w:rFonts w:ascii="Helvetica" w:hAnsi="Helvetica"/>
          <w:sz w:val="18"/>
        </w:rPr>
        <w:t>(</w:t>
      </w:r>
      <w:r w:rsidRPr="00680732">
        <w:rPr>
          <w:rFonts w:ascii="Helvetica" w:hAnsi="Helvetica"/>
          <w:sz w:val="18"/>
        </w:rPr>
        <w:t>вздыха</w:t>
      </w:r>
      <w:r>
        <w:rPr>
          <w:rFonts w:ascii="Helvetica" w:hAnsi="Helvetica"/>
          <w:sz w:val="18"/>
        </w:rPr>
        <w:t xml:space="preserve">я) </w:t>
      </w:r>
      <w:r>
        <w:rPr>
          <w:rFonts w:ascii="Helvetica" w:hAnsi="Helvetica"/>
        </w:rPr>
        <w:t>Съезди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сегодня </w:t>
      </w:r>
      <w:r w:rsidRPr="003D548E">
        <w:rPr>
          <w:rFonts w:ascii="Helvetica" w:hAnsi="Helvetica"/>
        </w:rPr>
        <w:t xml:space="preserve">к Ветрову, допроси его еще раз. </w:t>
      </w: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9938E2">
        <w:rPr>
          <w:rFonts w:ascii="Helvetica" w:hAnsi="Helvetica"/>
          <w:sz w:val="18"/>
        </w:rPr>
        <w:t xml:space="preserve">Игорь </w:t>
      </w:r>
      <w:r w:rsidRPr="003D548E">
        <w:rPr>
          <w:rFonts w:ascii="Helvetica" w:hAnsi="Helvetica"/>
          <w:sz w:val="18"/>
        </w:rPr>
        <w:t>берёт в руку песочные часы, которые стоят на столе у Артема, переворачивает и ставит на стол</w:t>
      </w:r>
      <w:r>
        <w:rPr>
          <w:rFonts w:ascii="Helvetica" w:hAnsi="Helvetica"/>
          <w:sz w:val="18"/>
        </w:rPr>
        <w:t xml:space="preserve"> обратно.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9938E2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(кивает Игорю)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Хорошо, </w:t>
      </w:r>
      <w:r w:rsidRPr="003D548E">
        <w:rPr>
          <w:rFonts w:ascii="Helvetica" w:hAnsi="Helvetica"/>
        </w:rPr>
        <w:t>но сначала к Л</w:t>
      </w:r>
      <w:r>
        <w:rPr>
          <w:rFonts w:ascii="Helvetica" w:hAnsi="Helvetica"/>
        </w:rPr>
        <w:t>ии</w:t>
      </w:r>
      <w:r w:rsidRPr="003D548E">
        <w:rPr>
          <w:rFonts w:ascii="Helvetica" w:hAnsi="Helvetica"/>
        </w:rPr>
        <w:t xml:space="preserve">. </w:t>
      </w:r>
    </w:p>
    <w:p w:rsidR="00164D26" w:rsidRPr="004100AD" w:rsidRDefault="00164D26" w:rsidP="00164D26">
      <w:pPr>
        <w:rPr>
          <w:rFonts w:ascii="Helvetica" w:hAnsi="Helvetica"/>
        </w:rPr>
      </w:pPr>
    </w:p>
    <w:p w:rsidR="00164D26" w:rsidRPr="00841A07" w:rsidRDefault="00164D26" w:rsidP="00164D26">
      <w:pPr>
        <w:rPr>
          <w:rFonts w:ascii="Helvetica" w:eastAsiaTheme="majorEastAsia" w:hAnsi="Helvetica" w:cstheme="majorHAnsi"/>
          <w:caps/>
          <w:color w:val="000000" w:themeColor="text1"/>
          <w:spacing w:val="48"/>
          <w:sz w:val="10"/>
          <w:szCs w:val="10"/>
        </w:rPr>
      </w:pPr>
      <w:r w:rsidRPr="00D31E56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ИГОРЬ. </w:t>
      </w:r>
      <w:r>
        <w:rPr>
          <w:rFonts w:ascii="Helvetica" w:hAnsi="Helvetica"/>
        </w:rPr>
        <w:t>Т</w:t>
      </w:r>
      <w:r w:rsidRPr="00DF7CCE">
        <w:rPr>
          <w:rFonts w:ascii="Helvetica" w:hAnsi="Helvetica"/>
        </w:rPr>
        <w:t>ы только</w:t>
      </w:r>
      <w:r>
        <w:rPr>
          <w:rFonts w:ascii="Helvetica" w:hAnsi="Helvetica"/>
        </w:rPr>
        <w:t xml:space="preserve"> это</w:t>
      </w:r>
      <w:r w:rsidRPr="00DF7CCE">
        <w:rPr>
          <w:rFonts w:ascii="Helvetica" w:hAnsi="Helvetica"/>
        </w:rPr>
        <w:t>...не наделай глупостей</w:t>
      </w:r>
      <w:r>
        <w:rPr>
          <w:rFonts w:ascii="Helvetica" w:hAnsi="Helvetica"/>
        </w:rPr>
        <w:t>. Л</w:t>
      </w:r>
      <w:r w:rsidRPr="00DF7CCE">
        <w:rPr>
          <w:rFonts w:ascii="Helvetica" w:hAnsi="Helvetica"/>
        </w:rPr>
        <w:t xml:space="preserve">адно? </w:t>
      </w:r>
      <w:r w:rsidRPr="00DF7CCE">
        <w:rPr>
          <w:rFonts w:ascii="Helvetica" w:hAnsi="Helvetica"/>
        </w:rPr>
        <w:br/>
      </w:r>
    </w:p>
    <w:p w:rsidR="00164D26" w:rsidRDefault="00164D26" w:rsidP="00164D26">
      <w:pPr>
        <w:rPr>
          <w:rFonts w:ascii="Helvetica" w:hAnsi="Helvetica"/>
        </w:rPr>
      </w:pPr>
      <w:r w:rsidRPr="00D31E56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D31E56">
        <w:rPr>
          <w:rFonts w:eastAsiaTheme="majorEastAsia" w:cstheme="majorHAnsi"/>
          <w:caps/>
          <w:color w:val="000000" w:themeColor="text1"/>
          <w:spacing w:val="48"/>
        </w:rPr>
        <w:t> </w:t>
      </w:r>
      <w:r w:rsidRPr="00DF7CCE">
        <w:rPr>
          <w:rFonts w:ascii="Helvetica" w:hAnsi="Helvetica"/>
        </w:rPr>
        <w:t>Не наделаю. Уже</w:t>
      </w:r>
      <w:r>
        <w:rPr>
          <w:rFonts w:ascii="Helvetica" w:hAnsi="Helvetica"/>
        </w:rPr>
        <w:t xml:space="preserve"> </w:t>
      </w:r>
      <w:r w:rsidRPr="00DF7CCE">
        <w:rPr>
          <w:rFonts w:ascii="Helvetica" w:hAnsi="Helvetica"/>
        </w:rPr>
        <w:t>всё сделал.</w:t>
      </w: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E228C5">
        <w:rPr>
          <w:rFonts w:ascii="Helvetica" w:hAnsi="Helvetica"/>
          <w:sz w:val="18"/>
        </w:rPr>
        <w:t>Пауза.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E228C5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D31E56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ИГОРЬ. </w:t>
      </w:r>
      <w:r w:rsidRPr="008F01A4">
        <w:rPr>
          <w:rFonts w:ascii="Helvetica" w:hAnsi="Helvetica"/>
        </w:rPr>
        <w:t>И еще</w:t>
      </w:r>
      <w:r>
        <w:rPr>
          <w:rFonts w:ascii="Helvetica" w:hAnsi="Helvetica"/>
        </w:rPr>
        <w:t>…н</w:t>
      </w:r>
      <w:r w:rsidRPr="00DF7CCE">
        <w:rPr>
          <w:rFonts w:ascii="Helvetica" w:hAnsi="Helvetica"/>
        </w:rPr>
        <w:t>асчёт твоего дела</w:t>
      </w:r>
      <w:r>
        <w:rPr>
          <w:rFonts w:ascii="Helvetica" w:hAnsi="Helvetica"/>
        </w:rPr>
        <w:t xml:space="preserve">. </w:t>
      </w:r>
      <w:r w:rsidRPr="00DF7CCE">
        <w:rPr>
          <w:rFonts w:ascii="Helvetica" w:hAnsi="Helvetica"/>
        </w:rPr>
        <w:t>Адвокат Ветрова ничего не найдёт. Я позаботился</w:t>
      </w:r>
      <w:r>
        <w:rPr>
          <w:rFonts w:ascii="Helvetica" w:hAnsi="Helvetica"/>
        </w:rPr>
        <w:t>, в</w:t>
      </w:r>
      <w:r w:rsidRPr="00DF7CCE">
        <w:rPr>
          <w:rFonts w:ascii="Helvetica" w:hAnsi="Helvetica"/>
        </w:rPr>
        <w:t>сё чисто.</w:t>
      </w:r>
    </w:p>
    <w:p w:rsidR="00164D26" w:rsidRPr="00DF7CC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Артем кивает Игорю. </w:t>
      </w:r>
      <w:r w:rsidRPr="00DF7CCE">
        <w:rPr>
          <w:rFonts w:ascii="Helvetica" w:hAnsi="Helvetica"/>
          <w:sz w:val="18"/>
        </w:rPr>
        <w:t xml:space="preserve">Игорь </w:t>
      </w:r>
      <w:r>
        <w:rPr>
          <w:rFonts w:ascii="Helvetica" w:hAnsi="Helvetica"/>
          <w:sz w:val="18"/>
        </w:rPr>
        <w:t xml:space="preserve">встает и </w:t>
      </w:r>
      <w:r w:rsidRPr="00DF7CCE">
        <w:rPr>
          <w:rFonts w:ascii="Helvetica" w:hAnsi="Helvetica"/>
          <w:sz w:val="18"/>
        </w:rPr>
        <w:t xml:space="preserve">выходит из кабинета. </w:t>
      </w:r>
    </w:p>
    <w:p w:rsidR="00164D26" w:rsidRPr="00DF7CCE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  <w:r w:rsidRPr="00DF7CCE">
        <w:rPr>
          <w:rFonts w:ascii="Helvetica" w:hAnsi="Helvetica"/>
          <w:sz w:val="18"/>
        </w:rPr>
        <w:t>Артём делает глоток кофе. Встаёт</w:t>
      </w:r>
      <w:r>
        <w:rPr>
          <w:rFonts w:ascii="Helvetica" w:hAnsi="Helvetica"/>
          <w:sz w:val="18"/>
        </w:rPr>
        <w:t xml:space="preserve"> и в</w:t>
      </w:r>
      <w:r w:rsidRPr="00DF7CCE">
        <w:rPr>
          <w:rFonts w:ascii="Helvetica" w:hAnsi="Helvetica"/>
          <w:sz w:val="18"/>
        </w:rPr>
        <w:t xml:space="preserve">ключает </w:t>
      </w:r>
      <w:r>
        <w:rPr>
          <w:rFonts w:ascii="Helvetica" w:hAnsi="Helvetica"/>
          <w:sz w:val="18"/>
        </w:rPr>
        <w:t xml:space="preserve">фоном </w:t>
      </w:r>
      <w:r w:rsidRPr="00DF7CCE">
        <w:rPr>
          <w:rFonts w:ascii="Helvetica" w:hAnsi="Helvetica"/>
          <w:sz w:val="18"/>
        </w:rPr>
        <w:t>радио. Тишина отступает.</w:t>
      </w:r>
      <w:r>
        <w:rPr>
          <w:rFonts w:ascii="Helvetica" w:hAnsi="Helvetica"/>
          <w:sz w:val="18"/>
        </w:rPr>
        <w:t xml:space="preserve"> </w:t>
      </w:r>
    </w:p>
    <w:p w:rsidR="00164D26" w:rsidRPr="000C7D29" w:rsidRDefault="00164D26" w:rsidP="00164D26">
      <w:pPr>
        <w:pStyle w:val="aff8"/>
        <w:rPr>
          <w:rFonts w:ascii="Helvetica" w:eastAsiaTheme="majorEastAsia" w:hAnsi="Helvetica"/>
          <w:color w:val="000000"/>
          <w:sz w:val="22"/>
          <w:szCs w:val="22"/>
        </w:rPr>
      </w:pPr>
      <w:r w:rsidRPr="001F5D46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0C7D29">
        <w:rPr>
          <w:rFonts w:ascii="Helvetica" w:hAnsi="Helvetica"/>
          <w:color w:val="000000"/>
          <w:sz w:val="18"/>
          <w:szCs w:val="18"/>
        </w:rPr>
        <w:t xml:space="preserve"> (цинично</w:t>
      </w:r>
      <w:r>
        <w:rPr>
          <w:rFonts w:ascii="Helvetica" w:hAnsi="Helvetica"/>
          <w:color w:val="000000"/>
          <w:sz w:val="18"/>
          <w:szCs w:val="18"/>
        </w:rPr>
        <w:t xml:space="preserve"> усмехается</w:t>
      </w:r>
      <w:r w:rsidRPr="000C7D29">
        <w:rPr>
          <w:rFonts w:ascii="Helvetica" w:hAnsi="Helvetica"/>
          <w:color w:val="000000"/>
          <w:sz w:val="18"/>
          <w:szCs w:val="18"/>
        </w:rPr>
        <w:t>)</w:t>
      </w:r>
      <w:r w:rsidRPr="00127DFA">
        <w:rPr>
          <w:rFonts w:ascii="Helvetica" w:hAnsi="Helvetica"/>
          <w:color w:val="000000"/>
          <w:sz w:val="22"/>
          <w:szCs w:val="22"/>
        </w:rPr>
        <w:t xml:space="preserve"> Благодарность — это тоже валюта</w:t>
      </w:r>
      <w:r>
        <w:rPr>
          <w:rFonts w:ascii="Helvetica" w:hAnsi="Helvetica"/>
          <w:color w:val="000000"/>
          <w:sz w:val="22"/>
          <w:szCs w:val="22"/>
        </w:rPr>
        <w:t>.</w:t>
      </w:r>
      <w:r w:rsidRPr="00127DFA">
        <w:rPr>
          <w:rFonts w:ascii="Helvetica" w:hAnsi="Helvetica"/>
          <w:color w:val="000000"/>
          <w:sz w:val="22"/>
          <w:szCs w:val="22"/>
        </w:rPr>
        <w:t xml:space="preserve"> </w:t>
      </w:r>
    </w:p>
    <w:p w:rsidR="00164D26" w:rsidRPr="00DF7CCE" w:rsidRDefault="00164D26" w:rsidP="00164D26">
      <w:pPr>
        <w:jc w:val="center"/>
        <w:rPr>
          <w:rFonts w:ascii="Helvetica" w:hAnsi="Helvetica"/>
          <w:sz w:val="18"/>
        </w:rPr>
      </w:pPr>
      <w:r w:rsidRPr="0065520C">
        <w:rPr>
          <w:rFonts w:ascii="Helvetica" w:hAnsi="Helvetica"/>
          <w:sz w:val="18"/>
        </w:rPr>
        <w:lastRenderedPageBreak/>
        <w:t>Артем подходит к столу, смотрит на детские часы с разбитым стеклом. Кладёт их себе в карман. Открывает ящик стола, достает пистолет, смотрит на него 5 секунд, кладет в портфель.</w:t>
      </w:r>
      <w:r>
        <w:rPr>
          <w:rFonts w:ascii="Helvetica" w:hAnsi="Helvetica"/>
          <w:sz w:val="18"/>
        </w:rPr>
        <w:t xml:space="preserve"> </w:t>
      </w:r>
      <w:proofErr w:type="gramStart"/>
      <w:r>
        <w:rPr>
          <w:rFonts w:ascii="Helvetica" w:hAnsi="Helvetica"/>
          <w:sz w:val="18"/>
        </w:rPr>
        <w:t>В</w:t>
      </w:r>
      <w:r w:rsidRPr="00DF7CCE">
        <w:rPr>
          <w:rFonts w:ascii="Helvetica" w:hAnsi="Helvetica"/>
          <w:sz w:val="18"/>
        </w:rPr>
        <w:t>ыходит</w:t>
      </w:r>
      <w:proofErr w:type="gramEnd"/>
      <w:r w:rsidRPr="00DF7CCE">
        <w:rPr>
          <w:rFonts w:ascii="Helvetica" w:hAnsi="Helvetica"/>
          <w:sz w:val="18"/>
        </w:rPr>
        <w:t xml:space="preserve"> из кабинета.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4100AD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>ДЕЙСТВИЕ ВТОРОЕ.</w:t>
      </w:r>
      <w:r w:rsidRPr="004100AD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br/>
        <w:t xml:space="preserve">БОЛЬНИЦА. ПАЛАТА № 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>5</w:t>
      </w:r>
      <w:r w:rsidRPr="004100AD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>.</w:t>
      </w:r>
    </w:p>
    <w:p w:rsidR="00164D26" w:rsidRPr="004100AD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Длинный пустой коридор. Дежурная медсестра за стойкой, увидев Артёма, кивает ему. Он быстро подходит к двери с цифрой </w:t>
      </w:r>
      <w:r>
        <w:rPr>
          <w:rFonts w:ascii="Helvetica" w:hAnsi="Helvetica"/>
          <w:sz w:val="18"/>
        </w:rPr>
        <w:t>5</w:t>
      </w:r>
      <w:r w:rsidRPr="003D548E">
        <w:rPr>
          <w:rFonts w:ascii="Helvetica" w:hAnsi="Helvetica"/>
          <w:sz w:val="18"/>
        </w:rPr>
        <w:t>. Смотрит в глазок — внутри полумрак. Артём открывает дверь, заходит в палату. На кровати сидит и качается Лия. Рядом, на её тумбочке, лежит детская бутылочка для смеси.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Pr="003D548E" w:rsidRDefault="00164D26" w:rsidP="00164D26">
      <w:pPr>
        <w:rPr>
          <w:rFonts w:ascii="Helvetica" w:hAnsi="Helvetica"/>
        </w:rPr>
      </w:pPr>
    </w:p>
    <w:p w:rsidR="00164D26" w:rsidRPr="003D548E" w:rsidRDefault="00164D26" w:rsidP="00164D26">
      <w:pPr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(тихо).</w:t>
      </w:r>
      <w:r w:rsidRPr="003D548E">
        <w:rPr>
          <w:rFonts w:ascii="Helvetica" w:hAnsi="Helvetica"/>
        </w:rPr>
        <w:t xml:space="preserve"> Здравствуй, родная… Как ты тут?</w:t>
      </w:r>
      <w:r w:rsidRPr="003D548E">
        <w:rPr>
          <w:rFonts w:ascii="Helvetica" w:hAnsi="Helvetica"/>
        </w:rPr>
        <w:br/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подходит к Лии, садится на корточки возле неё, смотрит с нежностью.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 Лия… родная?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Лицо Лии бесстрастно.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 Лия, я хочу спросить у тебя: Ты была беременна, когда произошла </w:t>
      </w:r>
      <w:r>
        <w:rPr>
          <w:rFonts w:ascii="Helvetica" w:hAnsi="Helvetica"/>
        </w:rPr>
        <w:t xml:space="preserve">тогда </w:t>
      </w:r>
      <w:r w:rsidRPr="003D548E">
        <w:rPr>
          <w:rFonts w:ascii="Helvetica" w:hAnsi="Helvetica"/>
        </w:rPr>
        <w:t xml:space="preserve">авария?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В комнате постепенно </w:t>
      </w:r>
      <w:r>
        <w:rPr>
          <w:rFonts w:ascii="Helvetica" w:hAnsi="Helvetica"/>
          <w:sz w:val="18"/>
        </w:rPr>
        <w:t xml:space="preserve">нарастает </w:t>
      </w:r>
      <w:r w:rsidRPr="003D548E">
        <w:rPr>
          <w:rFonts w:ascii="Helvetica" w:hAnsi="Helvetica"/>
          <w:sz w:val="18"/>
        </w:rPr>
        <w:t>шум аукциона. Артём начинает тереть виски.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Pr="003D548E" w:rsidRDefault="00164D26" w:rsidP="00164D26">
      <w:pPr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 Лия, скажи мне, ты была беременна тогда? Лия? Ответь мне</w:t>
      </w:r>
      <w:r>
        <w:rPr>
          <w:rFonts w:ascii="Helvetica" w:hAnsi="Helvetica"/>
        </w:rPr>
        <w:t>!</w:t>
      </w:r>
      <w:r w:rsidRPr="003D548E">
        <w:rPr>
          <w:rFonts w:ascii="Helvetica" w:hAnsi="Helvetica"/>
        </w:rPr>
        <w:br/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Гул аукциона нарастает. Артём хватается за голову и опускает её к полу, скорчившись.</w:t>
      </w:r>
      <w:r w:rsidRPr="00A52AF8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 xml:space="preserve">Затем </w:t>
      </w:r>
      <w:r w:rsidRPr="003D548E">
        <w:rPr>
          <w:rFonts w:ascii="Helvetica" w:hAnsi="Helvetica"/>
          <w:sz w:val="18"/>
        </w:rPr>
        <w:t xml:space="preserve">резко поднимается и </w:t>
      </w:r>
      <w:r>
        <w:rPr>
          <w:rFonts w:ascii="Helvetica" w:hAnsi="Helvetica"/>
          <w:sz w:val="18"/>
        </w:rPr>
        <w:t xml:space="preserve">хватает </w:t>
      </w:r>
      <w:r w:rsidRPr="003D548E">
        <w:rPr>
          <w:rFonts w:ascii="Helvetica" w:hAnsi="Helvetica"/>
          <w:sz w:val="18"/>
        </w:rPr>
        <w:t>Лию за плечи</w:t>
      </w:r>
      <w:r>
        <w:rPr>
          <w:rFonts w:ascii="Helvetica" w:hAnsi="Helvetica"/>
          <w:sz w:val="18"/>
        </w:rPr>
        <w:t>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>
        <w:rPr>
          <w:rFonts w:ascii="Helvetica" w:hAnsi="Helvetica"/>
        </w:rPr>
        <w:t xml:space="preserve"> Что ты от меня</w:t>
      </w:r>
      <w:r w:rsidRPr="003D548E">
        <w:rPr>
          <w:rFonts w:ascii="Helvetica" w:hAnsi="Helvetica"/>
        </w:rPr>
        <w:t xml:space="preserve"> скрыла? Отвечай! Я имею право знать!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Лия резко перестаёт качаться</w:t>
      </w:r>
      <w:r>
        <w:rPr>
          <w:rFonts w:ascii="Helvetica" w:hAnsi="Helvetica"/>
          <w:sz w:val="18"/>
        </w:rPr>
        <w:t xml:space="preserve"> и с</w:t>
      </w:r>
      <w:r w:rsidRPr="00370C5D">
        <w:rPr>
          <w:rFonts w:ascii="Helvetica" w:hAnsi="Helvetica"/>
          <w:sz w:val="18"/>
        </w:rPr>
        <w:t xml:space="preserve">мотрит на Артёма. Секунда тишины. </w:t>
      </w:r>
    </w:p>
    <w:p w:rsidR="00164D26" w:rsidRPr="00370C5D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ЛИЯ.</w:t>
      </w:r>
      <w:r w:rsidRPr="003D548E">
        <w:rPr>
          <w:rFonts w:ascii="Helvetica" w:hAnsi="Helvetica"/>
          <w:sz w:val="18"/>
        </w:rPr>
        <w:t xml:space="preserve"> (шёпотом)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Мне сказали, что он слепой</w:t>
      </w:r>
      <w:r>
        <w:rPr>
          <w:rFonts w:ascii="Helvetica" w:hAnsi="Helvetica"/>
        </w:rPr>
        <w:t xml:space="preserve">… и </w:t>
      </w:r>
      <w:r w:rsidRPr="003D548E">
        <w:rPr>
          <w:rFonts w:ascii="Helvetica" w:hAnsi="Helvetica"/>
        </w:rPr>
        <w:t xml:space="preserve">мой отказ был зафиксирован ранее…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 (откидывается назад в шоке, </w:t>
      </w:r>
      <w:proofErr w:type="gramStart"/>
      <w:r w:rsidRPr="003D548E">
        <w:rPr>
          <w:rFonts w:ascii="Helvetica" w:hAnsi="Helvetica"/>
          <w:sz w:val="18"/>
        </w:rPr>
        <w:t>кричит)</w:t>
      </w:r>
      <w:r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 xml:space="preserve"> </w:t>
      </w:r>
      <w:r w:rsidRPr="006B31C6">
        <w:rPr>
          <w:rFonts w:ascii="Helvetica" w:hAnsi="Helvetica"/>
        </w:rPr>
        <w:t>Что</w:t>
      </w:r>
      <w:proofErr w:type="gramEnd"/>
      <w:r w:rsidRPr="006B31C6">
        <w:rPr>
          <w:rFonts w:ascii="Helvetica" w:hAnsi="Helvetica"/>
        </w:rPr>
        <w:t xml:space="preserve">? </w:t>
      </w:r>
      <w:r w:rsidRPr="003D548E">
        <w:rPr>
          <w:rFonts w:ascii="Helvetica" w:hAnsi="Helvetica"/>
        </w:rPr>
        <w:t>Нет</w:t>
      </w:r>
      <w:r>
        <w:rPr>
          <w:rFonts w:ascii="Helvetica" w:hAnsi="Helvetica"/>
        </w:rPr>
        <w:t xml:space="preserve">, только не это! </w:t>
      </w:r>
      <w:r w:rsidRPr="003D548E">
        <w:rPr>
          <w:rFonts w:ascii="Helvetica" w:hAnsi="Helvetica"/>
        </w:rPr>
        <w:t xml:space="preserve">Ты что </w:t>
      </w:r>
      <w:r>
        <w:rPr>
          <w:rFonts w:ascii="Helvetica" w:hAnsi="Helvetica"/>
        </w:rPr>
        <w:t>наделала</w:t>
      </w:r>
      <w:r w:rsidRPr="003D548E">
        <w:rPr>
          <w:rFonts w:ascii="Helvetica" w:hAnsi="Helvetica"/>
        </w:rPr>
        <w:t xml:space="preserve">? </w:t>
      </w:r>
    </w:p>
    <w:p w:rsidR="00164D26" w:rsidRDefault="00164D26" w:rsidP="00164D26">
      <w:pPr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Артем </w:t>
      </w:r>
      <w:r w:rsidRPr="003D548E">
        <w:rPr>
          <w:rFonts w:ascii="Helvetica" w:hAnsi="Helvetica"/>
          <w:sz w:val="18"/>
        </w:rPr>
        <w:t>падает на пол перед Лией</w:t>
      </w:r>
      <w:r>
        <w:rPr>
          <w:rFonts w:ascii="Helvetica" w:hAnsi="Helvetica"/>
          <w:sz w:val="18"/>
        </w:rPr>
        <w:t xml:space="preserve">, </w:t>
      </w:r>
      <w:r w:rsidRPr="003D548E">
        <w:rPr>
          <w:rFonts w:ascii="Helvetica" w:hAnsi="Helvetica"/>
          <w:sz w:val="18"/>
        </w:rPr>
        <w:t>обхватив голову руками</w:t>
      </w:r>
      <w:r>
        <w:rPr>
          <w:rFonts w:ascii="Helvetica" w:hAnsi="Helvetica"/>
          <w:sz w:val="18"/>
        </w:rPr>
        <w:t xml:space="preserve">. Резко раздается короткий звук </w:t>
      </w:r>
      <w:r w:rsidRPr="003D548E">
        <w:rPr>
          <w:rFonts w:ascii="Helvetica" w:hAnsi="Helvetica"/>
          <w:sz w:val="18"/>
        </w:rPr>
        <w:t xml:space="preserve">кассового аппарата: </w:t>
      </w:r>
      <w:r>
        <w:rPr>
          <w:rFonts w:ascii="Helvetica" w:hAnsi="Helvetica"/>
          <w:sz w:val="18"/>
        </w:rPr>
        <w:t>Д</w:t>
      </w:r>
      <w:r w:rsidRPr="003D548E">
        <w:rPr>
          <w:rFonts w:ascii="Helvetica" w:hAnsi="Helvetica"/>
          <w:sz w:val="18"/>
        </w:rPr>
        <w:t>зынь</w:t>
      </w:r>
      <w:r>
        <w:rPr>
          <w:rFonts w:ascii="Helvetica" w:hAnsi="Helvetica"/>
          <w:sz w:val="18"/>
        </w:rPr>
        <w:t xml:space="preserve">! </w:t>
      </w:r>
      <w:r w:rsidRPr="003D548E">
        <w:rPr>
          <w:rFonts w:ascii="Helvetica" w:hAnsi="Helvetica"/>
          <w:sz w:val="18"/>
        </w:rPr>
        <w:t>Артём</w:t>
      </w:r>
      <w:r>
        <w:rPr>
          <w:rFonts w:ascii="Helvetica" w:hAnsi="Helvetica"/>
          <w:sz w:val="18"/>
        </w:rPr>
        <w:t xml:space="preserve"> вздрагивает и чувствует, что кто-то положил руки ему на плечи. Слышит</w:t>
      </w:r>
      <w:r w:rsidRPr="003D548E">
        <w:rPr>
          <w:rFonts w:ascii="Helvetica" w:hAnsi="Helvetica"/>
          <w:sz w:val="18"/>
        </w:rPr>
        <w:t xml:space="preserve"> шёпот: «Вернись на </w:t>
      </w:r>
      <w:r>
        <w:rPr>
          <w:rFonts w:ascii="Helvetica" w:hAnsi="Helvetica"/>
          <w:sz w:val="18"/>
        </w:rPr>
        <w:t>А</w:t>
      </w:r>
      <w:r w:rsidRPr="003D548E">
        <w:rPr>
          <w:rFonts w:ascii="Helvetica" w:hAnsi="Helvetica"/>
          <w:sz w:val="18"/>
        </w:rPr>
        <w:t xml:space="preserve">укцион». Артём оборачивается, но никого не видит. Начинает сильно тереть </w:t>
      </w:r>
      <w:r>
        <w:rPr>
          <w:rFonts w:ascii="Helvetica" w:hAnsi="Helvetica"/>
          <w:sz w:val="18"/>
        </w:rPr>
        <w:t xml:space="preserve">свое </w:t>
      </w:r>
      <w:r w:rsidRPr="003D548E">
        <w:rPr>
          <w:rFonts w:ascii="Helvetica" w:hAnsi="Helvetica"/>
          <w:sz w:val="18"/>
        </w:rPr>
        <w:t>запястье.</w:t>
      </w:r>
    </w:p>
    <w:p w:rsidR="00164D26" w:rsidRDefault="00164D26" w:rsidP="00164D26">
      <w:pPr>
        <w:jc w:val="center"/>
        <w:rPr>
          <w:rFonts w:ascii="Helvetica" w:hAnsi="Helvetica"/>
        </w:rPr>
      </w:pP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>АРТЁМ.</w:t>
      </w:r>
      <w:r w:rsidRPr="003D548E">
        <w:rPr>
          <w:rFonts w:ascii="Helvetica" w:hAnsi="Helvetica"/>
          <w:sz w:val="18"/>
        </w:rPr>
        <w:t> (</w:t>
      </w:r>
      <w:r>
        <w:rPr>
          <w:rFonts w:ascii="Helvetica" w:hAnsi="Helvetica"/>
          <w:sz w:val="18"/>
        </w:rPr>
        <w:t xml:space="preserve">истерично </w:t>
      </w:r>
      <w:r w:rsidRPr="003D548E">
        <w:rPr>
          <w:rFonts w:ascii="Helvetica" w:hAnsi="Helvetica"/>
          <w:sz w:val="18"/>
        </w:rPr>
        <w:t>кричит</w:t>
      </w:r>
      <w:r>
        <w:rPr>
          <w:rFonts w:ascii="Helvetica" w:hAnsi="Helvetica"/>
          <w:sz w:val="18"/>
        </w:rPr>
        <w:t xml:space="preserve"> в пустоту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Убирайся! Тебя нет!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Мне не нужна твоя помощь! Ты не существуешь!</w:t>
      </w:r>
      <w:r>
        <w:rPr>
          <w:rFonts w:ascii="Helvetica" w:hAnsi="Helvetica"/>
        </w:rPr>
        <w:t xml:space="preserve"> Ты - пустота!</w:t>
      </w:r>
      <w:r w:rsidRPr="00F27AE4">
        <w:rPr>
          <w:rFonts w:ascii="Helvetica" w:hAnsi="Helvetica"/>
        </w:rPr>
        <w:t xml:space="preserve">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Лия </w:t>
      </w:r>
      <w:r>
        <w:rPr>
          <w:rFonts w:ascii="Helvetica" w:hAnsi="Helvetica"/>
          <w:sz w:val="18"/>
        </w:rPr>
        <w:t xml:space="preserve">вздрагивает и </w:t>
      </w:r>
      <w:r w:rsidRPr="003D548E">
        <w:rPr>
          <w:rFonts w:ascii="Helvetica" w:hAnsi="Helvetica"/>
          <w:sz w:val="18"/>
        </w:rPr>
        <w:t xml:space="preserve">начинает дико кричать, зажимая уши.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Вдруг дверь распахивается. В палату вбегают два санитара.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ПЕРВЫЙ САНИТАР.</w:t>
      </w:r>
      <w:r w:rsidRPr="003D548E">
        <w:rPr>
          <w:rFonts w:ascii="Helvetica" w:hAnsi="Helvetica"/>
        </w:rPr>
        <w:t xml:space="preserve">  Что здесь происходит?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Санитар</w:t>
      </w:r>
      <w:r>
        <w:rPr>
          <w:rFonts w:ascii="Helvetica" w:hAnsi="Helvetica"/>
          <w:sz w:val="18"/>
        </w:rPr>
        <w:t>ы</w:t>
      </w:r>
      <w:r w:rsidRPr="003D548E">
        <w:rPr>
          <w:rFonts w:ascii="Helvetica" w:hAnsi="Helvetica"/>
          <w:sz w:val="18"/>
        </w:rPr>
        <w:t xml:space="preserve"> подбега</w:t>
      </w:r>
      <w:r>
        <w:rPr>
          <w:rFonts w:ascii="Helvetica" w:hAnsi="Helvetica"/>
          <w:sz w:val="18"/>
        </w:rPr>
        <w:t>ю</w:t>
      </w:r>
      <w:r w:rsidRPr="003D548E">
        <w:rPr>
          <w:rFonts w:ascii="Helvetica" w:hAnsi="Helvetica"/>
          <w:sz w:val="18"/>
        </w:rPr>
        <w:t xml:space="preserve">т к Лии и вкалывает ей в плечо шприц с успокоительным. </w:t>
      </w:r>
      <w:r>
        <w:rPr>
          <w:rFonts w:ascii="Helvetica" w:hAnsi="Helvetica"/>
          <w:sz w:val="18"/>
        </w:rPr>
        <w:t xml:space="preserve">Потом </w:t>
      </w:r>
      <w:r w:rsidRPr="003D548E">
        <w:rPr>
          <w:rFonts w:ascii="Helvetica" w:hAnsi="Helvetica"/>
          <w:sz w:val="18"/>
        </w:rPr>
        <w:t>хвата</w:t>
      </w:r>
      <w:r>
        <w:rPr>
          <w:rFonts w:ascii="Helvetica" w:hAnsi="Helvetica"/>
          <w:sz w:val="18"/>
        </w:rPr>
        <w:t>ю</w:t>
      </w:r>
      <w:r w:rsidRPr="003D548E">
        <w:rPr>
          <w:rFonts w:ascii="Helvetica" w:hAnsi="Helvetica"/>
          <w:sz w:val="18"/>
        </w:rPr>
        <w:t>т Артёма за руки.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ВТОРОЙ САНИТАР.</w:t>
      </w:r>
      <w:r w:rsidRPr="003D548E">
        <w:rPr>
          <w:rFonts w:ascii="Helvetica" w:hAnsi="Helvetica"/>
        </w:rPr>
        <w:t xml:space="preserve"> Тихо, тихо, гражданин. Пошли-ка на выход.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Артём сопротивляется. Он поворачивается к Лии. Она кричит и качается. Санитары вдвоём выволакивают Артёма в коридор. Дверь захлопывается. Яркий флуоресцентный свет. Санитары тащат Артёма к выходу. Из ординаторской выходит </w:t>
      </w:r>
      <w:r>
        <w:rPr>
          <w:rFonts w:ascii="Helvetica" w:hAnsi="Helvetica"/>
          <w:sz w:val="18"/>
        </w:rPr>
        <w:t xml:space="preserve">главный </w:t>
      </w:r>
      <w:r w:rsidRPr="003D548E">
        <w:rPr>
          <w:rFonts w:ascii="Helvetica" w:hAnsi="Helvetica"/>
          <w:sz w:val="18"/>
        </w:rPr>
        <w:t xml:space="preserve">врач </w:t>
      </w:r>
      <w:r>
        <w:rPr>
          <w:rFonts w:ascii="Helvetica" w:hAnsi="Helvetica"/>
          <w:sz w:val="18"/>
        </w:rPr>
        <w:t xml:space="preserve">психбольницы, </w:t>
      </w:r>
      <w:r w:rsidRPr="003D548E">
        <w:rPr>
          <w:rFonts w:ascii="Helvetica" w:hAnsi="Helvetica"/>
          <w:sz w:val="18"/>
        </w:rPr>
        <w:t>в мятом халате.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 xml:space="preserve">(санитарам). </w:t>
      </w:r>
      <w:r w:rsidRPr="003D548E">
        <w:rPr>
          <w:rFonts w:ascii="Helvetica" w:hAnsi="Helvetica"/>
        </w:rPr>
        <w:t>Стоять. Что у нас?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ПЕРВЫЙ САНИТАР.</w:t>
      </w:r>
      <w:r w:rsidRPr="003D548E">
        <w:rPr>
          <w:rFonts w:ascii="Helvetica" w:hAnsi="Helvetica"/>
        </w:rPr>
        <w:t> </w:t>
      </w:r>
      <w:r>
        <w:rPr>
          <w:rFonts w:ascii="Helvetica" w:hAnsi="Helvetica"/>
        </w:rPr>
        <w:t>П</w:t>
      </w:r>
      <w:r w:rsidRPr="003D548E">
        <w:rPr>
          <w:rFonts w:ascii="Helvetica" w:hAnsi="Helvetica"/>
        </w:rPr>
        <w:t>алата</w:t>
      </w:r>
      <w:r>
        <w:rPr>
          <w:rFonts w:ascii="Helvetica" w:hAnsi="Helvetica"/>
        </w:rPr>
        <w:t xml:space="preserve"> № 5</w:t>
      </w:r>
      <w:r w:rsidRPr="003D548E">
        <w:rPr>
          <w:rFonts w:ascii="Helvetica" w:hAnsi="Helvetica"/>
        </w:rPr>
        <w:t>. Посетитель пациентки буянил.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Врач подходит, всматривается в Артёма. Узнаёт.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> Артём?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поднимает голову. Смотрит мутными глазами.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 Здрасьте...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>  </w:t>
      </w:r>
      <w:r w:rsidRPr="003D548E">
        <w:rPr>
          <w:rFonts w:ascii="Helvetica" w:hAnsi="Helvetica"/>
          <w:sz w:val="18"/>
        </w:rPr>
        <w:t>(санитарам)</w:t>
      </w:r>
      <w:r w:rsidRPr="003D548E">
        <w:rPr>
          <w:rFonts w:ascii="Helvetica" w:hAnsi="Helvetica"/>
        </w:rPr>
        <w:t xml:space="preserve"> Отпустите. Это наш постоянный. Следователь из городского. Жена у него здесь второй год.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Санитары переглядываются, отпускают и уходят. Артём стоит, прислонившись к стене, тяжело дышит.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(вздыхает)</w:t>
      </w:r>
      <w:r w:rsidRPr="003D548E">
        <w:rPr>
          <w:rFonts w:ascii="Helvetica" w:hAnsi="Helvetica"/>
        </w:rPr>
        <w:t xml:space="preserve"> Пошли ко мне.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Главный в</w:t>
      </w:r>
      <w:r w:rsidRPr="003D548E">
        <w:rPr>
          <w:rFonts w:ascii="Helvetica" w:hAnsi="Helvetica"/>
          <w:sz w:val="18"/>
        </w:rPr>
        <w:t xml:space="preserve">рач и Артем заходят в кабинет. </w:t>
      </w:r>
      <w:r>
        <w:rPr>
          <w:rFonts w:ascii="Helvetica" w:hAnsi="Helvetica"/>
          <w:sz w:val="18"/>
        </w:rPr>
        <w:t>Главный в</w:t>
      </w:r>
      <w:r w:rsidRPr="003D548E">
        <w:rPr>
          <w:rFonts w:ascii="Helvetica" w:hAnsi="Helvetica"/>
          <w:sz w:val="18"/>
        </w:rPr>
        <w:t>рач садится за свой стол</w:t>
      </w:r>
      <w:r>
        <w:rPr>
          <w:rFonts w:ascii="Helvetica" w:hAnsi="Helvetica"/>
          <w:sz w:val="18"/>
        </w:rPr>
        <w:t xml:space="preserve"> - </w:t>
      </w:r>
      <w:r w:rsidRPr="003D548E">
        <w:rPr>
          <w:rFonts w:ascii="Helvetica" w:hAnsi="Helvetica"/>
          <w:sz w:val="18"/>
        </w:rPr>
        <w:t xml:space="preserve">Артем </w:t>
      </w:r>
      <w:r>
        <w:rPr>
          <w:rFonts w:ascii="Helvetica" w:hAnsi="Helvetica"/>
          <w:sz w:val="18"/>
        </w:rPr>
        <w:t>н</w:t>
      </w:r>
      <w:r w:rsidRPr="003D548E">
        <w:rPr>
          <w:rFonts w:ascii="Helvetica" w:hAnsi="Helvetica"/>
          <w:sz w:val="18"/>
        </w:rPr>
        <w:t>апротив</w:t>
      </w:r>
      <w:r>
        <w:rPr>
          <w:rFonts w:ascii="Helvetica" w:hAnsi="Helvetica"/>
          <w:sz w:val="18"/>
        </w:rPr>
        <w:t>.</w:t>
      </w:r>
      <w:r w:rsidRPr="003D548E">
        <w:rPr>
          <w:rFonts w:ascii="Helvetica" w:hAnsi="Helvetica"/>
          <w:sz w:val="18"/>
        </w:rPr>
        <w:t xml:space="preserve">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(берёт в руку песочные часы, переворачивает и ставит на столик)</w:t>
      </w:r>
      <w:r w:rsidRPr="003D548E">
        <w:rPr>
          <w:rFonts w:ascii="Helvetica" w:hAnsi="Helvetica"/>
        </w:rPr>
        <w:t xml:space="preserve"> Опять? Я уже тебя по голосу узнаю, как только в коридор заходишь.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(хрипло)</w:t>
      </w:r>
      <w:r w:rsidRPr="003D548E">
        <w:rPr>
          <w:rFonts w:ascii="Helvetica" w:hAnsi="Helvetica"/>
        </w:rPr>
        <w:t xml:space="preserve"> Она заговорила.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 xml:space="preserve"> (устало)</w:t>
      </w:r>
      <w:r w:rsidRPr="003D548E">
        <w:rPr>
          <w:rFonts w:ascii="Helvetica" w:hAnsi="Helvetica"/>
        </w:rPr>
        <w:t xml:space="preserve"> Это не значит, что она пришла в себя. Это просто рефлекс. Остаточная активность мозга. В таких случаях, память не изымается полностью, некоторые вещи психика удерживает как актив, для ее же дальнейшего существования…хоть в каком-то виде</w:t>
      </w:r>
      <w:r>
        <w:rPr>
          <w:rFonts w:ascii="Helvetica" w:hAnsi="Helvetica"/>
        </w:rPr>
        <w:t>…</w:t>
      </w:r>
      <w:r w:rsidRPr="003D548E">
        <w:rPr>
          <w:rFonts w:ascii="Helvetica" w:hAnsi="Helvetica"/>
        </w:rPr>
        <w:t>Она сама сделала такой выбор, прими его уже.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Она сказала... </w:t>
      </w:r>
      <w:r>
        <w:rPr>
          <w:rFonts w:ascii="Helvetica" w:hAnsi="Helvetica"/>
        </w:rPr>
        <w:t>что была тогда беременна, ребенок</w:t>
      </w:r>
      <w:r w:rsidRPr="003D548E">
        <w:rPr>
          <w:rFonts w:ascii="Helvetica" w:hAnsi="Helvetica"/>
        </w:rPr>
        <w:t xml:space="preserve"> умер.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Врач смотрит. Молчит.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Ты знал?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>(тихо)</w:t>
      </w:r>
      <w:r w:rsidRPr="003D548E">
        <w:rPr>
          <w:rFonts w:ascii="Helvetica" w:hAnsi="Helvetica"/>
        </w:rPr>
        <w:t xml:space="preserve"> </w:t>
      </w:r>
      <w:r w:rsidRPr="00F0345D">
        <w:rPr>
          <w:rFonts w:ascii="Helvetica" w:hAnsi="Helvetica"/>
        </w:rPr>
        <w:t>Знал. Думал, ты тоже знаешь</w:t>
      </w:r>
      <w:r w:rsidRPr="00223B7D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>(берёт в руку песочные часы, переворачивает и ставит на столик)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 Не знал</w:t>
      </w:r>
      <w:r>
        <w:rPr>
          <w:rFonts w:ascii="Helvetica" w:hAnsi="Helvetica"/>
        </w:rPr>
        <w:t>..</w:t>
      </w:r>
      <w:r w:rsidRPr="003D548E">
        <w:rPr>
          <w:rFonts w:ascii="Helvetica" w:hAnsi="Helvetica"/>
        </w:rPr>
        <w:t xml:space="preserve">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Пауза.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Главный в</w:t>
      </w:r>
      <w:r w:rsidRPr="003D548E">
        <w:rPr>
          <w:rFonts w:ascii="Helvetica" w:hAnsi="Helvetica"/>
          <w:sz w:val="18"/>
        </w:rPr>
        <w:t>рач трёт переносицу</w:t>
      </w:r>
      <w:r>
        <w:rPr>
          <w:rFonts w:ascii="Helvetica" w:hAnsi="Helvetica"/>
          <w:sz w:val="18"/>
        </w:rPr>
        <w:t>, поправляет очки.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 xml:space="preserve"> Слушай, Артём. Я </w:t>
      </w:r>
      <w:r>
        <w:rPr>
          <w:rFonts w:ascii="Helvetica" w:hAnsi="Helvetica"/>
        </w:rPr>
        <w:t xml:space="preserve">знаю, что этот весь круг боли, по которому вы идете с ней, невозможно вынести никому из вас. Я понятия не имею, как бы я смог сам пережить это. Но я хочу, чтобы ты пережил…и вернулся в мир…даже если тебе тяжело.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Артем молчит. </w:t>
      </w:r>
      <w:r w:rsidRPr="003D548E">
        <w:rPr>
          <w:rFonts w:ascii="Helvetica" w:hAnsi="Helvetica"/>
          <w:sz w:val="18"/>
        </w:rPr>
        <w:t xml:space="preserve">Пауза. </w:t>
      </w:r>
    </w:p>
    <w:p w:rsidR="00164D26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> </w:t>
      </w:r>
      <w:r>
        <w:rPr>
          <w:rFonts w:ascii="Helvetica" w:hAnsi="Helvetica"/>
        </w:rPr>
        <w:t>После твоих</w:t>
      </w:r>
      <w:r w:rsidRPr="003D548E">
        <w:rPr>
          <w:rFonts w:ascii="Helvetica" w:hAnsi="Helvetica"/>
        </w:rPr>
        <w:t xml:space="preserve"> визитов</w:t>
      </w:r>
      <w:r>
        <w:rPr>
          <w:rFonts w:ascii="Helvetica" w:hAnsi="Helvetica"/>
        </w:rPr>
        <w:t>,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она </w:t>
      </w:r>
      <w:r w:rsidRPr="003D548E">
        <w:rPr>
          <w:rFonts w:ascii="Helvetica" w:hAnsi="Helvetica"/>
        </w:rPr>
        <w:t xml:space="preserve">неделю </w:t>
      </w:r>
      <w:r>
        <w:rPr>
          <w:rFonts w:ascii="Helvetica" w:hAnsi="Helvetica"/>
        </w:rPr>
        <w:t>еще буйная</w:t>
      </w:r>
      <w:r w:rsidRPr="003D548E">
        <w:rPr>
          <w:rFonts w:ascii="Helvetica" w:hAnsi="Helvetica"/>
        </w:rPr>
        <w:t xml:space="preserve">. Сестру всю исцарапала в прошлый раз.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Я больше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не буду</w:t>
      </w:r>
      <w:r>
        <w:rPr>
          <w:rFonts w:ascii="Helvetica" w:hAnsi="Helvetica"/>
        </w:rPr>
        <w:t xml:space="preserve"> так</w:t>
      </w:r>
      <w:r w:rsidRPr="003D548E">
        <w:rPr>
          <w:rFonts w:ascii="Helvetica" w:hAnsi="Helvetica"/>
        </w:rPr>
        <w:t>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 xml:space="preserve"> Ты каждый раз так говоришь.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Врач достаёт из кармана халата одноразовый шприц, ампулу. Отламывает кончик,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набирает препарат.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> Рукав закатай.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машинально закатывает рукав. Врач делает укол.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 xml:space="preserve"> Минут через десять отпустит.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смотрит на место укола. Трёт запястье.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 </w:t>
      </w:r>
      <w:r w:rsidRPr="003D548E">
        <w:rPr>
          <w:rFonts w:ascii="Helvetica" w:hAnsi="Helvetica"/>
        </w:rPr>
        <w:t>Спасибо.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> Не за что. Слушай сюда. Я даю теб</w:t>
      </w:r>
      <w:r>
        <w:rPr>
          <w:rFonts w:ascii="Helvetica" w:hAnsi="Helvetica"/>
        </w:rPr>
        <w:t>е три месяца</w:t>
      </w:r>
      <w:r w:rsidRPr="003D548E">
        <w:rPr>
          <w:rFonts w:ascii="Helvetica" w:hAnsi="Helvetica"/>
        </w:rPr>
        <w:t xml:space="preserve"> без пропуска. </w:t>
      </w:r>
      <w:r>
        <w:rPr>
          <w:rFonts w:ascii="Helvetica" w:hAnsi="Helvetica"/>
        </w:rPr>
        <w:t>Три месяца</w:t>
      </w:r>
      <w:r w:rsidRPr="003D548E">
        <w:rPr>
          <w:rFonts w:ascii="Helvetica" w:hAnsi="Helvetica"/>
        </w:rPr>
        <w:t xml:space="preserve"> ты сюда не суёшься. Вообще. Ни ногой.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3D548E">
        <w:rPr>
          <w:rFonts w:ascii="Helvetica" w:hAnsi="Helvetica"/>
          <w:sz w:val="20"/>
        </w:rPr>
        <w:t xml:space="preserve">АРТЁМ. </w:t>
      </w:r>
      <w:r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Как — ни ногой? Я не смогу...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 xml:space="preserve">  Постараешься смочь. </w:t>
      </w:r>
      <w:r w:rsidRPr="003D548E">
        <w:rPr>
          <w:rFonts w:ascii="Helvetica" w:hAnsi="Helvetica"/>
          <w:sz w:val="18"/>
        </w:rPr>
        <w:t>(протягивает ему упаковку таблеток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Утром и вечером — по одной. Три дня.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берёт таблетки. Смотрит на них.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главный </w:t>
      </w:r>
      <w:r w:rsidRPr="00C7440C">
        <w:rPr>
          <w:rFonts w:ascii="Helvetica" w:eastAsiaTheme="majorEastAsia" w:hAnsi="Helvetica" w:cstheme="majorHAnsi"/>
          <w:caps/>
          <w:color w:val="000000" w:themeColor="text1"/>
          <w:spacing w:val="48"/>
        </w:rPr>
        <w:t>ВРАЧ.</w:t>
      </w:r>
      <w:r w:rsidRPr="003D548E">
        <w:rPr>
          <w:rFonts w:ascii="Helvetica" w:hAnsi="Helvetica"/>
        </w:rPr>
        <w:t> Всё, иди домой.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Главный в</w:t>
      </w:r>
      <w:r w:rsidRPr="003D548E">
        <w:rPr>
          <w:rFonts w:ascii="Helvetica" w:hAnsi="Helvetica"/>
          <w:sz w:val="18"/>
        </w:rPr>
        <w:t xml:space="preserve">рач уходит. Артём остаётся в коридоре один. Он смотрит на упаковку таблеток в руке. Потом — на дверь. Медленно подходит к двери палаты № </w:t>
      </w:r>
      <w:r>
        <w:rPr>
          <w:rFonts w:ascii="Helvetica" w:hAnsi="Helvetica"/>
          <w:sz w:val="18"/>
        </w:rPr>
        <w:t>5</w:t>
      </w:r>
      <w:r w:rsidRPr="003D548E">
        <w:rPr>
          <w:rFonts w:ascii="Helvetica" w:hAnsi="Helvetica"/>
          <w:sz w:val="18"/>
        </w:rPr>
        <w:t>. Останавливается в шаге. Прислушивается. Из-за двери — тихий ритмичный скрип кровати. Раз-два. Раз-два. Раз-два. Артём закрывает глаза. Прислоняется лбом к двери.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> </w:t>
      </w:r>
      <w:r w:rsidRPr="003D548E">
        <w:rPr>
          <w:rFonts w:ascii="Helvetica" w:hAnsi="Helvetica"/>
          <w:sz w:val="18"/>
        </w:rPr>
        <w:t xml:space="preserve">(шёпотом) </w:t>
      </w:r>
      <w:r w:rsidRPr="003D548E">
        <w:rPr>
          <w:rFonts w:ascii="Helvetica" w:hAnsi="Helvetica"/>
        </w:rPr>
        <w:t xml:space="preserve">Лия, </w:t>
      </w:r>
      <w:r>
        <w:rPr>
          <w:rFonts w:ascii="Helvetica" w:hAnsi="Helvetica"/>
        </w:rPr>
        <w:t>п</w:t>
      </w:r>
      <w:r w:rsidRPr="003D548E">
        <w:rPr>
          <w:rFonts w:ascii="Helvetica" w:hAnsi="Helvetica"/>
        </w:rPr>
        <w:t xml:space="preserve">рости меня.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 xml:space="preserve">Скрип кровати за дверью продолжается. Артём отталкивается от двери и уходит по коридору к выходу. Свет медленно гаснет. Последнее, что </w:t>
      </w:r>
      <w:r>
        <w:rPr>
          <w:rFonts w:ascii="Helvetica" w:hAnsi="Helvetica"/>
          <w:sz w:val="18"/>
        </w:rPr>
        <w:t xml:space="preserve">он </w:t>
      </w:r>
      <w:r w:rsidRPr="003D548E">
        <w:rPr>
          <w:rFonts w:ascii="Helvetica" w:hAnsi="Helvetica"/>
          <w:sz w:val="18"/>
        </w:rPr>
        <w:t>слыши</w:t>
      </w:r>
      <w:r>
        <w:rPr>
          <w:rFonts w:ascii="Helvetica" w:hAnsi="Helvetica"/>
          <w:sz w:val="18"/>
        </w:rPr>
        <w:t>т</w:t>
      </w:r>
      <w:r w:rsidRPr="003D548E">
        <w:rPr>
          <w:rFonts w:ascii="Helvetica" w:hAnsi="Helvetica"/>
          <w:sz w:val="18"/>
        </w:rPr>
        <w:t xml:space="preserve">, ритмичный скрип кровати из-за двери. Раз-два. Раз-два. Раз-два.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Pr="004100AD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4100AD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 xml:space="preserve">ДЕЙСТВИЕ ТРЕТЬЕ. </w:t>
      </w:r>
    </w:p>
    <w:p w:rsidR="00164D26" w:rsidRPr="004100AD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4100AD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>ИСКУШЕНИЕ.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Артём выходит из </w:t>
      </w:r>
      <w:r>
        <w:rPr>
          <w:rFonts w:ascii="Helvetica" w:hAnsi="Helvetica"/>
          <w:sz w:val="18"/>
        </w:rPr>
        <w:t>псих</w:t>
      </w:r>
      <w:r w:rsidRPr="003D548E">
        <w:rPr>
          <w:rFonts w:ascii="Helvetica" w:hAnsi="Helvetica"/>
          <w:sz w:val="18"/>
        </w:rPr>
        <w:t>больницы на улицу. Внезапно к нему тут же подходит мужчина в дорогом пальто.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spacing w:line="300" w:lineRule="exact"/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spacing w:line="300" w:lineRule="exact"/>
        <w:jc w:val="both"/>
        <w:rPr>
          <w:rFonts w:ascii="Helvetica" w:hAnsi="Helvetica"/>
        </w:rPr>
      </w:pPr>
      <w:r w:rsidRPr="00902E5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АДВОКАТ ЗОТОВ</w:t>
      </w: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3D548E">
        <w:rPr>
          <w:rFonts w:ascii="Helvetica" w:hAnsi="Helvetica"/>
          <w:sz w:val="21"/>
        </w:rPr>
        <w:t xml:space="preserve"> </w:t>
      </w:r>
      <w:r w:rsidRPr="003D548E">
        <w:rPr>
          <w:rFonts w:ascii="Helvetica" w:hAnsi="Helvetica"/>
        </w:rPr>
        <w:t xml:space="preserve">Артём Петрович? Максим Зотов – адвокат Ветрова. Можете мне уделить 5 минут? 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Default="00164D26" w:rsidP="00164D26">
      <w:pPr>
        <w:spacing w:line="300" w:lineRule="exact"/>
        <w:jc w:val="both"/>
        <w:rPr>
          <w:rFonts w:ascii="Helvetica" w:hAnsi="Helvetica"/>
          <w:sz w:val="21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(говорит быстро)</w:t>
      </w:r>
      <w:r w:rsidRPr="003D548E">
        <w:rPr>
          <w:rFonts w:ascii="Helvetica" w:hAnsi="Helvetica"/>
          <w:sz w:val="21"/>
        </w:rPr>
        <w:t xml:space="preserve"> </w:t>
      </w:r>
      <w:r w:rsidRPr="003D548E">
        <w:rPr>
          <w:rFonts w:ascii="Helvetica" w:hAnsi="Helvetica"/>
          <w:sz w:val="20"/>
        </w:rPr>
        <w:t>Я</w:t>
      </w:r>
      <w:r w:rsidRPr="003D548E">
        <w:rPr>
          <w:rFonts w:ascii="Helvetica" w:hAnsi="Helvetica"/>
          <w:sz w:val="21"/>
        </w:rPr>
        <w:t xml:space="preserve"> не разговариваю с адвокатами подозреваемых без протокола. 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Default="00164D26" w:rsidP="00164D26">
      <w:pPr>
        <w:spacing w:line="300" w:lineRule="exact"/>
        <w:jc w:val="both"/>
        <w:rPr>
          <w:rFonts w:ascii="Helvetica" w:hAnsi="Helvetica"/>
          <w:sz w:val="21"/>
        </w:rPr>
      </w:pPr>
      <w:r w:rsidRPr="00902E5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АДВОКАТ ЗОТОВ</w:t>
      </w: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3D548E">
        <w:rPr>
          <w:rFonts w:ascii="Helvetica" w:hAnsi="Helvetica"/>
          <w:sz w:val="21"/>
        </w:rPr>
        <w:t xml:space="preserve"> </w:t>
      </w:r>
      <w:r w:rsidRPr="003D548E">
        <w:rPr>
          <w:rFonts w:ascii="Helvetica" w:hAnsi="Helvetica"/>
          <w:sz w:val="18"/>
        </w:rPr>
        <w:t>(мягко усмехается)</w:t>
      </w:r>
      <w:r w:rsidRPr="003D548E">
        <w:rPr>
          <w:rFonts w:ascii="Helvetica" w:hAnsi="Helvetica"/>
          <w:sz w:val="21"/>
        </w:rPr>
        <w:t xml:space="preserve"> </w:t>
      </w:r>
      <w:r>
        <w:rPr>
          <w:rFonts w:ascii="Helvetica" w:hAnsi="Helvetica"/>
          <w:sz w:val="21"/>
        </w:rPr>
        <w:t>К</w:t>
      </w:r>
      <w:r w:rsidRPr="003D548E">
        <w:rPr>
          <w:rFonts w:ascii="Helvetica" w:hAnsi="Helvetica"/>
          <w:sz w:val="21"/>
        </w:rPr>
        <w:t xml:space="preserve">акой формализм. 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Pr="003D548E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 xml:space="preserve">Свет фонаря начинает мерцать, превращаясь в жёлтый неон зала Аукциона. </w:t>
      </w:r>
    </w:p>
    <w:p w:rsidR="00164D26" w:rsidRPr="003D548E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 xml:space="preserve">Звуки города приглушаются, заменяясь </w:t>
      </w:r>
      <w:r>
        <w:rPr>
          <w:rFonts w:ascii="Helvetica" w:hAnsi="Helvetica"/>
          <w:sz w:val="18"/>
        </w:rPr>
        <w:t>тихими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 xml:space="preserve">фоновыми </w:t>
      </w:r>
      <w:r w:rsidRPr="003D548E">
        <w:rPr>
          <w:rFonts w:ascii="Helvetica" w:hAnsi="Helvetica"/>
          <w:sz w:val="18"/>
        </w:rPr>
        <w:t>звуками шарманки Аукциона.</w:t>
      </w:r>
    </w:p>
    <w:p w:rsidR="00164D26" w:rsidRPr="003D548E" w:rsidRDefault="00164D26" w:rsidP="00164D26">
      <w:pPr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p w:rsidR="00164D26" w:rsidRDefault="00164D26" w:rsidP="00164D26">
      <w:pPr>
        <w:spacing w:line="300" w:lineRule="exact"/>
        <w:jc w:val="both"/>
        <w:rPr>
          <w:rFonts w:ascii="Helvetica" w:hAnsi="Helvetica"/>
          <w:sz w:val="21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АРТЁМ. </w:t>
      </w:r>
      <w:r w:rsidRPr="003D548E">
        <w:rPr>
          <w:rFonts w:ascii="Helvetica" w:hAnsi="Helvetica"/>
          <w:sz w:val="18"/>
        </w:rPr>
        <w:t>(пытается обойти Адвоката и идти дальше)</w:t>
      </w:r>
      <w:r w:rsidRPr="003D548E">
        <w:rPr>
          <w:rFonts w:ascii="Helvetica" w:hAnsi="Helvetica"/>
          <w:sz w:val="21"/>
        </w:rPr>
        <w:t xml:space="preserve"> Доброго дня. 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Адвокат преграждает путь Артему.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Pr="003B041A" w:rsidRDefault="00164D26" w:rsidP="00164D26">
      <w:pPr>
        <w:spacing w:line="300" w:lineRule="exact"/>
        <w:jc w:val="both"/>
        <w:rPr>
          <w:rFonts w:ascii="Helvetica" w:hAnsi="Helvetica"/>
        </w:rPr>
      </w:pPr>
      <w:r w:rsidRPr="00902E5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АДВОКАТ ЗОТОВ</w:t>
      </w: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3D548E">
        <w:rPr>
          <w:rFonts w:ascii="Helvetica" w:hAnsi="Helvetica"/>
          <w:sz w:val="21"/>
        </w:rPr>
        <w:t xml:space="preserve">   </w:t>
      </w:r>
      <w:r w:rsidRPr="003D548E">
        <w:rPr>
          <w:rFonts w:ascii="Helvetica" w:hAnsi="Helvetica"/>
        </w:rPr>
        <w:t>Артём Петрович</w:t>
      </w:r>
      <w:r w:rsidRPr="003D548E">
        <w:rPr>
          <w:rFonts w:ascii="Helvetica" w:hAnsi="Helvetica"/>
          <w:sz w:val="21"/>
        </w:rPr>
        <w:t xml:space="preserve"> </w:t>
      </w:r>
      <w:r w:rsidRPr="003B041A">
        <w:rPr>
          <w:rFonts w:ascii="Helvetica" w:hAnsi="Helvetica"/>
        </w:rPr>
        <w:t xml:space="preserve">- вы идеалист. Вы несёте свой крест. Это похвально, но глупо. Посмотрите на свою жизнь: живёте в хрущевке, ваша жена в психушке, а вы почти не спите. Ради каких принципов? 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Адвокат достаёт из портфеля тонкий планшет. Артем молча смотрит на Адвоката.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Pr="00A222BE" w:rsidRDefault="00164D26" w:rsidP="00164D26">
      <w:pPr>
        <w:spacing w:line="300" w:lineRule="exact"/>
        <w:jc w:val="both"/>
        <w:rPr>
          <w:rFonts w:ascii="Helvetica" w:hAnsi="Helvetica"/>
        </w:rPr>
      </w:pPr>
      <w:r w:rsidRPr="00902E5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АДВОКАТ ЗОТОВ</w:t>
      </w: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3D548E">
        <w:rPr>
          <w:rFonts w:ascii="Helvetica" w:hAnsi="Helvetica"/>
          <w:sz w:val="21"/>
        </w:rPr>
        <w:t xml:space="preserve"> </w:t>
      </w:r>
      <w:r w:rsidRPr="00A222BE">
        <w:rPr>
          <w:rFonts w:ascii="Helvetica" w:hAnsi="Helvetica"/>
        </w:rPr>
        <w:t xml:space="preserve">Хочу вам показать кое-что. Просто посмотрите, решать вам. </w:t>
      </w:r>
      <w:r w:rsidRPr="003D548E">
        <w:rPr>
          <w:rFonts w:ascii="Helvetica" w:hAnsi="Helvetica"/>
          <w:sz w:val="18"/>
        </w:rPr>
        <w:t xml:space="preserve">(показывает фотографии в планшете). </w:t>
      </w:r>
      <w:r w:rsidRPr="00A222BE">
        <w:rPr>
          <w:rFonts w:ascii="Helvetica" w:hAnsi="Helvetica"/>
        </w:rPr>
        <w:t xml:space="preserve">Клиника швейцарская, лучшие специалисты </w:t>
      </w:r>
      <w:r w:rsidRPr="00A222BE">
        <w:rPr>
          <w:rFonts w:ascii="Helvetica" w:hAnsi="Helvetica"/>
        </w:rPr>
        <w:lastRenderedPageBreak/>
        <w:t>мира. Они вернут вашу жену к прежней счастливой жизни. Это шанс для вас обоих. Возможность уехать и начать с чистого листа. Безусловно, все перелеты и проживание вам будет оплачено.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Default="00164D26" w:rsidP="00164D26">
      <w:pPr>
        <w:spacing w:line="300" w:lineRule="exact"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Артем молчит.</w:t>
      </w:r>
    </w:p>
    <w:p w:rsidR="00164D26" w:rsidRPr="003D548E" w:rsidRDefault="00164D26" w:rsidP="00164D26">
      <w:pPr>
        <w:spacing w:line="300" w:lineRule="exact"/>
        <w:jc w:val="center"/>
        <w:rPr>
          <w:rFonts w:ascii="Helvetica" w:hAnsi="Helvetica"/>
        </w:rPr>
      </w:pPr>
    </w:p>
    <w:p w:rsidR="00164D26" w:rsidRPr="00017B56" w:rsidRDefault="00164D26" w:rsidP="00164D26">
      <w:pPr>
        <w:spacing w:line="300" w:lineRule="exact"/>
        <w:jc w:val="both"/>
        <w:rPr>
          <w:rFonts w:ascii="Helvetica" w:hAnsi="Helvetica"/>
        </w:rPr>
      </w:pPr>
      <w:r w:rsidRPr="00902E5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АДВОКАТ ЗОТОВ</w:t>
      </w: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3D548E">
        <w:rPr>
          <w:rFonts w:ascii="Helvetica" w:hAnsi="Helvetica"/>
          <w:sz w:val="18"/>
        </w:rPr>
        <w:t>(тише, доверительно, улыбаясь)</w:t>
      </w:r>
      <w:r w:rsidRPr="003D548E">
        <w:rPr>
          <w:rFonts w:ascii="Helvetica" w:hAnsi="Helvetica"/>
          <w:sz w:val="21"/>
        </w:rPr>
        <w:t xml:space="preserve"> </w:t>
      </w:r>
      <w:r w:rsidRPr="00017B56">
        <w:rPr>
          <w:rFonts w:ascii="Helvetica" w:hAnsi="Helvetica"/>
        </w:rPr>
        <w:t xml:space="preserve">Всё, что нужно от вас — небольшое послабление, не проявлять излишней инициативы. Дать процессу идти своим чередом. Суд сам разберётся. А вы разберётесь с вашей жизнью. 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Pr="00D65C69" w:rsidRDefault="00164D26" w:rsidP="00164D26">
      <w:pPr>
        <w:spacing w:line="300" w:lineRule="exact"/>
        <w:jc w:val="center"/>
        <w:rPr>
          <w:rFonts w:ascii="Helvetica" w:hAnsi="Helvetica"/>
          <w:sz w:val="18"/>
        </w:rPr>
      </w:pPr>
      <w:r w:rsidRPr="00D65C69">
        <w:rPr>
          <w:rFonts w:ascii="Helvetica" w:hAnsi="Helvetica"/>
          <w:sz w:val="18"/>
        </w:rPr>
        <w:t>Артём смотрит на планшет, потом поднимает глаза к небу — там ничего нет.</w:t>
      </w:r>
    </w:p>
    <w:p w:rsidR="00164D26" w:rsidRPr="003D548E" w:rsidRDefault="00164D26" w:rsidP="00164D26">
      <w:pPr>
        <w:spacing w:line="300" w:lineRule="exact"/>
        <w:jc w:val="center"/>
        <w:rPr>
          <w:rFonts w:ascii="Helvetica" w:hAnsi="Helvetica"/>
        </w:rPr>
      </w:pPr>
    </w:p>
    <w:p w:rsidR="00164D26" w:rsidRPr="007B41FE" w:rsidRDefault="00164D26" w:rsidP="00164D26">
      <w:pPr>
        <w:spacing w:line="300" w:lineRule="exact"/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21"/>
        </w:rPr>
        <w:t xml:space="preserve"> (</w:t>
      </w:r>
      <w:r w:rsidRPr="003D548E">
        <w:rPr>
          <w:rFonts w:ascii="Helvetica" w:hAnsi="Helvetica"/>
          <w:sz w:val="18"/>
        </w:rPr>
        <w:t>хрип</w:t>
      </w:r>
      <w:r>
        <w:rPr>
          <w:rFonts w:ascii="Helvetica" w:hAnsi="Helvetica"/>
          <w:sz w:val="18"/>
        </w:rPr>
        <w:t>лым голосом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18"/>
        </w:rPr>
        <w:t xml:space="preserve"> </w:t>
      </w:r>
      <w:r w:rsidRPr="007B41FE">
        <w:rPr>
          <w:rFonts w:ascii="Helvetica" w:hAnsi="Helvetica"/>
        </w:rPr>
        <w:t xml:space="preserve">Что будет с делом Ветрова? 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Pr="007B41FE" w:rsidRDefault="00164D26" w:rsidP="00164D26">
      <w:pPr>
        <w:spacing w:line="300" w:lineRule="exact"/>
        <w:jc w:val="both"/>
        <w:rPr>
          <w:rFonts w:ascii="Helvetica" w:hAnsi="Helvetica"/>
        </w:rPr>
      </w:pPr>
      <w:r w:rsidRPr="00902E5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АДВОКАТ ЗОТОВ</w:t>
      </w: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3D548E">
        <w:rPr>
          <w:rFonts w:ascii="Helvetica" w:hAnsi="Helvetica"/>
          <w:sz w:val="21"/>
        </w:rPr>
        <w:t xml:space="preserve"> (</w:t>
      </w:r>
      <w:r w:rsidRPr="003D548E">
        <w:rPr>
          <w:rFonts w:ascii="Helvetica" w:hAnsi="Helvetica"/>
          <w:sz w:val="18"/>
        </w:rPr>
        <w:t>пожимает плечами)</w:t>
      </w:r>
      <w:r w:rsidRPr="003D548E">
        <w:rPr>
          <w:rFonts w:ascii="Helvetica" w:hAnsi="Helvetica"/>
          <w:sz w:val="21"/>
        </w:rPr>
        <w:t xml:space="preserve"> </w:t>
      </w:r>
      <w:r w:rsidRPr="007B41FE">
        <w:rPr>
          <w:rFonts w:ascii="Helvetica" w:hAnsi="Helvetica"/>
        </w:rPr>
        <w:t>Закон есть закон. Иногда он суров, иногда снисходителен. Но жизнь продолжается у всех. Мы все выбираем, Артем Петрович. Так устроен наш мир - принцип перераспределения.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Мы все здесь…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Pr="00017FB3" w:rsidRDefault="00164D26" w:rsidP="00164D26">
      <w:pPr>
        <w:spacing w:line="300" w:lineRule="exact"/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21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резко обрывает</w:t>
      </w:r>
      <w:r w:rsidRPr="003D548E">
        <w:rPr>
          <w:rFonts w:ascii="Helvetica" w:hAnsi="Helvetica"/>
          <w:sz w:val="18"/>
        </w:rPr>
        <w:t xml:space="preserve">) </w:t>
      </w:r>
      <w:r w:rsidRPr="00017FB3">
        <w:rPr>
          <w:rFonts w:ascii="Helvetica" w:hAnsi="Helvetica"/>
        </w:rPr>
        <w:t>Что?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21"/>
        </w:rPr>
        <w:t>З</w:t>
      </w:r>
      <w:r w:rsidRPr="003D548E">
        <w:rPr>
          <w:rFonts w:ascii="Helvetica" w:hAnsi="Helvetica"/>
          <w:sz w:val="18"/>
        </w:rPr>
        <w:t>вук шарманки Аукциона нарастают</w:t>
      </w:r>
      <w:r>
        <w:rPr>
          <w:rFonts w:ascii="Helvetica" w:hAnsi="Helvetica"/>
          <w:sz w:val="18"/>
        </w:rPr>
        <w:t xml:space="preserve">. </w:t>
      </w:r>
      <w:r w:rsidRPr="003D548E">
        <w:rPr>
          <w:rFonts w:ascii="Helvetica" w:hAnsi="Helvetica"/>
          <w:sz w:val="18"/>
        </w:rPr>
        <w:t xml:space="preserve">Мерцающий свет фонаря начинает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искрится</w:t>
      </w:r>
      <w:r>
        <w:rPr>
          <w:rFonts w:ascii="Helvetica" w:hAnsi="Helvetica"/>
          <w:sz w:val="18"/>
        </w:rPr>
        <w:t>. Артем прислушивается и начинает оглядываться вокруг</w:t>
      </w:r>
      <w:r w:rsidRPr="003D548E">
        <w:rPr>
          <w:rFonts w:ascii="Helvetica" w:hAnsi="Helvetica"/>
          <w:sz w:val="18"/>
        </w:rPr>
        <w:t xml:space="preserve">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Pr="00902E58" w:rsidRDefault="00164D26" w:rsidP="00164D26">
      <w:pPr>
        <w:spacing w:line="300" w:lineRule="exact"/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</w:t>
      </w:r>
      <w:r w:rsidRPr="00B3615D">
        <w:rPr>
          <w:rFonts w:ascii="Helvetica" w:hAnsi="Helvetica"/>
          <w:sz w:val="18"/>
        </w:rPr>
        <w:t>. (</w:t>
      </w:r>
      <w:r>
        <w:rPr>
          <w:rFonts w:ascii="Helvetica" w:hAnsi="Helvetica"/>
          <w:sz w:val="18"/>
        </w:rPr>
        <w:t xml:space="preserve">устало </w:t>
      </w:r>
      <w:r w:rsidRPr="003D548E">
        <w:rPr>
          <w:rFonts w:ascii="Helvetica" w:hAnsi="Helvetica"/>
          <w:sz w:val="18"/>
        </w:rPr>
        <w:t>закрывает глаза</w:t>
      </w:r>
      <w:r w:rsidRPr="00B3615D">
        <w:rPr>
          <w:rFonts w:ascii="Helvetica" w:hAnsi="Helvetica"/>
          <w:sz w:val="18"/>
        </w:rPr>
        <w:t xml:space="preserve">) </w:t>
      </w:r>
      <w:r w:rsidRPr="00902E58">
        <w:rPr>
          <w:rFonts w:ascii="Helvetica" w:hAnsi="Helvetica"/>
        </w:rPr>
        <w:t>Снова…опять…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Pr="00902E58" w:rsidRDefault="00164D26" w:rsidP="00164D26">
      <w:pPr>
        <w:spacing w:line="300" w:lineRule="exact"/>
        <w:jc w:val="both"/>
        <w:rPr>
          <w:rFonts w:ascii="Helvetica" w:hAnsi="Helvetica"/>
        </w:rPr>
      </w:pPr>
      <w:r w:rsidRPr="00902E5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АДВОКАТ ЗОТОВ</w:t>
      </w: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3D548E">
        <w:rPr>
          <w:rFonts w:ascii="Helvetica" w:hAnsi="Helvetica"/>
          <w:sz w:val="21"/>
        </w:rPr>
        <w:t xml:space="preserve"> </w:t>
      </w: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3D548E">
        <w:rPr>
          <w:rFonts w:ascii="Helvetica" w:hAnsi="Helvetica"/>
          <w:sz w:val="21"/>
        </w:rPr>
        <w:t>(</w:t>
      </w:r>
      <w:r w:rsidRPr="003D548E">
        <w:rPr>
          <w:rFonts w:ascii="Helvetica" w:hAnsi="Helvetica"/>
          <w:sz w:val="18"/>
        </w:rPr>
        <w:t xml:space="preserve">маслянистая улыбка съезжает) </w:t>
      </w:r>
      <w:r w:rsidRPr="00902E58">
        <w:rPr>
          <w:rFonts w:ascii="Helvetica" w:hAnsi="Helvetica"/>
        </w:rPr>
        <w:t xml:space="preserve">Вы о чем? 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Артем отталкивает Адвоката и пытается его обойти. Адвокат моргает, теряя дар речи, но не позволяет Артему это сделать.</w:t>
      </w:r>
      <w:r w:rsidRPr="003D548E">
        <w:rPr>
          <w:rFonts w:ascii="Helvetica" w:hAnsi="Helvetica"/>
          <w:sz w:val="21"/>
        </w:rPr>
        <w:t xml:space="preserve"> З</w:t>
      </w:r>
      <w:r w:rsidRPr="003D548E">
        <w:rPr>
          <w:rFonts w:ascii="Helvetica" w:hAnsi="Helvetica"/>
          <w:sz w:val="18"/>
        </w:rPr>
        <w:t>вуки шарманки Аукциона громыхают.</w:t>
      </w:r>
    </w:p>
    <w:p w:rsidR="00164D26" w:rsidRDefault="00164D26" w:rsidP="00164D26">
      <w:pPr>
        <w:spacing w:line="300" w:lineRule="exact"/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902E58" w:rsidRDefault="00164D26" w:rsidP="00164D26">
      <w:pPr>
        <w:spacing w:line="300" w:lineRule="exact"/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21"/>
        </w:rPr>
        <w:t xml:space="preserve"> </w:t>
      </w:r>
      <w:r w:rsidRPr="0019216B">
        <w:rPr>
          <w:rFonts w:ascii="Helvetica" w:hAnsi="Helvetica"/>
          <w:sz w:val="18"/>
        </w:rPr>
        <w:t>(резко</w:t>
      </w:r>
      <w:r>
        <w:rPr>
          <w:rFonts w:ascii="Helvetica" w:hAnsi="Helvetica"/>
          <w:sz w:val="21"/>
        </w:rPr>
        <w:t xml:space="preserve">) </w:t>
      </w:r>
      <w:r w:rsidRPr="00902E58">
        <w:rPr>
          <w:rFonts w:ascii="Helvetica" w:hAnsi="Helvetica"/>
        </w:rPr>
        <w:t xml:space="preserve">Уберите ваш планшет и дайте мне пройти! 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Pr="00C93639" w:rsidRDefault="00164D26" w:rsidP="00164D26">
      <w:pPr>
        <w:jc w:val="both"/>
        <w:rPr>
          <w:rFonts w:ascii="Helvetica" w:hAnsi="Helvetica"/>
        </w:rPr>
      </w:pPr>
      <w:r w:rsidRPr="00902E5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АДВОКАТ ЗОТОВ</w:t>
      </w: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.</w:t>
      </w:r>
      <w:r w:rsidRPr="003D548E">
        <w:rPr>
          <w:rFonts w:ascii="Helvetica" w:hAnsi="Helvetica"/>
          <w:sz w:val="21"/>
        </w:rPr>
        <w:t xml:space="preserve"> </w:t>
      </w:r>
      <w:r w:rsidRPr="003D548E">
        <w:rPr>
          <w:rFonts w:ascii="Helvetica" w:hAnsi="Helvetica"/>
          <w:sz w:val="18"/>
        </w:rPr>
        <w:t xml:space="preserve"> (</w:t>
      </w:r>
      <w:r>
        <w:rPr>
          <w:rFonts w:ascii="Helvetica" w:hAnsi="Helvetica"/>
          <w:sz w:val="18"/>
        </w:rPr>
        <w:t>спокойно и монотонно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  <w:sz w:val="20"/>
        </w:rPr>
        <w:t xml:space="preserve"> </w:t>
      </w:r>
      <w:r w:rsidRPr="00C93639">
        <w:rPr>
          <w:rFonts w:ascii="Helvetica" w:hAnsi="Helvetica"/>
        </w:rPr>
        <w:t>Вы совершаете ошибку, Артем Петрович!  Те, кто уходит с пустыми руками - редко уходят далеко.</w:t>
      </w:r>
    </w:p>
    <w:p w:rsidR="00164D26" w:rsidRPr="000204A2" w:rsidRDefault="00164D26" w:rsidP="00164D26">
      <w:pPr>
        <w:jc w:val="both"/>
        <w:rPr>
          <w:rFonts w:ascii="Helvetica" w:hAnsi="Helvetica"/>
          <w:sz w:val="21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Артем останавливается, </w:t>
      </w:r>
      <w:r>
        <w:rPr>
          <w:rFonts w:ascii="Helvetica" w:hAnsi="Helvetica"/>
          <w:sz w:val="18"/>
        </w:rPr>
        <w:t>смотрит прямо Адвокату в глаза</w:t>
      </w:r>
      <w:r w:rsidRPr="003D548E">
        <w:rPr>
          <w:rFonts w:ascii="Helvetica" w:hAnsi="Helvetica"/>
          <w:sz w:val="18"/>
        </w:rPr>
        <w:t>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  <w:sz w:val="18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21"/>
        </w:rPr>
        <w:t xml:space="preserve"> </w:t>
      </w:r>
      <w:r>
        <w:rPr>
          <w:rFonts w:ascii="Helvetica" w:hAnsi="Helvetica"/>
          <w:sz w:val="21"/>
        </w:rPr>
        <w:t>(</w:t>
      </w:r>
      <w:r w:rsidRPr="003D548E">
        <w:rPr>
          <w:rFonts w:ascii="Helvetica" w:hAnsi="Helvetica"/>
          <w:sz w:val="18"/>
        </w:rPr>
        <w:t>медленно</w:t>
      </w:r>
      <w:r>
        <w:rPr>
          <w:rFonts w:ascii="Helvetica" w:hAnsi="Helvetica"/>
          <w:sz w:val="18"/>
        </w:rPr>
        <w:t xml:space="preserve">) </w:t>
      </w:r>
      <w:r w:rsidRPr="00901246">
        <w:rPr>
          <w:rFonts w:ascii="Helvetica" w:hAnsi="Helvetica"/>
        </w:rPr>
        <w:t xml:space="preserve">Это - не ошибка, это - мой отказ от торга. </w:t>
      </w:r>
      <w:r w:rsidRPr="003D548E">
        <w:rPr>
          <w:rFonts w:ascii="Helvetica" w:hAnsi="Helvetica"/>
          <w:sz w:val="18"/>
        </w:rPr>
        <w:t>(обходит адвоката и уходит)</w:t>
      </w:r>
      <w:r w:rsidRPr="00036D75">
        <w:rPr>
          <w:rFonts w:ascii="Helvetica" w:hAnsi="Helvetica"/>
          <w:sz w:val="18"/>
        </w:rPr>
        <w:t xml:space="preserve"> </w:t>
      </w:r>
    </w:p>
    <w:p w:rsidR="00164D26" w:rsidRPr="003D548E" w:rsidRDefault="00164D26" w:rsidP="00164D26">
      <w:pPr>
        <w:spacing w:line="300" w:lineRule="exact"/>
        <w:jc w:val="both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Неоновая аура вокруг Адвоката</w:t>
      </w:r>
      <w:r>
        <w:rPr>
          <w:rFonts w:ascii="Helvetica" w:hAnsi="Helvetica"/>
          <w:sz w:val="18"/>
        </w:rPr>
        <w:t xml:space="preserve"> Зотова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 xml:space="preserve">медленно гаснет, звуки шарманки Аукциона обрываются. </w:t>
      </w:r>
    </w:p>
    <w:p w:rsidR="00164D26" w:rsidRPr="003D548E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</w:rPr>
      </w:pPr>
      <w:r>
        <w:rPr>
          <w:rFonts w:ascii="Helvetica" w:hAnsi="Helvetica"/>
          <w:sz w:val="18"/>
        </w:rPr>
        <w:t xml:space="preserve">Теперь он снова просто </w:t>
      </w:r>
      <w:r w:rsidRPr="003D548E">
        <w:rPr>
          <w:rFonts w:ascii="Helvetica" w:hAnsi="Helvetica"/>
          <w:sz w:val="18"/>
        </w:rPr>
        <w:t>раздражённ</w:t>
      </w:r>
      <w:r>
        <w:rPr>
          <w:rFonts w:ascii="Helvetica" w:hAnsi="Helvetica"/>
          <w:sz w:val="18"/>
        </w:rPr>
        <w:t>ый</w:t>
      </w:r>
      <w:r w:rsidRPr="003D548E">
        <w:rPr>
          <w:rFonts w:ascii="Helvetica" w:hAnsi="Helvetica"/>
          <w:sz w:val="18"/>
        </w:rPr>
        <w:t xml:space="preserve"> человек в дорогом пальто.</w:t>
      </w:r>
      <w:r>
        <w:rPr>
          <w:rFonts w:ascii="Helvetica" w:hAnsi="Helvetica"/>
          <w:sz w:val="18"/>
        </w:rPr>
        <w:t xml:space="preserve"> Он</w:t>
      </w:r>
      <w:r w:rsidRPr="003D548E">
        <w:rPr>
          <w:rFonts w:ascii="Helvetica" w:hAnsi="Helvetica"/>
          <w:sz w:val="18"/>
        </w:rPr>
        <w:t xml:space="preserve"> смотрит Артему вслед, потом с отвращением вытирает планшет о лацкан пальто, как будто тот испачкался и уходит со сцены</w:t>
      </w: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</w:p>
    <w:p w:rsidR="00164D26" w:rsidRPr="004100AD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4100AD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lastRenderedPageBreak/>
        <w:t>ДЕЙ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>с</w:t>
      </w:r>
      <w:r w:rsidRPr="004100AD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>ТВИЕ четвертое.</w:t>
      </w:r>
    </w:p>
    <w:p w:rsidR="00164D26" w:rsidRPr="004100AD" w:rsidRDefault="00164D26" w:rsidP="00164D26">
      <w:pPr>
        <w:spacing w:before="100" w:beforeAutospacing="1" w:after="100" w:afterAutospacing="1"/>
        <w:contextualSpacing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</w:pPr>
      <w:r w:rsidRPr="004100AD">
        <w:rPr>
          <w:rFonts w:ascii="Helvetica" w:eastAsiaTheme="majorEastAsia" w:hAnsi="Helvetica" w:cstheme="majorHAnsi"/>
          <w:caps/>
          <w:color w:val="000000" w:themeColor="text1"/>
          <w:spacing w:val="48"/>
          <w:sz w:val="32"/>
          <w:szCs w:val="32"/>
        </w:rPr>
        <w:t xml:space="preserve">КЛЕТКА ПАЛАЧА. 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Артем приходит в изолятор на допрос к </w:t>
      </w:r>
      <w:r>
        <w:rPr>
          <w:rFonts w:ascii="Helvetica" w:hAnsi="Helvetica"/>
          <w:sz w:val="18"/>
        </w:rPr>
        <w:t xml:space="preserve">Сергею </w:t>
      </w:r>
      <w:r w:rsidRPr="003D548E">
        <w:rPr>
          <w:rFonts w:ascii="Helvetica" w:hAnsi="Helvetica"/>
          <w:sz w:val="18"/>
        </w:rPr>
        <w:t xml:space="preserve">Ветрову. Яркий неоновый свет. Комната для допросов. </w:t>
      </w:r>
    </w:p>
    <w:p w:rsidR="00164D26" w:rsidRPr="00545C8B" w:rsidRDefault="00164D26" w:rsidP="00164D26">
      <w:pPr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>Артём и Сергей Ветров сидят друг напротив друга.</w:t>
      </w:r>
      <w:r>
        <w:rPr>
          <w:rFonts w:ascii="Helvetica" w:hAnsi="Helvetica"/>
          <w:sz w:val="18"/>
        </w:rPr>
        <w:t xml:space="preserve">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(улыбается)</w:t>
      </w:r>
      <w:r w:rsidRPr="003D548E">
        <w:rPr>
          <w:rFonts w:ascii="Helvetica" w:hAnsi="Helvetica"/>
        </w:rPr>
        <w:t xml:space="preserve"> Артём Петрович… какая честь. Начинал уже скучать по вам.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Артём молчит. Смотрит на Сергея Ветрова.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Давай</w:t>
      </w:r>
      <w:r>
        <w:rPr>
          <w:rFonts w:ascii="Helvetica" w:hAnsi="Helvetica"/>
        </w:rPr>
        <w:t>те</w:t>
      </w:r>
      <w:r w:rsidRPr="003D548E">
        <w:rPr>
          <w:rFonts w:ascii="Helvetica" w:hAnsi="Helvetica"/>
        </w:rPr>
        <w:t xml:space="preserve"> пройдёмся еще раз по жертвам.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медленно вытаскивает из папки фотографи</w:t>
      </w:r>
      <w:r>
        <w:rPr>
          <w:rFonts w:ascii="Helvetica" w:hAnsi="Helvetica"/>
          <w:sz w:val="18"/>
        </w:rPr>
        <w:t>и</w:t>
      </w:r>
      <w:r w:rsidRPr="003D548E">
        <w:rPr>
          <w:rFonts w:ascii="Helvetica" w:hAnsi="Helvetica"/>
          <w:sz w:val="18"/>
        </w:rPr>
        <w:t>, кладёт на стол лицом к Сергею Ветрову.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</w:rPr>
        <w:t>Мы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будем </w:t>
      </w:r>
      <w:r w:rsidRPr="003D548E">
        <w:rPr>
          <w:rFonts w:ascii="Helvetica" w:hAnsi="Helvetica"/>
        </w:rPr>
        <w:t>говори</w:t>
      </w:r>
      <w:r>
        <w:rPr>
          <w:rFonts w:ascii="Helvetica" w:hAnsi="Helvetica"/>
        </w:rPr>
        <w:t>ть</w:t>
      </w:r>
      <w:r w:rsidRPr="003D548E">
        <w:rPr>
          <w:rFonts w:ascii="Helvetica" w:hAnsi="Helvetica"/>
        </w:rPr>
        <w:t xml:space="preserve"> без моего адвокат</w:t>
      </w:r>
      <w:r>
        <w:rPr>
          <w:rFonts w:ascii="Helvetica" w:hAnsi="Helvetica"/>
        </w:rPr>
        <w:t>а?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Артем продолжает, показывает фотографии Сергею Ветрову.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АРТЁМ. </w:t>
      </w:r>
      <w:r w:rsidRPr="003D548E">
        <w:rPr>
          <w:rFonts w:ascii="Helvetica" w:hAnsi="Helvetica"/>
        </w:rPr>
        <w:t>Катя Соболева</w:t>
      </w:r>
      <w:r>
        <w:rPr>
          <w:rFonts w:ascii="Helvetica" w:hAnsi="Helvetica"/>
        </w:rPr>
        <w:t>, с</w:t>
      </w:r>
      <w:r w:rsidRPr="003D548E">
        <w:rPr>
          <w:rFonts w:ascii="Helvetica" w:hAnsi="Helvetica"/>
        </w:rPr>
        <w:t xml:space="preserve">емь лет. Задушена </w:t>
      </w:r>
      <w:r>
        <w:rPr>
          <w:rFonts w:ascii="Helvetica" w:hAnsi="Helvetica"/>
        </w:rPr>
        <w:t>14</w:t>
      </w:r>
      <w:r w:rsidRPr="003D548E">
        <w:rPr>
          <w:rFonts w:ascii="Helvetica" w:hAnsi="Helvetica"/>
        </w:rPr>
        <w:t xml:space="preserve"> января в городском парке. В </w:t>
      </w:r>
      <w:r>
        <w:rPr>
          <w:rFonts w:ascii="Helvetica" w:hAnsi="Helvetica"/>
        </w:rPr>
        <w:t xml:space="preserve">восемь </w:t>
      </w:r>
      <w:r w:rsidRPr="003D548E">
        <w:rPr>
          <w:rFonts w:ascii="Helvetica" w:hAnsi="Helvetica"/>
        </w:rPr>
        <w:t>вечера.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Сергей </w:t>
      </w:r>
      <w:r w:rsidRPr="003D548E">
        <w:rPr>
          <w:rFonts w:ascii="Helvetica" w:hAnsi="Helvetica"/>
          <w:sz w:val="18"/>
        </w:rPr>
        <w:t>Ветров скользит взглядом по фото.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(</w:t>
      </w:r>
      <w:r w:rsidRPr="003D548E">
        <w:rPr>
          <w:rFonts w:ascii="Helvetica" w:hAnsi="Helvetica"/>
          <w:sz w:val="18"/>
        </w:rPr>
        <w:t>равнодушно</w:t>
      </w:r>
      <w:r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 xml:space="preserve"> Жаль слышать. Я при чём?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Артём берёт вторую фотографию. </w:t>
      </w:r>
      <w:r>
        <w:rPr>
          <w:rFonts w:ascii="Helvetica" w:hAnsi="Helvetica"/>
          <w:sz w:val="18"/>
        </w:rPr>
        <w:t>Показывает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>ее Сергею</w:t>
      </w:r>
      <w:r w:rsidRPr="003D548E">
        <w:rPr>
          <w:rFonts w:ascii="Helvetica" w:hAnsi="Helvetica"/>
          <w:sz w:val="18"/>
        </w:rPr>
        <w:t xml:space="preserve"> Ветров</w:t>
      </w:r>
      <w:r>
        <w:rPr>
          <w:rFonts w:ascii="Helvetica" w:hAnsi="Helvetica"/>
          <w:sz w:val="18"/>
        </w:rPr>
        <w:t>у</w:t>
      </w:r>
      <w:r w:rsidRPr="003D548E">
        <w:rPr>
          <w:rFonts w:ascii="Helvetica" w:hAnsi="Helvetica"/>
          <w:sz w:val="18"/>
        </w:rPr>
        <w:t>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АРТЁМ. </w:t>
      </w:r>
      <w:r w:rsidRPr="003D548E">
        <w:rPr>
          <w:rFonts w:ascii="Helvetica" w:hAnsi="Helvetica"/>
        </w:rPr>
        <w:t>Света Ковальчук</w:t>
      </w:r>
      <w:r>
        <w:rPr>
          <w:rFonts w:ascii="Helvetica" w:hAnsi="Helvetica"/>
        </w:rPr>
        <w:t xml:space="preserve"> - в</w:t>
      </w:r>
      <w:r w:rsidRPr="003D548E">
        <w:rPr>
          <w:rFonts w:ascii="Helvetica" w:hAnsi="Helvetica"/>
        </w:rPr>
        <w:t xml:space="preserve">осемь лет. Убита </w:t>
      </w:r>
      <w:r>
        <w:rPr>
          <w:rFonts w:ascii="Helvetica" w:hAnsi="Helvetica"/>
        </w:rPr>
        <w:t>22</w:t>
      </w:r>
      <w:r w:rsidRPr="003D548E">
        <w:rPr>
          <w:rFonts w:ascii="Helvetica" w:hAnsi="Helvetica"/>
        </w:rPr>
        <w:t xml:space="preserve"> марта этого года. Лесная полоса. Деревня Великое.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(сухо, с зевком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</w:rPr>
        <w:t xml:space="preserve"> А…слышал</w:t>
      </w:r>
      <w:r>
        <w:rPr>
          <w:rFonts w:ascii="Helvetica" w:hAnsi="Helvetica"/>
        </w:rPr>
        <w:t xml:space="preserve"> это имя. Е</w:t>
      </w:r>
      <w:r w:rsidRPr="003D548E">
        <w:rPr>
          <w:rFonts w:ascii="Helvetica" w:hAnsi="Helvetica"/>
        </w:rPr>
        <w:t xml:space="preserve">ё мать в коридоре </w:t>
      </w:r>
      <w:r>
        <w:rPr>
          <w:rFonts w:ascii="Helvetica" w:hAnsi="Helvetica"/>
        </w:rPr>
        <w:t xml:space="preserve">недавно </w:t>
      </w:r>
      <w:r w:rsidRPr="003D548E">
        <w:rPr>
          <w:rFonts w:ascii="Helvetica" w:hAnsi="Helvetica"/>
        </w:rPr>
        <w:t>здесь рыдала</w:t>
      </w:r>
      <w:r>
        <w:rPr>
          <w:rFonts w:ascii="Helvetica" w:hAnsi="Helvetica"/>
        </w:rPr>
        <w:t>…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задумчиво</w:t>
      </w:r>
      <w:r w:rsidRPr="003D548E">
        <w:rPr>
          <w:rFonts w:ascii="Helvetica" w:hAnsi="Helvetica"/>
          <w:sz w:val="18"/>
        </w:rPr>
        <w:t>)</w:t>
      </w:r>
      <w:r>
        <w:rPr>
          <w:rFonts w:ascii="Helvetica" w:hAnsi="Helvetica"/>
        </w:rPr>
        <w:t xml:space="preserve"> меня хотела видеть…зачем-то. </w:t>
      </w:r>
      <w:r w:rsidRPr="003D548E">
        <w:rPr>
          <w:rFonts w:ascii="Helvetica" w:hAnsi="Helvetica"/>
        </w:rPr>
        <w:t>Охранники сказа</w:t>
      </w:r>
      <w:r>
        <w:rPr>
          <w:rFonts w:ascii="Helvetica" w:hAnsi="Helvetica"/>
        </w:rPr>
        <w:t xml:space="preserve">ли.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Артём берёт третью фотографию. Рыжая девочка</w:t>
      </w:r>
      <w:r>
        <w:rPr>
          <w:rFonts w:ascii="Helvetica" w:hAnsi="Helvetica"/>
          <w:sz w:val="18"/>
        </w:rPr>
        <w:t>, показывает фото</w:t>
      </w:r>
      <w:r w:rsidRPr="003D548E">
        <w:rPr>
          <w:rFonts w:ascii="Helvetica" w:hAnsi="Helvetica"/>
          <w:sz w:val="18"/>
        </w:rPr>
        <w:t xml:space="preserve">. </w:t>
      </w:r>
    </w:p>
    <w:p w:rsidR="00164D26" w:rsidRPr="003D548E" w:rsidRDefault="00164D26" w:rsidP="00164D26">
      <w:pPr>
        <w:spacing w:before="100" w:beforeAutospacing="1" w:after="100" w:afterAutospacing="1"/>
        <w:contextualSpacing/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 xml:space="preserve">Смотрит </w:t>
      </w:r>
      <w:r>
        <w:rPr>
          <w:rFonts w:ascii="Helvetica" w:hAnsi="Helvetica"/>
          <w:sz w:val="18"/>
        </w:rPr>
        <w:t xml:space="preserve">ему прямо </w:t>
      </w:r>
      <w:r w:rsidRPr="003D548E">
        <w:rPr>
          <w:rFonts w:ascii="Helvetica" w:hAnsi="Helvetica"/>
          <w:sz w:val="18"/>
        </w:rPr>
        <w:t>в глаза.</w:t>
      </w:r>
      <w:r>
        <w:rPr>
          <w:rFonts w:ascii="Helvetica" w:hAnsi="Helvetica"/>
          <w:sz w:val="18"/>
        </w:rPr>
        <w:t xml:space="preserve"> Сергей Ветров поднимает брови.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СЕРГЕЙ ВЕТРОВ. </w:t>
      </w:r>
      <w:r w:rsidRPr="005904FE">
        <w:rPr>
          <w:rFonts w:ascii="Helvetica" w:hAnsi="Helvetica"/>
          <w:sz w:val="18"/>
        </w:rPr>
        <w:t>(удивленно)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>
        <w:rPr>
          <w:rFonts w:ascii="Helvetica" w:hAnsi="Helvetica"/>
        </w:rPr>
        <w:t>И з</w:t>
      </w:r>
      <w:r w:rsidRPr="003D548E">
        <w:rPr>
          <w:rFonts w:ascii="Helvetica" w:hAnsi="Helvetica"/>
        </w:rPr>
        <w:t xml:space="preserve">ачем </w:t>
      </w:r>
      <w:r>
        <w:rPr>
          <w:rFonts w:ascii="Helvetica" w:hAnsi="Helvetica"/>
        </w:rPr>
        <w:t xml:space="preserve">вы все это </w:t>
      </w:r>
      <w:r w:rsidRPr="003D548E">
        <w:rPr>
          <w:rFonts w:ascii="Helvetica" w:hAnsi="Helvetica"/>
        </w:rPr>
        <w:t>мне показываете? Я не знаю и не видел</w:t>
      </w:r>
      <w:r>
        <w:rPr>
          <w:rFonts w:ascii="Helvetica" w:hAnsi="Helvetica"/>
        </w:rPr>
        <w:t xml:space="preserve"> никого из них</w:t>
      </w:r>
      <w:r w:rsidRPr="003D548E">
        <w:rPr>
          <w:rFonts w:ascii="Helvetica" w:hAnsi="Helvetica"/>
        </w:rPr>
        <w:t>.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(тихо, медленно, холодно)</w:t>
      </w:r>
      <w:r w:rsidRPr="003D548E">
        <w:rPr>
          <w:rFonts w:ascii="Helvetica" w:hAnsi="Helvetica"/>
        </w:rPr>
        <w:t xml:space="preserve"> Не знаешь и не видел?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>СЕРГЕЙ ВЕТРОВ</w:t>
      </w:r>
      <w:r w:rsidRPr="003D548E">
        <w:rPr>
          <w:rFonts w:ascii="Helvetica" w:hAnsi="Helvetica"/>
          <w:sz w:val="20"/>
        </w:rPr>
        <w:t>.</w:t>
      </w:r>
      <w:r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(взрыв, говорит нагло)</w:t>
      </w:r>
      <w:r w:rsidRPr="003D548E">
        <w:rPr>
          <w:rFonts w:ascii="Helvetica" w:hAnsi="Helvetica"/>
        </w:rPr>
        <w:t xml:space="preserve"> Я сказал — не помню! Ни эту, ни ту, ни третью! Я вообще никого не помню!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Он вскакивает, стул падает с грохотом.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18"/>
        </w:rPr>
        <w:t xml:space="preserve"> (кричит)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Ни лиц, ни имён, ничего</w:t>
      </w:r>
      <w:r>
        <w:rPr>
          <w:rFonts w:ascii="Helvetica" w:hAnsi="Helvetica"/>
        </w:rPr>
        <w:t xml:space="preserve"> не помню</w:t>
      </w:r>
      <w:r w:rsidRPr="003D548E">
        <w:rPr>
          <w:rFonts w:ascii="Helvetica" w:hAnsi="Helvetica"/>
        </w:rPr>
        <w:t xml:space="preserve">!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</w:t>
      </w:r>
      <w:r w:rsidRPr="004D260A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резко</w:t>
      </w:r>
      <w:r w:rsidRPr="003D548E">
        <w:rPr>
          <w:rFonts w:ascii="Helvetica" w:hAnsi="Helvetica"/>
          <w:sz w:val="18"/>
        </w:rPr>
        <w:t xml:space="preserve">) </w:t>
      </w:r>
      <w:r w:rsidRPr="0091781A">
        <w:rPr>
          <w:rFonts w:ascii="Helvetica" w:hAnsi="Helvetica"/>
        </w:rPr>
        <w:t>Сядь</w:t>
      </w:r>
      <w:r w:rsidRPr="003D548E">
        <w:rPr>
          <w:rFonts w:ascii="Helvetica" w:hAnsi="Helvetica"/>
        </w:rPr>
        <w:t xml:space="preserve"> на место! 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 xml:space="preserve">Сергей </w:t>
      </w:r>
      <w:r w:rsidRPr="003D548E">
        <w:rPr>
          <w:rFonts w:ascii="Helvetica" w:hAnsi="Helvetica"/>
          <w:sz w:val="18"/>
        </w:rPr>
        <w:t>Ветров садится</w:t>
      </w:r>
      <w:r>
        <w:rPr>
          <w:rFonts w:ascii="Helvetica" w:hAnsi="Helvetica"/>
          <w:sz w:val="18"/>
        </w:rPr>
        <w:t xml:space="preserve"> за стол с напряженным л</w:t>
      </w:r>
      <w:r w:rsidRPr="003D548E">
        <w:rPr>
          <w:rFonts w:ascii="Helvetica" w:hAnsi="Helvetica"/>
          <w:sz w:val="18"/>
        </w:rPr>
        <w:t>иц</w:t>
      </w:r>
      <w:r>
        <w:rPr>
          <w:rFonts w:ascii="Helvetica" w:hAnsi="Helvetica"/>
          <w:sz w:val="18"/>
        </w:rPr>
        <w:t>ом</w:t>
      </w:r>
      <w:r w:rsidRPr="003D548E">
        <w:rPr>
          <w:rFonts w:ascii="Helvetica" w:hAnsi="Helvetica"/>
          <w:sz w:val="18"/>
        </w:rPr>
        <w:t>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</w:t>
      </w:r>
      <w:r w:rsidRPr="00986FC5">
        <w:rPr>
          <w:rFonts w:ascii="Helvetica" w:hAnsi="Helvetica"/>
          <w:sz w:val="18"/>
        </w:rPr>
        <w:t>(спокойно)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 xml:space="preserve">Тебе </w:t>
      </w:r>
      <w:r>
        <w:rPr>
          <w:rFonts w:ascii="Helvetica" w:hAnsi="Helvetica"/>
        </w:rPr>
        <w:t xml:space="preserve">твои </w:t>
      </w:r>
      <w:r w:rsidRPr="003D548E">
        <w:rPr>
          <w:rFonts w:ascii="Helvetica" w:hAnsi="Helvetica"/>
        </w:rPr>
        <w:t xml:space="preserve">прошлые протоколы допросов показать? </w:t>
      </w:r>
      <w:r>
        <w:rPr>
          <w:rFonts w:ascii="Helvetica" w:hAnsi="Helvetica"/>
        </w:rPr>
        <w:t>Там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ты </w:t>
      </w:r>
      <w:r w:rsidRPr="003D548E">
        <w:rPr>
          <w:rFonts w:ascii="Helvetica" w:hAnsi="Helvetica"/>
        </w:rPr>
        <w:t>отчетливо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>описывал Кат</w:t>
      </w:r>
      <w:r>
        <w:rPr>
          <w:rFonts w:ascii="Helvetica" w:hAnsi="Helvetica"/>
        </w:rPr>
        <w:t>ю</w:t>
      </w:r>
      <w:r w:rsidRPr="003D548E">
        <w:rPr>
          <w:rFonts w:ascii="Helvetica" w:hAnsi="Helvetica"/>
        </w:rPr>
        <w:t xml:space="preserve"> Соболев</w:t>
      </w:r>
      <w:r>
        <w:rPr>
          <w:rFonts w:ascii="Helvetica" w:hAnsi="Helvetica"/>
        </w:rPr>
        <w:t xml:space="preserve">у, с ее </w:t>
      </w:r>
      <w:r w:rsidRPr="003D548E">
        <w:rPr>
          <w:rFonts w:ascii="Helvetica" w:hAnsi="Helvetica"/>
        </w:rPr>
        <w:t>розовым единорогом</w:t>
      </w:r>
      <w:r w:rsidRPr="00A0130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на </w:t>
      </w:r>
      <w:r w:rsidRPr="003D548E">
        <w:rPr>
          <w:rFonts w:ascii="Helvetica" w:hAnsi="Helvetica"/>
        </w:rPr>
        <w:t>рюкзак</w:t>
      </w:r>
      <w:r>
        <w:rPr>
          <w:rFonts w:ascii="Helvetica" w:hAnsi="Helvetica"/>
        </w:rPr>
        <w:t>е</w:t>
      </w:r>
      <w:r w:rsidRPr="003D548E">
        <w:rPr>
          <w:rFonts w:ascii="Helvetica" w:hAnsi="Helvetica"/>
        </w:rPr>
        <w:t xml:space="preserve">. Как ты ее видел в парке…где </w:t>
      </w:r>
      <w:r>
        <w:rPr>
          <w:rFonts w:ascii="Helvetica" w:hAnsi="Helvetica"/>
        </w:rPr>
        <w:t>ее видел, с кем она гуляла…Все записано…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 xml:space="preserve">перебивая </w:t>
      </w:r>
      <w:r w:rsidRPr="003D548E">
        <w:rPr>
          <w:rFonts w:ascii="Helvetica" w:hAnsi="Helvetica"/>
          <w:sz w:val="18"/>
        </w:rPr>
        <w:t>кричит)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Я никого не убивал! Не вешайте </w:t>
      </w:r>
      <w:r>
        <w:rPr>
          <w:rFonts w:ascii="Helvetica" w:hAnsi="Helvetica"/>
        </w:rPr>
        <w:t xml:space="preserve">это </w:t>
      </w:r>
      <w:r w:rsidRPr="003D548E">
        <w:rPr>
          <w:rFonts w:ascii="Helvetica" w:hAnsi="Helvetica"/>
        </w:rPr>
        <w:t>на меня. Сейчас я заявляю, что ни ее, ни других жертв я не знаю и не помню!</w:t>
      </w: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Сергей Ветров трет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>руками лицо и глаза</w:t>
      </w:r>
      <w:r w:rsidRPr="003D548E">
        <w:rPr>
          <w:rFonts w:ascii="Helvetica" w:hAnsi="Helvetica"/>
          <w:sz w:val="18"/>
        </w:rPr>
        <w:t>.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(</w:t>
      </w:r>
      <w:r>
        <w:rPr>
          <w:rFonts w:ascii="Helvetica" w:hAnsi="Helvetica"/>
          <w:sz w:val="18"/>
        </w:rPr>
        <w:t>резко перебивает</w:t>
      </w:r>
      <w:r w:rsidRPr="00392AE3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 xml:space="preserve"> Мне начать помогать тебе вспомнить?</w:t>
      </w:r>
      <w:r w:rsidRPr="00FC1CC7"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 xml:space="preserve">Это плохой путь для тебя. </w:t>
      </w:r>
      <w:r>
        <w:rPr>
          <w:rFonts w:ascii="Helvetica" w:hAnsi="Helvetica"/>
        </w:rPr>
        <w:t>М</w:t>
      </w:r>
      <w:r w:rsidRPr="003D548E">
        <w:rPr>
          <w:rFonts w:ascii="Helvetica" w:hAnsi="Helvetica"/>
        </w:rPr>
        <w:t>ы проходили уже</w:t>
      </w:r>
      <w:r>
        <w:rPr>
          <w:rFonts w:ascii="Helvetica" w:hAnsi="Helvetica"/>
        </w:rPr>
        <w:t xml:space="preserve"> это</w:t>
      </w:r>
      <w:r w:rsidRPr="003D548E">
        <w:rPr>
          <w:rFonts w:ascii="Helvetica" w:hAnsi="Helvetica"/>
        </w:rPr>
        <w:t>.</w:t>
      </w:r>
    </w:p>
    <w:p w:rsidR="00164D26" w:rsidRDefault="00164D26" w:rsidP="00164D26">
      <w:pPr>
        <w:jc w:val="both"/>
        <w:rPr>
          <w:rFonts w:ascii="Helvetica" w:hAnsi="Helvetica"/>
        </w:rPr>
      </w:pPr>
    </w:p>
    <w:p w:rsidR="00164D26" w:rsidRPr="003D548E" w:rsidRDefault="00164D26" w:rsidP="00164D26">
      <w:pPr>
        <w:jc w:val="center"/>
        <w:rPr>
          <w:rFonts w:ascii="Helvetica" w:hAnsi="Helvetica"/>
        </w:rPr>
      </w:pPr>
      <w:r>
        <w:rPr>
          <w:rFonts w:ascii="Helvetica" w:hAnsi="Helvetica"/>
          <w:sz w:val="18"/>
        </w:rPr>
        <w:t>Сергей Ветров молчит, смотрит в сторону.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3D548E">
        <w:rPr>
          <w:rFonts w:ascii="Helvetica" w:hAnsi="Helvetica"/>
          <w:sz w:val="18"/>
        </w:rPr>
        <w:t>(тихо)</w:t>
      </w:r>
      <w:r w:rsidRPr="003D548E">
        <w:rPr>
          <w:rFonts w:ascii="Helvetica" w:hAnsi="Helvetica"/>
        </w:rPr>
        <w:t xml:space="preserve"> Странное чувство… </w:t>
      </w:r>
      <w:r>
        <w:rPr>
          <w:rFonts w:ascii="Helvetica" w:hAnsi="Helvetica"/>
        </w:rPr>
        <w:t xml:space="preserve">мой </w:t>
      </w:r>
      <w:r w:rsidRPr="003D548E">
        <w:rPr>
          <w:rFonts w:ascii="Helvetica" w:hAnsi="Helvetica"/>
        </w:rPr>
        <w:t>адвокат говорил</w:t>
      </w:r>
      <w:r>
        <w:rPr>
          <w:rFonts w:ascii="Helvetica" w:hAnsi="Helvetica"/>
        </w:rPr>
        <w:t xml:space="preserve">, что есть </w:t>
      </w:r>
      <w:r w:rsidRPr="003D548E">
        <w:rPr>
          <w:rFonts w:ascii="Helvetica" w:hAnsi="Helvetica"/>
        </w:rPr>
        <w:t>каки</w:t>
      </w:r>
      <w:r>
        <w:rPr>
          <w:rFonts w:ascii="Helvetica" w:hAnsi="Helvetica"/>
        </w:rPr>
        <w:t>е</w:t>
      </w:r>
      <w:r w:rsidRPr="003D548E">
        <w:rPr>
          <w:rFonts w:ascii="Helvetica" w:hAnsi="Helvetica"/>
        </w:rPr>
        <w:t>-то свидетел</w:t>
      </w:r>
      <w:r>
        <w:rPr>
          <w:rFonts w:ascii="Helvetica" w:hAnsi="Helvetica"/>
        </w:rPr>
        <w:t>и…</w:t>
      </w:r>
      <w:r w:rsidRPr="003D548E">
        <w:rPr>
          <w:rFonts w:ascii="Helvetica" w:hAnsi="Helvetica"/>
        </w:rPr>
        <w:t>будто бы они видели мен</w:t>
      </w:r>
      <w:r>
        <w:rPr>
          <w:rFonts w:ascii="Helvetica" w:hAnsi="Helvetica"/>
        </w:rPr>
        <w:t xml:space="preserve">я в местах </w:t>
      </w:r>
      <w:r w:rsidRPr="003D548E">
        <w:rPr>
          <w:rFonts w:ascii="Helvetica" w:hAnsi="Helvetica"/>
        </w:rPr>
        <w:t>убийств…этих несчастных</w:t>
      </w:r>
      <w:r>
        <w:rPr>
          <w:rFonts w:ascii="Helvetica" w:hAnsi="Helvetica"/>
        </w:rPr>
        <w:t xml:space="preserve"> девочек</w:t>
      </w:r>
      <w:r w:rsidRPr="003D548E">
        <w:rPr>
          <w:rFonts w:ascii="Helvetica" w:hAnsi="Helvetica"/>
        </w:rPr>
        <w:t>.</w:t>
      </w:r>
      <w:r>
        <w:rPr>
          <w:rFonts w:ascii="Helvetica" w:hAnsi="Helvetica"/>
        </w:rPr>
        <w:t xml:space="preserve"> Что моя дача находиться недалеко от места одного преступления…и это нехорошо для меня. </w:t>
      </w:r>
      <w:r w:rsidRPr="003D548E">
        <w:rPr>
          <w:rFonts w:ascii="Helvetica" w:hAnsi="Helvetica"/>
        </w:rPr>
        <w:t>Но</w:t>
      </w:r>
      <w:r>
        <w:rPr>
          <w:rFonts w:ascii="Helvetica" w:hAnsi="Helvetica"/>
        </w:rPr>
        <w:t>…</w:t>
      </w:r>
      <w:r w:rsidRPr="003D548E">
        <w:rPr>
          <w:rFonts w:ascii="Helvetica" w:hAnsi="Helvetica"/>
        </w:rPr>
        <w:t xml:space="preserve"> я ничего не помню. </w:t>
      </w:r>
      <w:r>
        <w:rPr>
          <w:rFonts w:ascii="Helvetica" w:hAnsi="Helvetica"/>
        </w:rPr>
        <w:t xml:space="preserve">Это значит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поднимает взгляд на Артема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>- я не виновен. А если…</w:t>
      </w:r>
      <w:r w:rsidRPr="00F05C30">
        <w:rPr>
          <w:rFonts w:ascii="Helvetica" w:hAnsi="Helvetica"/>
        </w:rPr>
        <w:t xml:space="preserve"> 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</w:t>
      </w:r>
      <w:r w:rsidRPr="00627565">
        <w:rPr>
          <w:rFonts w:ascii="Helvetica" w:hAnsi="Helvetica"/>
          <w:sz w:val="18"/>
        </w:rPr>
        <w:t>(резко обрывает)</w:t>
      </w:r>
      <w:r>
        <w:rPr>
          <w:rFonts w:ascii="Helvetica" w:hAnsi="Helvetica"/>
        </w:rPr>
        <w:t xml:space="preserve"> И как</w:t>
      </w:r>
      <w:r w:rsidRPr="003D548E">
        <w:rPr>
          <w:rFonts w:ascii="Helvetica" w:hAnsi="Helvetica"/>
        </w:rPr>
        <w:t xml:space="preserve"> давно</w:t>
      </w:r>
      <w:r>
        <w:rPr>
          <w:rFonts w:ascii="Helvetica" w:hAnsi="Helvetica"/>
        </w:rPr>
        <w:t xml:space="preserve"> у тебя, твоя амнезия?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С месяц, наверно</w:t>
      </w:r>
      <w:r>
        <w:rPr>
          <w:rFonts w:ascii="Helvetica" w:hAnsi="Helvetica"/>
        </w:rPr>
        <w:t>е. М</w:t>
      </w:r>
      <w:r w:rsidRPr="003D548E">
        <w:rPr>
          <w:rFonts w:ascii="Helvetica" w:hAnsi="Helvetica"/>
        </w:rPr>
        <w:t xml:space="preserve">ожет это кара </w:t>
      </w:r>
      <w:r>
        <w:rPr>
          <w:rFonts w:ascii="Helvetica" w:hAnsi="Helvetica"/>
        </w:rPr>
        <w:t xml:space="preserve">какая </w:t>
      </w:r>
      <w:r w:rsidRPr="003D548E">
        <w:rPr>
          <w:rFonts w:ascii="Helvetica" w:hAnsi="Helvetica"/>
        </w:rPr>
        <w:t>небесная</w:t>
      </w:r>
      <w:r>
        <w:rPr>
          <w:rFonts w:ascii="Helvetica" w:hAnsi="Helvetica"/>
        </w:rPr>
        <w:t>? А</w:t>
      </w:r>
      <w:r w:rsidRPr="003D548E">
        <w:rPr>
          <w:rFonts w:ascii="Helvetica" w:hAnsi="Helvetica"/>
        </w:rPr>
        <w:t xml:space="preserve"> може</w:t>
      </w:r>
      <w:r>
        <w:rPr>
          <w:rFonts w:ascii="Helvetica" w:hAnsi="Helvetica"/>
        </w:rPr>
        <w:t xml:space="preserve">т </w:t>
      </w:r>
      <w:r w:rsidRPr="003D548E">
        <w:rPr>
          <w:rFonts w:ascii="Helvetica" w:hAnsi="Helvetica"/>
        </w:rPr>
        <w:t>наоборот</w:t>
      </w:r>
      <w:r>
        <w:rPr>
          <w:rFonts w:ascii="Helvetica" w:hAnsi="Helvetica"/>
        </w:rPr>
        <w:t>? …С</w:t>
      </w:r>
      <w:r w:rsidRPr="003D548E">
        <w:rPr>
          <w:rFonts w:ascii="Helvetica" w:hAnsi="Helvetica"/>
        </w:rPr>
        <w:t xml:space="preserve">трашно, когда есть что </w:t>
      </w:r>
      <w:r>
        <w:rPr>
          <w:rFonts w:ascii="Helvetica" w:hAnsi="Helvetica"/>
        </w:rPr>
        <w:t>вс</w:t>
      </w:r>
      <w:r w:rsidRPr="003D548E">
        <w:rPr>
          <w:rFonts w:ascii="Helvetica" w:hAnsi="Helvetica"/>
        </w:rPr>
        <w:t>помни</w:t>
      </w:r>
      <w:r>
        <w:rPr>
          <w:rFonts w:ascii="Helvetica" w:hAnsi="Helvetica"/>
        </w:rPr>
        <w:t>ть, а</w:t>
      </w:r>
      <w:r w:rsidRPr="003D548E">
        <w:rPr>
          <w:rFonts w:ascii="Helvetica" w:hAnsi="Helvetica"/>
        </w:rPr>
        <w:t xml:space="preserve"> когда нет</w:t>
      </w:r>
      <w:r>
        <w:rPr>
          <w:rFonts w:ascii="Helvetica" w:hAnsi="Helvetica"/>
        </w:rPr>
        <w:t>, тогда</w:t>
      </w:r>
      <w:r w:rsidRPr="003D548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внутри </w:t>
      </w:r>
      <w:r w:rsidRPr="003D548E">
        <w:rPr>
          <w:rFonts w:ascii="Helvetica" w:hAnsi="Helvetica"/>
        </w:rPr>
        <w:t>тихо</w:t>
      </w:r>
      <w:r>
        <w:rPr>
          <w:rFonts w:ascii="Helvetica" w:hAnsi="Helvetica"/>
        </w:rPr>
        <w:t xml:space="preserve">. </w:t>
      </w:r>
      <w:r w:rsidRPr="00FC1CC7">
        <w:rPr>
          <w:rFonts w:ascii="Helvetica" w:hAnsi="Helvetica"/>
          <w:sz w:val="18"/>
        </w:rPr>
        <w:t>(смотрит на свои ладони)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3D548E">
        <w:rPr>
          <w:rFonts w:ascii="Helvetica" w:hAnsi="Helvetica"/>
        </w:rPr>
        <w:t>Чистота пустоты</w:t>
      </w:r>
      <w:r>
        <w:rPr>
          <w:rFonts w:ascii="Helvetica" w:hAnsi="Helvetica"/>
        </w:rPr>
        <w:t>..</w:t>
      </w:r>
      <w:r w:rsidRPr="003D548E">
        <w:rPr>
          <w:rFonts w:ascii="Helvetica" w:hAnsi="Helvetica"/>
        </w:rPr>
        <w:t>.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both"/>
        <w:rPr>
          <w:rFonts w:ascii="Helvetica" w:hAnsi="Helvetica"/>
          <w:sz w:val="20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(</w:t>
      </w:r>
      <w:r>
        <w:rPr>
          <w:rFonts w:ascii="Helvetica" w:hAnsi="Helvetica"/>
          <w:sz w:val="18"/>
        </w:rPr>
        <w:t>удивленно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Что?</w:t>
      </w:r>
      <w:r w:rsidRPr="003D548E">
        <w:rPr>
          <w:rFonts w:ascii="Helvetica" w:hAnsi="Helvetica"/>
          <w:sz w:val="20"/>
        </w:rPr>
        <w:t xml:space="preserve">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Артём </w:t>
      </w:r>
      <w:r>
        <w:rPr>
          <w:rFonts w:ascii="Helvetica" w:hAnsi="Helvetica"/>
          <w:sz w:val="18"/>
        </w:rPr>
        <w:t>напрягается, поворачивает голову в сторону окна и з</w:t>
      </w:r>
      <w:r w:rsidRPr="003D548E">
        <w:rPr>
          <w:rFonts w:ascii="Helvetica" w:hAnsi="Helvetica"/>
          <w:sz w:val="18"/>
        </w:rPr>
        <w:t xml:space="preserve">амечает </w:t>
      </w:r>
      <w:r>
        <w:rPr>
          <w:rFonts w:ascii="Helvetica" w:hAnsi="Helvetica"/>
          <w:sz w:val="18"/>
        </w:rPr>
        <w:t xml:space="preserve">чью-то проскользнувшую </w:t>
      </w:r>
      <w:r w:rsidRPr="003D548E">
        <w:rPr>
          <w:rFonts w:ascii="Helvetica" w:hAnsi="Helvetica"/>
          <w:sz w:val="18"/>
        </w:rPr>
        <w:t>тень.</w:t>
      </w:r>
      <w:r w:rsidRPr="00386E96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 xml:space="preserve">        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 w:rsidRPr="00FC1CC7">
        <w:rPr>
          <w:rFonts w:ascii="Helvetica" w:hAnsi="Helvetica"/>
          <w:sz w:val="18"/>
        </w:rPr>
        <w:t>(смотрит на свои ладони)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>
        <w:rPr>
          <w:rFonts w:ascii="Helvetica" w:hAnsi="Helvetica"/>
        </w:rPr>
        <w:t xml:space="preserve">Я даже </w:t>
      </w:r>
      <w:r w:rsidRPr="003D548E">
        <w:rPr>
          <w:rFonts w:ascii="Helvetica" w:hAnsi="Helvetica"/>
        </w:rPr>
        <w:t xml:space="preserve">не помню сколько мне лет. Адвокат показал </w:t>
      </w:r>
      <w:r>
        <w:rPr>
          <w:rFonts w:ascii="Helvetica" w:hAnsi="Helvetica"/>
        </w:rPr>
        <w:t xml:space="preserve">мне мой </w:t>
      </w:r>
      <w:r w:rsidRPr="003D548E">
        <w:rPr>
          <w:rFonts w:ascii="Helvetica" w:hAnsi="Helvetica"/>
        </w:rPr>
        <w:t>паспорт</w:t>
      </w:r>
      <w:r>
        <w:rPr>
          <w:rFonts w:ascii="Helvetica" w:hAnsi="Helvetica"/>
        </w:rPr>
        <w:t xml:space="preserve"> - </w:t>
      </w:r>
      <w:r w:rsidRPr="003D548E">
        <w:rPr>
          <w:rFonts w:ascii="Helvetica" w:hAnsi="Helvetica"/>
        </w:rPr>
        <w:t xml:space="preserve">сорок пять. А по моим ощущениям мне то ли </w:t>
      </w:r>
      <w:r>
        <w:rPr>
          <w:rFonts w:ascii="Helvetica" w:hAnsi="Helvetica"/>
        </w:rPr>
        <w:t>20</w:t>
      </w:r>
      <w:r w:rsidRPr="003D548E">
        <w:rPr>
          <w:rFonts w:ascii="Helvetica" w:hAnsi="Helvetica"/>
        </w:rPr>
        <w:t xml:space="preserve">, то ли </w:t>
      </w:r>
      <w:r>
        <w:rPr>
          <w:rFonts w:ascii="Helvetica" w:hAnsi="Helvetica"/>
        </w:rPr>
        <w:t>80</w:t>
      </w:r>
      <w:r w:rsidRPr="003D548E">
        <w:rPr>
          <w:rFonts w:ascii="Helvetica" w:hAnsi="Helvetica"/>
        </w:rPr>
        <w:t xml:space="preserve">. </w:t>
      </w:r>
      <w:r>
        <w:rPr>
          <w:rFonts w:ascii="Helvetica" w:hAnsi="Helvetica"/>
        </w:rPr>
        <w:t xml:space="preserve">У меня </w:t>
      </w:r>
      <w:r w:rsidRPr="003D548E">
        <w:rPr>
          <w:rFonts w:ascii="Helvetica" w:hAnsi="Helvetica"/>
        </w:rPr>
        <w:t>внутри как</w:t>
      </w:r>
      <w:r>
        <w:rPr>
          <w:rFonts w:ascii="Helvetica" w:hAnsi="Helvetica"/>
        </w:rPr>
        <w:t xml:space="preserve"> </w:t>
      </w:r>
      <w:r w:rsidRPr="003D548E">
        <w:rPr>
          <w:rFonts w:ascii="Helvetica" w:hAnsi="Helvetica"/>
        </w:rPr>
        <w:t xml:space="preserve">будто </w:t>
      </w:r>
      <w:r>
        <w:rPr>
          <w:rFonts w:ascii="Helvetica" w:hAnsi="Helvetica"/>
        </w:rPr>
        <w:t xml:space="preserve">время </w:t>
      </w:r>
      <w:r w:rsidRPr="003D548E">
        <w:rPr>
          <w:rFonts w:ascii="Helvetica" w:hAnsi="Helvetica"/>
        </w:rPr>
        <w:t>остановилось.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</w:t>
      </w:r>
      <w:r w:rsidRPr="003D548E">
        <w:rPr>
          <w:rFonts w:ascii="Helvetica" w:hAnsi="Helvetica"/>
          <w:sz w:val="18"/>
        </w:rPr>
        <w:t>(</w:t>
      </w:r>
      <w:r>
        <w:rPr>
          <w:rFonts w:ascii="Helvetica" w:hAnsi="Helvetica"/>
          <w:sz w:val="18"/>
        </w:rPr>
        <w:t>замирая</w:t>
      </w:r>
      <w:r w:rsidRPr="003D548E">
        <w:rPr>
          <w:rFonts w:ascii="Helvetica" w:hAnsi="Helvetica"/>
          <w:sz w:val="18"/>
        </w:rPr>
        <w:t>)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А снаружи?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>Что — снаружи?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Время идёт снаружи?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СЕРГЕЙ ВЕТРОВ. </w:t>
      </w:r>
      <w:r w:rsidRPr="003D548E">
        <w:rPr>
          <w:rFonts w:ascii="Helvetica" w:hAnsi="Helvetica"/>
        </w:rPr>
        <w:t xml:space="preserve">Идёт… Но его мало. 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</w:rPr>
        <w:t>Сколько</w:t>
      </w:r>
      <w:r w:rsidRPr="003D548E">
        <w:rPr>
          <w:rFonts w:ascii="Helvetica" w:hAnsi="Helvetica"/>
        </w:rPr>
        <w:t>?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3D548E" w:rsidRDefault="00164D26" w:rsidP="00164D26">
      <w:pPr>
        <w:jc w:val="center"/>
        <w:rPr>
          <w:rFonts w:ascii="Helvetica" w:hAnsi="Helvetica"/>
        </w:rPr>
      </w:pPr>
      <w:r w:rsidRPr="003D548E">
        <w:rPr>
          <w:rFonts w:ascii="Helvetica" w:hAnsi="Helvetica"/>
          <w:sz w:val="18"/>
        </w:rPr>
        <w:t xml:space="preserve">Ветров молчит, </w:t>
      </w:r>
      <w:r>
        <w:rPr>
          <w:rFonts w:ascii="Helvetica" w:hAnsi="Helvetica"/>
          <w:sz w:val="18"/>
        </w:rPr>
        <w:t>с</w:t>
      </w:r>
      <w:r w:rsidRPr="003D548E">
        <w:rPr>
          <w:rFonts w:ascii="Helvetica" w:hAnsi="Helvetica"/>
          <w:sz w:val="18"/>
        </w:rPr>
        <w:t xml:space="preserve">мотрит на </w:t>
      </w:r>
      <w:r>
        <w:rPr>
          <w:rFonts w:ascii="Helvetica" w:hAnsi="Helvetica"/>
          <w:sz w:val="18"/>
        </w:rPr>
        <w:t xml:space="preserve">свои </w:t>
      </w:r>
      <w:r w:rsidRPr="003D548E">
        <w:rPr>
          <w:rFonts w:ascii="Helvetica" w:hAnsi="Helvetica"/>
          <w:sz w:val="18"/>
        </w:rPr>
        <w:t>ла</w:t>
      </w:r>
      <w:r>
        <w:rPr>
          <w:rFonts w:ascii="Helvetica" w:hAnsi="Helvetica"/>
          <w:sz w:val="18"/>
        </w:rPr>
        <w:t xml:space="preserve">дони, </w:t>
      </w:r>
      <w:r w:rsidRPr="003D548E">
        <w:rPr>
          <w:rFonts w:ascii="Helvetica" w:hAnsi="Helvetica"/>
          <w:sz w:val="18"/>
        </w:rPr>
        <w:t>шевелит пальцами</w:t>
      </w:r>
      <w:r>
        <w:rPr>
          <w:rFonts w:ascii="Helvetica" w:hAnsi="Helvetica"/>
          <w:sz w:val="18"/>
        </w:rPr>
        <w:t xml:space="preserve">. 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</w:rPr>
        <w:t>Полгода. Чувствую, что скоро</w:t>
      </w:r>
      <w:r>
        <w:rPr>
          <w:rFonts w:ascii="Helvetica" w:hAnsi="Helvetica"/>
        </w:rPr>
        <w:t>..</w:t>
      </w:r>
      <w:r w:rsidRPr="003D548E">
        <w:rPr>
          <w:rFonts w:ascii="Helvetica" w:hAnsi="Helvetica"/>
        </w:rPr>
        <w:t xml:space="preserve">. </w:t>
      </w:r>
    </w:p>
    <w:p w:rsidR="00164D26" w:rsidRDefault="00164D26" w:rsidP="00164D26">
      <w:pPr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Ветров закрывает глаза</w:t>
      </w:r>
      <w:r>
        <w:rPr>
          <w:rFonts w:ascii="Helvetica" w:hAnsi="Helvetica"/>
          <w:sz w:val="18"/>
        </w:rPr>
        <w:t xml:space="preserve"> и б</w:t>
      </w:r>
      <w:r w:rsidRPr="003D548E">
        <w:rPr>
          <w:rFonts w:ascii="Helvetica" w:hAnsi="Helvetica"/>
          <w:sz w:val="18"/>
        </w:rPr>
        <w:t xml:space="preserve">лаженно улыбается. </w:t>
      </w:r>
    </w:p>
    <w:p w:rsidR="00164D26" w:rsidRPr="006D77B0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Артем судорожно трет запястье</w:t>
      </w:r>
      <w:r>
        <w:rPr>
          <w:rFonts w:ascii="Helvetica" w:hAnsi="Helvetica"/>
          <w:sz w:val="18"/>
        </w:rPr>
        <w:t>.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</w:t>
      </w:r>
      <w:r w:rsidRPr="00627565">
        <w:rPr>
          <w:rFonts w:ascii="Helvetica" w:hAnsi="Helvetica"/>
          <w:sz w:val="18"/>
        </w:rPr>
        <w:t>(резко обрывает)</w:t>
      </w:r>
      <w:r>
        <w:rPr>
          <w:rFonts w:ascii="Helvetica" w:hAnsi="Helvetica"/>
        </w:rPr>
        <w:t xml:space="preserve"> Полгода </w:t>
      </w:r>
      <w:proofErr w:type="gramStart"/>
      <w:r>
        <w:rPr>
          <w:rFonts w:ascii="Helvetica" w:hAnsi="Helvetica"/>
        </w:rPr>
        <w:t>- это</w:t>
      </w:r>
      <w:proofErr w:type="gramEnd"/>
      <w:r>
        <w:rPr>
          <w:rFonts w:ascii="Helvetica" w:hAnsi="Helvetica"/>
        </w:rPr>
        <w:t xml:space="preserve"> много. </w:t>
      </w:r>
      <w:r w:rsidRPr="003D548E">
        <w:rPr>
          <w:rFonts w:ascii="Helvetica" w:hAnsi="Helvetica"/>
        </w:rPr>
        <w:t xml:space="preserve">Ты сам сделал выбор.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 xml:space="preserve">Артём начинает быстро убирать фотографии жертв в свою папку. Руки его дрожат. Он понял всё. </w:t>
      </w:r>
    </w:p>
    <w:p w:rsidR="00164D26" w:rsidRPr="003D548E" w:rsidRDefault="00164D26" w:rsidP="00164D26">
      <w:pPr>
        <w:jc w:val="center"/>
        <w:rPr>
          <w:rFonts w:ascii="Helvetica" w:hAnsi="Helvetica"/>
        </w:rPr>
      </w:pPr>
      <w:r>
        <w:rPr>
          <w:rFonts w:ascii="Helvetica" w:hAnsi="Helvetica"/>
          <w:sz w:val="18"/>
        </w:rPr>
        <w:t>З</w:t>
      </w:r>
      <w:r w:rsidRPr="003D548E">
        <w:rPr>
          <w:rFonts w:ascii="Helvetica" w:hAnsi="Helvetica"/>
          <w:sz w:val="18"/>
        </w:rPr>
        <w:t xml:space="preserve">вук шарманки Аукциона начинает </w:t>
      </w:r>
      <w:r>
        <w:rPr>
          <w:rFonts w:ascii="Helvetica" w:hAnsi="Helvetica"/>
          <w:sz w:val="18"/>
        </w:rPr>
        <w:t xml:space="preserve">понемногу </w:t>
      </w:r>
      <w:r w:rsidRPr="003D548E">
        <w:rPr>
          <w:rFonts w:ascii="Helvetica" w:hAnsi="Helvetica"/>
          <w:sz w:val="18"/>
        </w:rPr>
        <w:t>нарастать</w:t>
      </w:r>
      <w:r>
        <w:rPr>
          <w:rFonts w:ascii="Helvetica" w:hAnsi="Helvetica"/>
          <w:sz w:val="18"/>
        </w:rPr>
        <w:t>.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20"/>
        </w:rPr>
        <w:t xml:space="preserve"> </w:t>
      </w:r>
      <w:r w:rsidRPr="003A603C">
        <w:rPr>
          <w:rFonts w:ascii="Helvetica" w:hAnsi="Helvetica"/>
          <w:sz w:val="18"/>
        </w:rPr>
        <w:t xml:space="preserve">(открывает глаза) </w:t>
      </w:r>
      <w:r w:rsidRPr="005D5A70">
        <w:rPr>
          <w:rFonts w:ascii="Helvetica" w:hAnsi="Helvetica"/>
        </w:rPr>
        <w:t>Вы</w:t>
      </w:r>
      <w:r w:rsidRPr="003D548E">
        <w:rPr>
          <w:rFonts w:ascii="Helvetica" w:hAnsi="Helvetica"/>
        </w:rPr>
        <w:t xml:space="preserve"> о чем?  </w:t>
      </w:r>
    </w:p>
    <w:p w:rsidR="00164D26" w:rsidRDefault="00164D26" w:rsidP="00164D26">
      <w:pPr>
        <w:rPr>
          <w:rFonts w:ascii="Helvetica" w:hAnsi="Helvetica"/>
          <w:sz w:val="18"/>
        </w:rPr>
      </w:pPr>
    </w:p>
    <w:p w:rsidR="00164D26" w:rsidRPr="003D548E" w:rsidRDefault="00164D26" w:rsidP="00164D26">
      <w:pPr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</w:rPr>
        <w:t xml:space="preserve">Допрос окончен. </w:t>
      </w:r>
    </w:p>
    <w:p w:rsidR="00164D26" w:rsidRDefault="00164D26" w:rsidP="00164D26">
      <w:pPr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СЕРГЕЙ ВЕТРОВ.</w:t>
      </w:r>
      <w:r w:rsidRPr="003D548E">
        <w:rPr>
          <w:rFonts w:ascii="Helvetica" w:hAnsi="Helvetica"/>
          <w:sz w:val="20"/>
        </w:rPr>
        <w:t xml:space="preserve"> </w:t>
      </w:r>
      <w:r w:rsidRPr="003D548E">
        <w:rPr>
          <w:rFonts w:ascii="Helvetica" w:hAnsi="Helvetica"/>
          <w:sz w:val="18"/>
        </w:rPr>
        <w:t>(поднимает глаза на Артёма</w:t>
      </w:r>
      <w:proofErr w:type="gramStart"/>
      <w:r w:rsidRPr="003D548E">
        <w:rPr>
          <w:rFonts w:ascii="Helvetica" w:hAnsi="Helvetica"/>
          <w:sz w:val="18"/>
        </w:rPr>
        <w:t>)</w:t>
      </w:r>
      <w:proofErr w:type="gramEnd"/>
      <w:r w:rsidRPr="003D548E">
        <w:rPr>
          <w:rFonts w:ascii="Helvetica" w:hAnsi="Helvetica"/>
          <w:sz w:val="18"/>
        </w:rPr>
        <w:t xml:space="preserve"> </w:t>
      </w:r>
      <w:r w:rsidRPr="007860EF">
        <w:rPr>
          <w:rFonts w:ascii="Helvetica" w:hAnsi="Helvetica"/>
        </w:rPr>
        <w:t>А</w:t>
      </w:r>
      <w:r w:rsidRPr="003D548E">
        <w:rPr>
          <w:rFonts w:ascii="Helvetica" w:hAnsi="Helvetica"/>
        </w:rPr>
        <w:t xml:space="preserve"> протокол подписывать?</w:t>
      </w:r>
    </w:p>
    <w:p w:rsidR="00164D26" w:rsidRDefault="00164D26" w:rsidP="00164D26">
      <w:pPr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АРТЁМ.</w:t>
      </w:r>
      <w:r w:rsidRPr="003D548E">
        <w:rPr>
          <w:rFonts w:ascii="Helvetica" w:hAnsi="Helvetica"/>
        </w:rPr>
        <w:t xml:space="preserve"> Обойдешься.</w:t>
      </w:r>
    </w:p>
    <w:p w:rsidR="00164D26" w:rsidRPr="003D548E" w:rsidRDefault="00164D26" w:rsidP="00164D26">
      <w:pPr>
        <w:rPr>
          <w:rFonts w:ascii="Helvetica" w:hAnsi="Helvetica"/>
        </w:rPr>
      </w:pPr>
    </w:p>
    <w:p w:rsidR="00164D26" w:rsidRPr="003D548E" w:rsidRDefault="00164D26" w:rsidP="00164D26">
      <w:pPr>
        <w:jc w:val="center"/>
        <w:rPr>
          <w:rFonts w:ascii="Helvetica" w:hAnsi="Helvetica"/>
        </w:rPr>
      </w:pPr>
      <w:r>
        <w:rPr>
          <w:rFonts w:ascii="Helvetica" w:hAnsi="Helvetica"/>
          <w:sz w:val="18"/>
        </w:rPr>
        <w:t>З</w:t>
      </w:r>
      <w:r w:rsidRPr="003D548E">
        <w:rPr>
          <w:rFonts w:ascii="Helvetica" w:hAnsi="Helvetica"/>
          <w:sz w:val="18"/>
        </w:rPr>
        <w:t xml:space="preserve">вук шарманки Аукциона </w:t>
      </w:r>
      <w:r>
        <w:rPr>
          <w:rFonts w:ascii="Helvetica" w:hAnsi="Helvetica"/>
          <w:sz w:val="18"/>
        </w:rPr>
        <w:t xml:space="preserve">начинает греметь на сцене. </w:t>
      </w:r>
      <w:r w:rsidRPr="003D548E">
        <w:rPr>
          <w:rFonts w:ascii="Helvetica" w:hAnsi="Helvetica"/>
          <w:sz w:val="18"/>
        </w:rPr>
        <w:t>Артём достает пистолет из своего портфеля и направляет его на Ветрова</w:t>
      </w:r>
      <w:r>
        <w:rPr>
          <w:rFonts w:ascii="Helvetica" w:hAnsi="Helvetica"/>
          <w:sz w:val="18"/>
        </w:rPr>
        <w:t xml:space="preserve"> в упор</w:t>
      </w:r>
      <w:r w:rsidRPr="003D548E">
        <w:rPr>
          <w:rFonts w:ascii="Helvetica" w:hAnsi="Helvetica"/>
          <w:sz w:val="18"/>
        </w:rPr>
        <w:t>.</w:t>
      </w:r>
      <w:r>
        <w:rPr>
          <w:rFonts w:ascii="Helvetica" w:hAnsi="Helvetica"/>
          <w:sz w:val="18"/>
        </w:rPr>
        <w:t xml:space="preserve"> Музыка шарманки фоном.</w:t>
      </w:r>
    </w:p>
    <w:p w:rsidR="00164D26" w:rsidRDefault="00164D26" w:rsidP="00164D26">
      <w:pPr>
        <w:jc w:val="both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АРТЁМ</w:t>
      </w:r>
      <w:r w:rsidRPr="00081E7D">
        <w:rPr>
          <w:rFonts w:ascii="Helvetica" w:hAnsi="Helvetica"/>
          <w:sz w:val="18"/>
        </w:rPr>
        <w:t>.</w:t>
      </w:r>
      <w:r>
        <w:rPr>
          <w:rFonts w:ascii="Helvetica" w:hAnsi="Helvetica"/>
          <w:sz w:val="18"/>
        </w:rPr>
        <w:t xml:space="preserve"> </w:t>
      </w:r>
      <w:r w:rsidRPr="00081E7D">
        <w:rPr>
          <w:rFonts w:ascii="Helvetica" w:hAnsi="Helvetica"/>
          <w:sz w:val="18"/>
        </w:rPr>
        <w:t>(жестко)</w:t>
      </w:r>
      <w:r>
        <w:rPr>
          <w:rFonts w:ascii="Helvetica" w:eastAsiaTheme="majorEastAsia" w:hAnsi="Helvetica" w:cstheme="majorHAnsi"/>
          <w:caps/>
          <w:color w:val="000000" w:themeColor="text1"/>
          <w:spacing w:val="48"/>
        </w:rPr>
        <w:t xml:space="preserve"> </w:t>
      </w:r>
      <w:r>
        <w:rPr>
          <w:rFonts w:ascii="Helvetica" w:hAnsi="Helvetica"/>
        </w:rPr>
        <w:t>Д</w:t>
      </w:r>
      <w:r w:rsidRPr="003D548E">
        <w:rPr>
          <w:rFonts w:ascii="Helvetica" w:hAnsi="Helvetica"/>
        </w:rPr>
        <w:t xml:space="preserve">ля тебя </w:t>
      </w:r>
      <w:r>
        <w:rPr>
          <w:rFonts w:ascii="Helvetica" w:hAnsi="Helvetica"/>
        </w:rPr>
        <w:t>отсюда в</w:t>
      </w:r>
      <w:r w:rsidRPr="003D548E">
        <w:rPr>
          <w:rFonts w:ascii="Helvetica" w:hAnsi="Helvetica"/>
        </w:rPr>
        <w:t>ыхода нет</w:t>
      </w:r>
      <w:r>
        <w:rPr>
          <w:rFonts w:ascii="Helvetica" w:hAnsi="Helvetica"/>
        </w:rPr>
        <w:t xml:space="preserve"> - </w:t>
      </w:r>
      <w:r w:rsidRPr="003D548E">
        <w:rPr>
          <w:rFonts w:ascii="Helvetica" w:hAnsi="Helvetica"/>
        </w:rPr>
        <w:t xml:space="preserve">есть только вход.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 w:rsidRPr="003D548E">
        <w:rPr>
          <w:rFonts w:ascii="Helvetica" w:hAnsi="Helvetica"/>
          <w:sz w:val="18"/>
        </w:rPr>
        <w:t>Сергей Ветров, выпучив глаза, смотрит на Артема</w:t>
      </w:r>
      <w:r>
        <w:rPr>
          <w:rFonts w:ascii="Helvetica" w:hAnsi="Helvetica"/>
          <w:sz w:val="18"/>
        </w:rPr>
        <w:t xml:space="preserve">. 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З</w:t>
      </w:r>
      <w:r w:rsidRPr="003D548E">
        <w:rPr>
          <w:rFonts w:ascii="Helvetica" w:hAnsi="Helvetica"/>
          <w:sz w:val="18"/>
        </w:rPr>
        <w:t>вук шарманки</w:t>
      </w:r>
      <w:r>
        <w:rPr>
          <w:rFonts w:ascii="Helvetica" w:hAnsi="Helvetica"/>
          <w:sz w:val="18"/>
        </w:rPr>
        <w:t xml:space="preserve"> гремит на сцене.</w:t>
      </w:r>
      <w:r w:rsidRPr="006352E2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 xml:space="preserve">Сцена </w:t>
      </w:r>
      <w:r w:rsidRPr="003D548E">
        <w:rPr>
          <w:rFonts w:ascii="Helvetica" w:hAnsi="Helvetica"/>
          <w:sz w:val="18"/>
        </w:rPr>
        <w:t>замира</w:t>
      </w:r>
      <w:r>
        <w:rPr>
          <w:rFonts w:ascii="Helvetica" w:hAnsi="Helvetica"/>
          <w:sz w:val="18"/>
        </w:rPr>
        <w:t>ет на 5 секунд.</w:t>
      </w: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411982" w:rsidRDefault="00164D26" w:rsidP="00164D26">
      <w:pPr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Затем с</w:t>
      </w:r>
      <w:r w:rsidRPr="003D548E">
        <w:rPr>
          <w:rFonts w:ascii="Helvetica" w:hAnsi="Helvetica"/>
          <w:sz w:val="18"/>
        </w:rPr>
        <w:t>вет мгновенно гаснет</w:t>
      </w:r>
      <w:r>
        <w:rPr>
          <w:rFonts w:ascii="Helvetica" w:hAnsi="Helvetica"/>
          <w:sz w:val="18"/>
        </w:rPr>
        <w:t>. Полная темнота. Звук шарманки обрывается и р</w:t>
      </w:r>
      <w:r w:rsidRPr="003D548E">
        <w:rPr>
          <w:rFonts w:ascii="Helvetica" w:hAnsi="Helvetica"/>
          <w:sz w:val="18"/>
        </w:rPr>
        <w:t xml:space="preserve">аздается звук выстрела. </w:t>
      </w:r>
      <w:r>
        <w:rPr>
          <w:rFonts w:ascii="Helvetica" w:hAnsi="Helvetica"/>
          <w:sz w:val="18"/>
        </w:rPr>
        <w:t xml:space="preserve">Тишина 5 сек.  </w:t>
      </w:r>
      <w:r w:rsidRPr="003D548E">
        <w:rPr>
          <w:rFonts w:ascii="Helvetica" w:hAnsi="Helvetica"/>
          <w:sz w:val="18"/>
        </w:rPr>
        <w:t>Сверху, из динамиков</w:t>
      </w:r>
      <w:r>
        <w:rPr>
          <w:rFonts w:ascii="Helvetica" w:hAnsi="Helvetica"/>
          <w:sz w:val="18"/>
        </w:rPr>
        <w:t xml:space="preserve"> - </w:t>
      </w:r>
      <w:r w:rsidRPr="003D548E">
        <w:rPr>
          <w:rFonts w:ascii="Helvetica" w:hAnsi="Helvetica"/>
          <w:sz w:val="18"/>
        </w:rPr>
        <w:t xml:space="preserve">голос АГРЕГАТОРА АУКЦИОНА. </w:t>
      </w:r>
      <w:r w:rsidRPr="003D548E">
        <w:rPr>
          <w:rFonts w:ascii="Helvetica" w:hAnsi="Helvetica"/>
          <w:sz w:val="20"/>
        </w:rPr>
        <w:br/>
      </w:r>
    </w:p>
    <w:p w:rsidR="00164D26" w:rsidRDefault="00164D26" w:rsidP="00164D26">
      <w:pPr>
        <w:jc w:val="both"/>
        <w:rPr>
          <w:rFonts w:ascii="Helvetica" w:hAnsi="Helvetica"/>
        </w:rPr>
      </w:pPr>
      <w:r w:rsidRPr="00B532E8">
        <w:rPr>
          <w:rFonts w:ascii="Helvetica" w:eastAsiaTheme="majorEastAsia" w:hAnsi="Helvetica" w:cstheme="majorHAnsi"/>
          <w:caps/>
          <w:color w:val="000000" w:themeColor="text1"/>
          <w:spacing w:val="48"/>
        </w:rPr>
        <w:t>ГОЛОС АГРЕГАТОРА.</w:t>
      </w:r>
      <w:r w:rsidRPr="003D548E">
        <w:rPr>
          <w:rFonts w:ascii="Helvetica" w:hAnsi="Helvetica"/>
        </w:rPr>
        <w:t xml:space="preserve"> Тишина на торгах! Итак</w:t>
      </w:r>
      <w:r>
        <w:rPr>
          <w:rFonts w:ascii="Helvetica" w:hAnsi="Helvetica"/>
        </w:rPr>
        <w:t>, у</w:t>
      </w:r>
      <w:r w:rsidRPr="003D548E">
        <w:rPr>
          <w:rFonts w:ascii="Helvetica" w:hAnsi="Helvetica"/>
        </w:rPr>
        <w:t xml:space="preserve"> нас </w:t>
      </w:r>
      <w:r>
        <w:rPr>
          <w:rFonts w:ascii="Helvetica" w:hAnsi="Helvetica"/>
        </w:rPr>
        <w:t>новый</w:t>
      </w:r>
      <w:r w:rsidRPr="003D548E">
        <w:rPr>
          <w:rFonts w:ascii="Helvetica" w:hAnsi="Helvetica"/>
        </w:rPr>
        <w:t xml:space="preserve"> участник</w:t>
      </w:r>
      <w:r>
        <w:rPr>
          <w:rFonts w:ascii="Helvetica" w:hAnsi="Helvetica"/>
        </w:rPr>
        <w:t>!</w:t>
      </w:r>
      <w:r w:rsidRPr="003D548E">
        <w:rPr>
          <w:rFonts w:ascii="Helvetica" w:hAnsi="Helvetica"/>
        </w:rPr>
        <w:t xml:space="preserve"> </w:t>
      </w:r>
    </w:p>
    <w:p w:rsidR="00164D26" w:rsidRDefault="00164D26" w:rsidP="00164D26">
      <w:pPr>
        <w:jc w:val="both"/>
        <w:rPr>
          <w:rFonts w:ascii="Helvetica" w:hAnsi="Helvetica"/>
        </w:rPr>
      </w:pPr>
      <w:r>
        <w:rPr>
          <w:rFonts w:ascii="Helvetica" w:hAnsi="Helvetica"/>
        </w:rPr>
        <w:t>Добро пожаловать, в</w:t>
      </w:r>
      <w:r w:rsidRPr="003D548E">
        <w:rPr>
          <w:rFonts w:ascii="Helvetica" w:hAnsi="Helvetica"/>
        </w:rPr>
        <w:t>аш счёт открыт</w:t>
      </w:r>
      <w:r>
        <w:rPr>
          <w:rFonts w:ascii="Helvetica" w:hAnsi="Helvetica"/>
        </w:rPr>
        <w:t>. Приступайте к просмотру лотов.</w:t>
      </w:r>
    </w:p>
    <w:p w:rsidR="00164D26" w:rsidRDefault="00164D26" w:rsidP="00164D26">
      <w:pPr>
        <w:rPr>
          <w:rFonts w:ascii="Helvetica" w:hAnsi="Helvetica"/>
        </w:rPr>
      </w:pPr>
    </w:p>
    <w:p w:rsidR="00164D26" w:rsidRDefault="00164D26" w:rsidP="00164D26">
      <w:pPr>
        <w:contextualSpacing/>
        <w:jc w:val="both"/>
        <w:rPr>
          <w:rFonts w:ascii="Helvetica" w:hAnsi="Helvetica"/>
          <w:sz w:val="18"/>
        </w:rPr>
      </w:pPr>
      <w:r w:rsidRPr="00A35883">
        <w:rPr>
          <w:rFonts w:ascii="Helvetica" w:hAnsi="Helvetica"/>
          <w:sz w:val="18"/>
        </w:rPr>
        <w:t>Раздаётся резкий удар — звон железа о железо. С</w:t>
      </w:r>
      <w:r>
        <w:rPr>
          <w:rFonts w:ascii="Helvetica" w:hAnsi="Helvetica"/>
          <w:sz w:val="18"/>
        </w:rPr>
        <w:t xml:space="preserve">вет </w:t>
      </w:r>
      <w:r w:rsidRPr="00A35883">
        <w:rPr>
          <w:rFonts w:ascii="Helvetica" w:hAnsi="Helvetica"/>
          <w:sz w:val="18"/>
        </w:rPr>
        <w:t>га</w:t>
      </w:r>
      <w:r>
        <w:rPr>
          <w:rFonts w:ascii="Helvetica" w:hAnsi="Helvetica"/>
          <w:sz w:val="18"/>
        </w:rPr>
        <w:t xml:space="preserve">снет и </w:t>
      </w:r>
      <w:r w:rsidRPr="00A35883">
        <w:rPr>
          <w:rFonts w:ascii="Helvetica" w:hAnsi="Helvetica"/>
          <w:sz w:val="18"/>
        </w:rPr>
        <w:t xml:space="preserve">вспыхивает на авансцене. В луче прожектора сидит </w:t>
      </w:r>
      <w:r>
        <w:rPr>
          <w:rFonts w:ascii="Helvetica" w:hAnsi="Helvetica"/>
          <w:sz w:val="18"/>
        </w:rPr>
        <w:t>на корточках С</w:t>
      </w:r>
      <w:r w:rsidRPr="00A35883">
        <w:rPr>
          <w:rFonts w:ascii="Helvetica" w:hAnsi="Helvetica"/>
          <w:sz w:val="18"/>
        </w:rPr>
        <w:t>лепой мальчик</w:t>
      </w:r>
      <w:r>
        <w:rPr>
          <w:rFonts w:ascii="Helvetica" w:hAnsi="Helvetica"/>
          <w:sz w:val="18"/>
        </w:rPr>
        <w:t xml:space="preserve"> </w:t>
      </w:r>
      <w:r w:rsidRPr="003D548E">
        <w:rPr>
          <w:rFonts w:ascii="Helvetica" w:hAnsi="Helvetica"/>
          <w:sz w:val="18"/>
        </w:rPr>
        <w:t>в черных очках</w:t>
      </w:r>
      <w:r w:rsidRPr="00A35883">
        <w:rPr>
          <w:rFonts w:ascii="Helvetica" w:hAnsi="Helvetica"/>
          <w:sz w:val="18"/>
        </w:rPr>
        <w:t xml:space="preserve">. </w:t>
      </w:r>
      <w:r>
        <w:rPr>
          <w:rFonts w:ascii="Helvetica" w:hAnsi="Helvetica"/>
          <w:sz w:val="18"/>
        </w:rPr>
        <w:t>На полу о</w:t>
      </w:r>
      <w:r w:rsidRPr="00A35883">
        <w:rPr>
          <w:rFonts w:ascii="Helvetica" w:hAnsi="Helvetica"/>
          <w:sz w:val="18"/>
        </w:rPr>
        <w:t xml:space="preserve">н </w:t>
      </w:r>
      <w:r>
        <w:rPr>
          <w:rFonts w:ascii="Helvetica" w:hAnsi="Helvetica"/>
          <w:sz w:val="18"/>
        </w:rPr>
        <w:t>вы</w:t>
      </w:r>
      <w:r w:rsidRPr="00A35883">
        <w:rPr>
          <w:rFonts w:ascii="Helvetica" w:hAnsi="Helvetica"/>
          <w:sz w:val="18"/>
        </w:rPr>
        <w:t xml:space="preserve">водит пальцем </w:t>
      </w:r>
      <w:r>
        <w:rPr>
          <w:rFonts w:ascii="Helvetica" w:hAnsi="Helvetica"/>
          <w:sz w:val="18"/>
        </w:rPr>
        <w:t>в воздухе рисунок</w:t>
      </w:r>
      <w:r w:rsidRPr="00A35883">
        <w:rPr>
          <w:rFonts w:ascii="Helvetica" w:hAnsi="Helvetica"/>
          <w:sz w:val="18"/>
        </w:rPr>
        <w:t xml:space="preserve">: </w:t>
      </w:r>
      <w:r>
        <w:rPr>
          <w:rFonts w:ascii="Helvetica" w:hAnsi="Helvetica"/>
          <w:sz w:val="18"/>
        </w:rPr>
        <w:t>круг, з</w:t>
      </w:r>
      <w:r w:rsidRPr="00DD5315">
        <w:rPr>
          <w:rFonts w:ascii="Helvetica" w:hAnsi="Helvetica"/>
          <w:sz w:val="18"/>
        </w:rPr>
        <w:t>амык</w:t>
      </w:r>
      <w:r>
        <w:rPr>
          <w:rFonts w:ascii="Helvetica" w:hAnsi="Helvetica"/>
          <w:sz w:val="18"/>
        </w:rPr>
        <w:t xml:space="preserve">ает </w:t>
      </w:r>
      <w:r w:rsidRPr="00DD5315">
        <w:rPr>
          <w:rFonts w:ascii="Helvetica" w:hAnsi="Helvetica"/>
          <w:sz w:val="18"/>
        </w:rPr>
        <w:t>его</w:t>
      </w:r>
      <w:r>
        <w:rPr>
          <w:rFonts w:ascii="Helvetica" w:hAnsi="Helvetica"/>
          <w:sz w:val="18"/>
        </w:rPr>
        <w:t xml:space="preserve"> и </w:t>
      </w:r>
      <w:r w:rsidRPr="00DD5315">
        <w:rPr>
          <w:rFonts w:ascii="Helvetica" w:hAnsi="Helvetica"/>
          <w:sz w:val="18"/>
        </w:rPr>
        <w:t>проводит линию из центра</w:t>
      </w:r>
      <w:r>
        <w:rPr>
          <w:rFonts w:ascii="Helvetica" w:hAnsi="Helvetica"/>
          <w:sz w:val="18"/>
        </w:rPr>
        <w:t xml:space="preserve"> круга</w:t>
      </w:r>
      <w:r w:rsidRPr="00DD5315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>вверх, за его пределы. Он рисует одно и то же, снова и снова, пока читает текст. Музыка гимна становится тише, фоном.</w:t>
      </w:r>
    </w:p>
    <w:p w:rsidR="00164D26" w:rsidRPr="00A35883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3D548E" w:rsidRDefault="00164D26" w:rsidP="00164D26">
      <w:pPr>
        <w:jc w:val="both"/>
        <w:rPr>
          <w:rFonts w:ascii="Helvetica" w:hAnsi="Helvetica"/>
        </w:rPr>
      </w:pP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  <w:r w:rsidRPr="00EC00F5">
        <w:rPr>
          <w:rFonts w:ascii="Helvetica" w:eastAsiaTheme="majorEastAsia" w:hAnsi="Helvetica" w:cstheme="majorHAnsi"/>
          <w:caps/>
          <w:color w:val="000000" w:themeColor="text1"/>
          <w:spacing w:val="48"/>
        </w:rPr>
        <w:lastRenderedPageBreak/>
        <w:t xml:space="preserve">СЛЕПОЙ МАЛЬЧИК. </w:t>
      </w:r>
      <w:r w:rsidRPr="003D548E">
        <w:rPr>
          <w:rFonts w:ascii="Helvetica" w:hAnsi="Helvetica"/>
          <w:sz w:val="18"/>
        </w:rPr>
        <w:t>(напевает речитативом)</w:t>
      </w:r>
      <w:r w:rsidRPr="003D548E">
        <w:rPr>
          <w:rFonts w:ascii="Helvetica" w:hAnsi="Helvetica"/>
          <w:sz w:val="18"/>
        </w:rPr>
        <w:br/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  <w:r w:rsidRPr="00DF031C">
        <w:rPr>
          <w:rFonts w:ascii="Helvetica" w:hAnsi="Helvetica"/>
        </w:rPr>
        <w:t>Не слушай мир — он вечно врёт.</w:t>
      </w:r>
      <w:r w:rsidRPr="00DF031C">
        <w:rPr>
          <w:rFonts w:ascii="Helvetica" w:hAnsi="Helvetica"/>
        </w:rPr>
        <w:br/>
        <w:t>Себя услышь — и мир придёт.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  <w:r w:rsidRPr="003D548E">
        <w:rPr>
          <w:rFonts w:ascii="Helvetica" w:hAnsi="Helvetica"/>
        </w:rPr>
        <w:t xml:space="preserve">Начни с дороги чистой!  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</w:p>
    <w:p w:rsidR="00164D26" w:rsidRPr="008178B0" w:rsidRDefault="00164D26" w:rsidP="00164D26">
      <w:pPr>
        <w:spacing w:before="100" w:beforeAutospacing="1" w:after="100" w:afterAutospacing="1"/>
        <w:contextualSpacing/>
        <w:rPr>
          <w:rFonts w:ascii="Helvetica" w:hAnsi="Helvetica"/>
          <w:sz w:val="18"/>
        </w:rPr>
      </w:pPr>
      <w:r w:rsidRPr="003D548E">
        <w:rPr>
          <w:rFonts w:ascii="Helvetica" w:hAnsi="Helvetica"/>
        </w:rPr>
        <w:t>Но помни: Аукцион живёт,</w:t>
      </w:r>
      <w:r w:rsidRPr="003D548E">
        <w:rPr>
          <w:rFonts w:ascii="Helvetica" w:hAnsi="Helvetica"/>
        </w:rPr>
        <w:br/>
        <w:t>покуда каждый день с утра</w:t>
      </w:r>
      <w:r w:rsidRPr="003D548E">
        <w:rPr>
          <w:rFonts w:ascii="Helvetica" w:hAnsi="Helvetica"/>
        </w:rPr>
        <w:br/>
        <w:t>встаёшь ты с мыслью острой:</w:t>
      </w:r>
      <w:r w:rsidRPr="003D548E">
        <w:rPr>
          <w:rFonts w:ascii="Helvetica" w:hAnsi="Helvetica"/>
        </w:rPr>
        <w:br/>
        <w:t>«А что сегодня выбрал я?»</w:t>
      </w:r>
      <w:r>
        <w:rPr>
          <w:rFonts w:ascii="Helvetica" w:hAnsi="Helvetica"/>
        </w:rPr>
        <w:t xml:space="preserve"> </w:t>
      </w:r>
      <w:r w:rsidRPr="008178B0">
        <w:rPr>
          <w:rFonts w:ascii="Helvetica" w:hAnsi="Helvetica"/>
          <w:sz w:val="18"/>
        </w:rPr>
        <w:t>(смотрит в зал)</w:t>
      </w:r>
    </w:p>
    <w:p w:rsidR="00164D26" w:rsidRDefault="00164D26" w:rsidP="00164D26">
      <w:pPr>
        <w:spacing w:before="100" w:beforeAutospacing="1" w:after="100" w:afterAutospacing="1"/>
        <w:contextualSpacing/>
        <w:rPr>
          <w:rFonts w:ascii="Helvetica" w:hAnsi="Helvetica"/>
        </w:rPr>
      </w:pPr>
    </w:p>
    <w:p w:rsidR="00164D26" w:rsidRDefault="00164D26" w:rsidP="00164D26">
      <w:pPr>
        <w:jc w:val="center"/>
        <w:rPr>
          <w:rFonts w:ascii="Helvetica" w:hAnsi="Helvetica"/>
          <w:sz w:val="18"/>
        </w:rPr>
      </w:pPr>
    </w:p>
    <w:p w:rsidR="00164D26" w:rsidRPr="00CF66E2" w:rsidRDefault="00164D26" w:rsidP="00164D26">
      <w:pPr>
        <w:jc w:val="center"/>
        <w:rPr>
          <w:rFonts w:ascii="Helvetica" w:hAnsi="Helvetica"/>
          <w:sz w:val="18"/>
        </w:rPr>
      </w:pPr>
      <w:r w:rsidRPr="00B863A0">
        <w:rPr>
          <w:rFonts w:ascii="Helvetica" w:hAnsi="Helvetica"/>
          <w:sz w:val="18"/>
        </w:rPr>
        <w:t>Свет на сцене резко гаснет. Полная темнота</w:t>
      </w:r>
    </w:p>
    <w:p w:rsidR="00164D26" w:rsidRDefault="00164D26" w:rsidP="00164D26">
      <w:pPr>
        <w:spacing w:before="480"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Default="00164D26" w:rsidP="00164D26">
      <w:pPr>
        <w:spacing w:before="480"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</w:p>
    <w:p w:rsidR="00164D26" w:rsidRPr="009D2872" w:rsidRDefault="00164D26" w:rsidP="00164D26">
      <w:pPr>
        <w:spacing w:before="480"/>
        <w:jc w:val="center"/>
        <w:rPr>
          <w:rFonts w:ascii="Helvetica" w:eastAsiaTheme="majorEastAsia" w:hAnsi="Helvetica" w:cstheme="majorHAnsi"/>
          <w:caps/>
          <w:color w:val="000000" w:themeColor="text1"/>
          <w:spacing w:val="48"/>
        </w:rPr>
      </w:pPr>
      <w:r w:rsidRPr="009A5677">
        <w:rPr>
          <w:rFonts w:ascii="Helvetica" w:eastAsiaTheme="majorEastAsia" w:hAnsi="Helvetica" w:cstheme="majorHAnsi"/>
          <w:caps/>
          <w:color w:val="000000" w:themeColor="text1"/>
          <w:spacing w:val="48"/>
        </w:rPr>
        <w:t>Конец пьесы.</w:t>
      </w:r>
    </w:p>
    <w:p w:rsidR="00164D26" w:rsidRDefault="00164D26" w:rsidP="00164D26">
      <w:pPr>
        <w:spacing w:before="480"/>
        <w:rPr>
          <w:rFonts w:ascii="Helvetica" w:hAnsi="Helvetica"/>
          <w:b/>
          <w:bCs/>
        </w:rPr>
      </w:pPr>
    </w:p>
    <w:p w:rsidR="00746237" w:rsidRDefault="00746237"/>
    <w:sectPr w:rsidR="00746237" w:rsidSect="001C0108">
      <w:footerReference w:type="even" r:id="rId7"/>
      <w:footerReference w:type="default" r:id="rId8"/>
      <w:pgSz w:w="12240" w:h="15840"/>
      <w:pgMar w:top="1440" w:right="1084" w:bottom="1440" w:left="165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63E3" w:rsidRDefault="00CB63E3">
      <w:r>
        <w:separator/>
      </w:r>
    </w:p>
  </w:endnote>
  <w:endnote w:type="continuationSeparator" w:id="0">
    <w:p w:rsidR="00CB63E3" w:rsidRDefault="00CB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9"/>
      </w:rPr>
      <w:id w:val="1092748758"/>
      <w:docPartObj>
        <w:docPartGallery w:val="Page Numbers (Bottom of Page)"/>
        <w:docPartUnique/>
      </w:docPartObj>
    </w:sdtPr>
    <w:sdtContent>
      <w:p w:rsidR="009E13F7" w:rsidRDefault="00000000" w:rsidP="00AB2261">
        <w:pPr>
          <w:pStyle w:val="a7"/>
          <w:framePr w:wrap="none" w:vAnchor="text" w:hAnchor="margin" w:xAlign="right" w:y="1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end"/>
        </w:r>
      </w:p>
    </w:sdtContent>
  </w:sdt>
  <w:p w:rsidR="009E13F7" w:rsidRDefault="009E13F7" w:rsidP="002F089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9"/>
      </w:rPr>
      <w:id w:val="-61495344"/>
      <w:docPartObj>
        <w:docPartGallery w:val="Page Numbers (Bottom of Page)"/>
        <w:docPartUnique/>
      </w:docPartObj>
    </w:sdtPr>
    <w:sdtContent>
      <w:p w:rsidR="009E13F7" w:rsidRDefault="00000000" w:rsidP="00AB2261">
        <w:pPr>
          <w:pStyle w:val="a7"/>
          <w:framePr w:wrap="none" w:vAnchor="text" w:hAnchor="margin" w:xAlign="right" w:y="1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separate"/>
        </w:r>
        <w:r>
          <w:rPr>
            <w:rStyle w:val="aff9"/>
            <w:noProof/>
          </w:rPr>
          <w:t>1</w:t>
        </w:r>
        <w:r>
          <w:rPr>
            <w:rStyle w:val="aff9"/>
          </w:rPr>
          <w:fldChar w:fldCharType="end"/>
        </w:r>
      </w:p>
    </w:sdtContent>
  </w:sdt>
  <w:p w:rsidR="009E13F7" w:rsidRDefault="009E13F7" w:rsidP="002F089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63E3" w:rsidRDefault="00CB63E3">
      <w:r>
        <w:separator/>
      </w:r>
    </w:p>
  </w:footnote>
  <w:footnote w:type="continuationSeparator" w:id="0">
    <w:p w:rsidR="00CB63E3" w:rsidRDefault="00CB6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A64D95"/>
    <w:multiLevelType w:val="hybridMultilevel"/>
    <w:tmpl w:val="04EE5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71A63"/>
    <w:multiLevelType w:val="multilevel"/>
    <w:tmpl w:val="DE12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BA3AD6"/>
    <w:multiLevelType w:val="multilevel"/>
    <w:tmpl w:val="C30E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050955">
    <w:abstractNumId w:val="8"/>
  </w:num>
  <w:num w:numId="2" w16cid:durableId="1996756093">
    <w:abstractNumId w:val="6"/>
  </w:num>
  <w:num w:numId="3" w16cid:durableId="163477874">
    <w:abstractNumId w:val="5"/>
  </w:num>
  <w:num w:numId="4" w16cid:durableId="1790928635">
    <w:abstractNumId w:val="4"/>
  </w:num>
  <w:num w:numId="5" w16cid:durableId="1191182996">
    <w:abstractNumId w:val="7"/>
  </w:num>
  <w:num w:numId="6" w16cid:durableId="2075813750">
    <w:abstractNumId w:val="3"/>
  </w:num>
  <w:num w:numId="7" w16cid:durableId="1333801491">
    <w:abstractNumId w:val="2"/>
  </w:num>
  <w:num w:numId="8" w16cid:durableId="1365398215">
    <w:abstractNumId w:val="1"/>
  </w:num>
  <w:num w:numId="9" w16cid:durableId="1798991173">
    <w:abstractNumId w:val="0"/>
  </w:num>
  <w:num w:numId="10" w16cid:durableId="1517621383">
    <w:abstractNumId w:val="11"/>
  </w:num>
  <w:num w:numId="11" w16cid:durableId="688336741">
    <w:abstractNumId w:val="10"/>
  </w:num>
  <w:num w:numId="12" w16cid:durableId="20011564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26"/>
    <w:rsid w:val="00164D26"/>
    <w:rsid w:val="00746237"/>
    <w:rsid w:val="008D2960"/>
    <w:rsid w:val="00901246"/>
    <w:rsid w:val="009E13F7"/>
    <w:rsid w:val="00CB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F39FC7F-7315-3646-8612-DA7959F0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64D26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164D2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164D2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164D2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64D2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164D26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64D26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64D26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64D26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US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64D26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164D26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2">
    <w:name w:val="Заголовок 2 Знак"/>
    <w:basedOn w:val="a2"/>
    <w:link w:val="21"/>
    <w:uiPriority w:val="9"/>
    <w:rsid w:val="00164D26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2">
    <w:name w:val="Заголовок 3 Знак"/>
    <w:basedOn w:val="a2"/>
    <w:link w:val="31"/>
    <w:uiPriority w:val="9"/>
    <w:rsid w:val="00164D26"/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szCs w:val="22"/>
      <w:lang w:val="en-US"/>
      <w14:ligatures w14:val="none"/>
    </w:rPr>
  </w:style>
  <w:style w:type="character" w:customStyle="1" w:styleId="40">
    <w:name w:val="Заголовок 4 Знак"/>
    <w:basedOn w:val="a2"/>
    <w:link w:val="4"/>
    <w:uiPriority w:val="9"/>
    <w:semiHidden/>
    <w:rsid w:val="00164D26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2"/>
      <w:szCs w:val="22"/>
      <w:lang w:val="en-US"/>
      <w14:ligatures w14:val="none"/>
    </w:rPr>
  </w:style>
  <w:style w:type="character" w:customStyle="1" w:styleId="50">
    <w:name w:val="Заголовок 5 Знак"/>
    <w:basedOn w:val="a2"/>
    <w:link w:val="5"/>
    <w:uiPriority w:val="9"/>
    <w:semiHidden/>
    <w:rsid w:val="00164D26"/>
    <w:rPr>
      <w:rFonts w:asciiTheme="majorHAnsi" w:eastAsiaTheme="majorEastAsia" w:hAnsiTheme="majorHAnsi" w:cstheme="majorBidi"/>
      <w:color w:val="1F3763" w:themeColor="accent1" w:themeShade="7F"/>
      <w:kern w:val="0"/>
      <w:sz w:val="22"/>
      <w:szCs w:val="22"/>
      <w:lang w:val="en-US"/>
      <w14:ligatures w14:val="none"/>
    </w:rPr>
  </w:style>
  <w:style w:type="character" w:customStyle="1" w:styleId="60">
    <w:name w:val="Заголовок 6 Знак"/>
    <w:basedOn w:val="a2"/>
    <w:link w:val="6"/>
    <w:uiPriority w:val="9"/>
    <w:semiHidden/>
    <w:rsid w:val="00164D26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:lang w:val="en-US"/>
      <w14:ligatures w14:val="none"/>
    </w:rPr>
  </w:style>
  <w:style w:type="character" w:customStyle="1" w:styleId="70">
    <w:name w:val="Заголовок 7 Знак"/>
    <w:basedOn w:val="a2"/>
    <w:link w:val="7"/>
    <w:uiPriority w:val="9"/>
    <w:semiHidden/>
    <w:rsid w:val="00164D26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val="en-US"/>
      <w14:ligatures w14:val="none"/>
    </w:rPr>
  </w:style>
  <w:style w:type="character" w:customStyle="1" w:styleId="80">
    <w:name w:val="Заголовок 8 Знак"/>
    <w:basedOn w:val="a2"/>
    <w:link w:val="8"/>
    <w:uiPriority w:val="9"/>
    <w:semiHidden/>
    <w:rsid w:val="00164D26"/>
    <w:rPr>
      <w:rFonts w:asciiTheme="majorHAnsi" w:eastAsiaTheme="majorEastAsia" w:hAnsiTheme="majorHAnsi" w:cstheme="majorBidi"/>
      <w:color w:val="4472C4" w:themeColor="accent1"/>
      <w:kern w:val="0"/>
      <w:sz w:val="20"/>
      <w:szCs w:val="20"/>
      <w:lang w:val="en-US"/>
      <w14:ligatures w14:val="none"/>
    </w:rPr>
  </w:style>
  <w:style w:type="character" w:customStyle="1" w:styleId="90">
    <w:name w:val="Заголовок 9 Знак"/>
    <w:basedOn w:val="a2"/>
    <w:link w:val="9"/>
    <w:uiPriority w:val="9"/>
    <w:semiHidden/>
    <w:rsid w:val="00164D26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US"/>
      <w14:ligatures w14:val="none"/>
    </w:rPr>
  </w:style>
  <w:style w:type="paragraph" w:styleId="a5">
    <w:name w:val="header"/>
    <w:basedOn w:val="a1"/>
    <w:link w:val="a6"/>
    <w:uiPriority w:val="99"/>
    <w:unhideWhenUsed/>
    <w:rsid w:val="00164D2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6">
    <w:name w:val="Верхний колонтитул Знак"/>
    <w:basedOn w:val="a2"/>
    <w:link w:val="a5"/>
    <w:uiPriority w:val="99"/>
    <w:rsid w:val="00164D26"/>
    <w:rPr>
      <w:rFonts w:eastAsiaTheme="minorEastAsia"/>
      <w:kern w:val="0"/>
      <w:sz w:val="22"/>
      <w:szCs w:val="22"/>
      <w:lang w:val="en-US"/>
      <w14:ligatures w14:val="none"/>
    </w:rPr>
  </w:style>
  <w:style w:type="paragraph" w:styleId="a7">
    <w:name w:val="footer"/>
    <w:basedOn w:val="a1"/>
    <w:link w:val="a8"/>
    <w:uiPriority w:val="99"/>
    <w:unhideWhenUsed/>
    <w:rsid w:val="00164D2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Нижний колонтитул Знак"/>
    <w:basedOn w:val="a2"/>
    <w:link w:val="a7"/>
    <w:uiPriority w:val="99"/>
    <w:rsid w:val="00164D26"/>
    <w:rPr>
      <w:rFonts w:eastAsiaTheme="minorEastAsia"/>
      <w:kern w:val="0"/>
      <w:sz w:val="22"/>
      <w:szCs w:val="22"/>
      <w:lang w:val="en-US"/>
      <w14:ligatures w14:val="none"/>
    </w:rPr>
  </w:style>
  <w:style w:type="paragraph" w:styleId="a9">
    <w:name w:val="No Spacing"/>
    <w:uiPriority w:val="1"/>
    <w:qFormat/>
    <w:rsid w:val="00164D26"/>
    <w:rPr>
      <w:rFonts w:eastAsiaTheme="minorEastAsia"/>
      <w:kern w:val="0"/>
      <w:sz w:val="22"/>
      <w:szCs w:val="22"/>
      <w:lang w:val="en-US"/>
      <w14:ligatures w14:val="none"/>
    </w:rPr>
  </w:style>
  <w:style w:type="paragraph" w:styleId="aa">
    <w:name w:val="Title"/>
    <w:basedOn w:val="a1"/>
    <w:next w:val="a1"/>
    <w:link w:val="ab"/>
    <w:uiPriority w:val="10"/>
    <w:qFormat/>
    <w:rsid w:val="00164D2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Заголовок Знак"/>
    <w:basedOn w:val="a2"/>
    <w:link w:val="aa"/>
    <w:uiPriority w:val="10"/>
    <w:rsid w:val="00164D2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paragraph" w:styleId="ac">
    <w:name w:val="Subtitle"/>
    <w:basedOn w:val="a1"/>
    <w:next w:val="a1"/>
    <w:link w:val="ad"/>
    <w:uiPriority w:val="11"/>
    <w:qFormat/>
    <w:rsid w:val="00164D2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en-US"/>
    </w:rPr>
  </w:style>
  <w:style w:type="character" w:customStyle="1" w:styleId="ad">
    <w:name w:val="Подзаголовок Знак"/>
    <w:basedOn w:val="a2"/>
    <w:link w:val="ac"/>
    <w:uiPriority w:val="11"/>
    <w:rsid w:val="00164D26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lang w:val="en-US"/>
      <w14:ligatures w14:val="none"/>
    </w:rPr>
  </w:style>
  <w:style w:type="paragraph" w:styleId="ae">
    <w:name w:val="List Paragraph"/>
    <w:basedOn w:val="a1"/>
    <w:uiPriority w:val="34"/>
    <w:qFormat/>
    <w:rsid w:val="00164D2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">
    <w:name w:val="Body Text"/>
    <w:basedOn w:val="a1"/>
    <w:link w:val="af0"/>
    <w:uiPriority w:val="99"/>
    <w:unhideWhenUsed/>
    <w:rsid w:val="00164D26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f0">
    <w:name w:val="Основной текст Знак"/>
    <w:basedOn w:val="a2"/>
    <w:link w:val="af"/>
    <w:uiPriority w:val="99"/>
    <w:rsid w:val="00164D26"/>
    <w:rPr>
      <w:rFonts w:eastAsiaTheme="minorEastAsia"/>
      <w:kern w:val="0"/>
      <w:sz w:val="22"/>
      <w:szCs w:val="22"/>
      <w:lang w:val="en-US"/>
      <w14:ligatures w14:val="none"/>
    </w:rPr>
  </w:style>
  <w:style w:type="paragraph" w:styleId="23">
    <w:name w:val="Body Text 2"/>
    <w:basedOn w:val="a1"/>
    <w:link w:val="24"/>
    <w:uiPriority w:val="99"/>
    <w:unhideWhenUsed/>
    <w:rsid w:val="00164D26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24">
    <w:name w:val="Основной текст 2 Знак"/>
    <w:basedOn w:val="a2"/>
    <w:link w:val="23"/>
    <w:uiPriority w:val="99"/>
    <w:rsid w:val="00164D26"/>
    <w:rPr>
      <w:rFonts w:eastAsiaTheme="minorEastAsia"/>
      <w:kern w:val="0"/>
      <w:sz w:val="22"/>
      <w:szCs w:val="22"/>
      <w:lang w:val="en-US"/>
      <w14:ligatures w14:val="none"/>
    </w:rPr>
  </w:style>
  <w:style w:type="paragraph" w:styleId="33">
    <w:name w:val="Body Text 3"/>
    <w:basedOn w:val="a1"/>
    <w:link w:val="34"/>
    <w:uiPriority w:val="99"/>
    <w:unhideWhenUsed/>
    <w:rsid w:val="00164D26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 w:eastAsia="en-US"/>
    </w:rPr>
  </w:style>
  <w:style w:type="character" w:customStyle="1" w:styleId="34">
    <w:name w:val="Основной текст 3 Знак"/>
    <w:basedOn w:val="a2"/>
    <w:link w:val="33"/>
    <w:uiPriority w:val="99"/>
    <w:rsid w:val="00164D26"/>
    <w:rPr>
      <w:rFonts w:eastAsiaTheme="minorEastAsia"/>
      <w:kern w:val="0"/>
      <w:sz w:val="16"/>
      <w:szCs w:val="16"/>
      <w:lang w:val="en-US"/>
      <w14:ligatures w14:val="none"/>
    </w:rPr>
  </w:style>
  <w:style w:type="paragraph" w:styleId="af1">
    <w:name w:val="List"/>
    <w:basedOn w:val="a1"/>
    <w:uiPriority w:val="99"/>
    <w:unhideWhenUsed/>
    <w:rsid w:val="00164D26"/>
    <w:pPr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25">
    <w:name w:val="List 2"/>
    <w:basedOn w:val="a1"/>
    <w:uiPriority w:val="99"/>
    <w:unhideWhenUsed/>
    <w:rsid w:val="00164D26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35">
    <w:name w:val="List 3"/>
    <w:basedOn w:val="a1"/>
    <w:uiPriority w:val="99"/>
    <w:unhideWhenUsed/>
    <w:rsid w:val="00164D26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0">
    <w:name w:val="List Bullet"/>
    <w:basedOn w:val="a1"/>
    <w:uiPriority w:val="99"/>
    <w:unhideWhenUsed/>
    <w:rsid w:val="00164D26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20">
    <w:name w:val="List Bullet 2"/>
    <w:basedOn w:val="a1"/>
    <w:uiPriority w:val="99"/>
    <w:unhideWhenUsed/>
    <w:rsid w:val="00164D26"/>
    <w:pPr>
      <w:numPr>
        <w:numId w:val="2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30">
    <w:name w:val="List Bullet 3"/>
    <w:basedOn w:val="a1"/>
    <w:uiPriority w:val="99"/>
    <w:unhideWhenUsed/>
    <w:rsid w:val="00164D26"/>
    <w:pPr>
      <w:numPr>
        <w:numId w:val="3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">
    <w:name w:val="List Number"/>
    <w:basedOn w:val="a1"/>
    <w:uiPriority w:val="99"/>
    <w:unhideWhenUsed/>
    <w:rsid w:val="00164D26"/>
    <w:pPr>
      <w:numPr>
        <w:numId w:val="5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2">
    <w:name w:val="List Number 2"/>
    <w:basedOn w:val="a1"/>
    <w:uiPriority w:val="99"/>
    <w:unhideWhenUsed/>
    <w:rsid w:val="00164D26"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3">
    <w:name w:val="List Number 3"/>
    <w:basedOn w:val="a1"/>
    <w:uiPriority w:val="99"/>
    <w:unhideWhenUsed/>
    <w:rsid w:val="00164D26"/>
    <w:pPr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2">
    <w:name w:val="List Continue"/>
    <w:basedOn w:val="a1"/>
    <w:uiPriority w:val="99"/>
    <w:unhideWhenUsed/>
    <w:rsid w:val="00164D26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26">
    <w:name w:val="List Continue 2"/>
    <w:basedOn w:val="a1"/>
    <w:uiPriority w:val="99"/>
    <w:unhideWhenUsed/>
    <w:rsid w:val="00164D26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36">
    <w:name w:val="List Continue 3"/>
    <w:basedOn w:val="a1"/>
    <w:uiPriority w:val="99"/>
    <w:unhideWhenUsed/>
    <w:rsid w:val="00164D26"/>
    <w:pPr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3">
    <w:name w:val="macro"/>
    <w:link w:val="af4"/>
    <w:uiPriority w:val="99"/>
    <w:unhideWhenUsed/>
    <w:rsid w:val="00164D2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af4">
    <w:name w:val="Текст макроса Знак"/>
    <w:basedOn w:val="a2"/>
    <w:link w:val="af3"/>
    <w:uiPriority w:val="99"/>
    <w:rsid w:val="00164D26"/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paragraph" w:styleId="27">
    <w:name w:val="Quote"/>
    <w:basedOn w:val="a1"/>
    <w:next w:val="a1"/>
    <w:link w:val="28"/>
    <w:uiPriority w:val="29"/>
    <w:qFormat/>
    <w:rsid w:val="00164D26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28">
    <w:name w:val="Цитата 2 Знак"/>
    <w:basedOn w:val="a2"/>
    <w:link w:val="27"/>
    <w:uiPriority w:val="29"/>
    <w:rsid w:val="00164D26"/>
    <w:rPr>
      <w:rFonts w:eastAsiaTheme="minorEastAsia"/>
      <w:i/>
      <w:iCs/>
      <w:color w:val="000000" w:themeColor="text1"/>
      <w:kern w:val="0"/>
      <w:sz w:val="22"/>
      <w:szCs w:val="22"/>
      <w:lang w:val="en-US"/>
      <w14:ligatures w14:val="none"/>
    </w:rPr>
  </w:style>
  <w:style w:type="paragraph" w:styleId="af5">
    <w:name w:val="caption"/>
    <w:basedOn w:val="a1"/>
    <w:next w:val="a1"/>
    <w:uiPriority w:val="35"/>
    <w:semiHidden/>
    <w:unhideWhenUsed/>
    <w:qFormat/>
    <w:rsid w:val="00164D26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  <w:lang w:val="en-US" w:eastAsia="en-US"/>
    </w:rPr>
  </w:style>
  <w:style w:type="character" w:styleId="af6">
    <w:name w:val="Strong"/>
    <w:basedOn w:val="a2"/>
    <w:uiPriority w:val="22"/>
    <w:qFormat/>
    <w:rsid w:val="00164D26"/>
    <w:rPr>
      <w:b/>
      <w:bCs/>
    </w:rPr>
  </w:style>
  <w:style w:type="character" w:styleId="af7">
    <w:name w:val="Emphasis"/>
    <w:basedOn w:val="a2"/>
    <w:uiPriority w:val="20"/>
    <w:qFormat/>
    <w:rsid w:val="00164D26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164D26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472C4" w:themeColor="accent1"/>
      <w:sz w:val="22"/>
      <w:szCs w:val="22"/>
      <w:lang w:val="en-US" w:eastAsia="en-US"/>
    </w:rPr>
  </w:style>
  <w:style w:type="character" w:customStyle="1" w:styleId="af9">
    <w:name w:val="Выделенная цитата Знак"/>
    <w:basedOn w:val="a2"/>
    <w:link w:val="af8"/>
    <w:uiPriority w:val="30"/>
    <w:rsid w:val="00164D26"/>
    <w:rPr>
      <w:rFonts w:eastAsiaTheme="minorEastAsia"/>
      <w:b/>
      <w:bCs/>
      <w:i/>
      <w:iCs/>
      <w:color w:val="4472C4" w:themeColor="accent1"/>
      <w:kern w:val="0"/>
      <w:sz w:val="22"/>
      <w:szCs w:val="22"/>
      <w:lang w:val="en-US"/>
      <w14:ligatures w14:val="none"/>
    </w:rPr>
  </w:style>
  <w:style w:type="character" w:styleId="afa">
    <w:name w:val="Subtle Emphasis"/>
    <w:basedOn w:val="a2"/>
    <w:uiPriority w:val="19"/>
    <w:qFormat/>
    <w:rsid w:val="00164D26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164D26"/>
    <w:rPr>
      <w:b/>
      <w:bCs/>
      <w:i/>
      <w:iCs/>
      <w:color w:val="4472C4" w:themeColor="accent1"/>
    </w:rPr>
  </w:style>
  <w:style w:type="character" w:styleId="afc">
    <w:name w:val="Subtle Reference"/>
    <w:basedOn w:val="a2"/>
    <w:uiPriority w:val="31"/>
    <w:qFormat/>
    <w:rsid w:val="00164D26"/>
    <w:rPr>
      <w:smallCaps/>
      <w:color w:val="ED7D31" w:themeColor="accent2"/>
      <w:u w:val="single"/>
    </w:rPr>
  </w:style>
  <w:style w:type="character" w:styleId="afd">
    <w:name w:val="Intense Reference"/>
    <w:basedOn w:val="a2"/>
    <w:uiPriority w:val="32"/>
    <w:qFormat/>
    <w:rsid w:val="00164D26"/>
    <w:rPr>
      <w:b/>
      <w:bCs/>
      <w:smallCaps/>
      <w:color w:val="ED7D31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164D26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164D26"/>
    <w:pPr>
      <w:outlineLvl w:val="9"/>
    </w:pPr>
  </w:style>
  <w:style w:type="table" w:styleId="aff0">
    <w:name w:val="Table Grid"/>
    <w:basedOn w:val="a3"/>
    <w:uiPriority w:val="59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164D26"/>
    <w:rPr>
      <w:rFonts w:eastAsiaTheme="minorEastAsia"/>
      <w:color w:val="000000" w:themeColor="tex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164D26"/>
    <w:rPr>
      <w:rFonts w:eastAsiaTheme="minorEastAsia"/>
      <w:color w:val="2F5496" w:themeColor="accen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">
    <w:name w:val="Light Shading Accent 2"/>
    <w:basedOn w:val="a3"/>
    <w:uiPriority w:val="60"/>
    <w:rsid w:val="00164D26"/>
    <w:rPr>
      <w:rFonts w:eastAsiaTheme="minorEastAsia"/>
      <w:color w:val="C45911" w:themeColor="accent2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rsid w:val="00164D26"/>
    <w:rPr>
      <w:rFonts w:eastAsiaTheme="minorEastAsia"/>
      <w:color w:val="7B7B7B" w:themeColor="accent3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rsid w:val="00164D26"/>
    <w:rPr>
      <w:rFonts w:eastAsiaTheme="minorEastAsia"/>
      <w:color w:val="BF8F00" w:themeColor="accent4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rsid w:val="00164D26"/>
    <w:rPr>
      <w:rFonts w:eastAsiaTheme="minorEastAsia"/>
      <w:color w:val="2E74B5" w:themeColor="accent5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">
    <w:name w:val="Light Shading Accent 6"/>
    <w:basedOn w:val="a3"/>
    <w:uiPriority w:val="60"/>
    <w:rsid w:val="00164D26"/>
    <w:rPr>
      <w:rFonts w:eastAsiaTheme="minorEastAsia"/>
      <w:color w:val="538135" w:themeColor="accent6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2">
    <w:name w:val="Light List"/>
    <w:basedOn w:val="a3"/>
    <w:uiPriority w:val="61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0">
    <w:name w:val="Light List Accent 2"/>
    <w:basedOn w:val="a3"/>
    <w:uiPriority w:val="61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0">
    <w:name w:val="Light List Accent 6"/>
    <w:basedOn w:val="a3"/>
    <w:uiPriority w:val="61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3">
    <w:name w:val="Light Grid"/>
    <w:basedOn w:val="a3"/>
    <w:uiPriority w:val="62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1">
    <w:name w:val="Light Grid Accent 2"/>
    <w:basedOn w:val="a3"/>
    <w:uiPriority w:val="62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3"/>
    <w:uiPriority w:val="62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1">
    <w:name w:val="Light Grid Accent 4"/>
    <w:basedOn w:val="a3"/>
    <w:uiPriority w:val="62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1">
    <w:name w:val="Light Grid Accent 5"/>
    <w:basedOn w:val="a3"/>
    <w:uiPriority w:val="62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1">
    <w:name w:val="Light Grid Accent 6"/>
    <w:basedOn w:val="a3"/>
    <w:uiPriority w:val="62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">
    <w:name w:val="Medium Shading 1"/>
    <w:basedOn w:val="a3"/>
    <w:uiPriority w:val="63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basedOn w:val="a3"/>
    <w:uiPriority w:val="65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basedOn w:val="a3"/>
    <w:uiPriority w:val="65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a">
    <w:name w:val="Medium List 2"/>
    <w:basedOn w:val="a3"/>
    <w:uiPriority w:val="66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3"/>
    <w:uiPriority w:val="67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3"/>
    <w:uiPriority w:val="67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b">
    <w:name w:val="Medium Grid 2"/>
    <w:basedOn w:val="a3"/>
    <w:uiPriority w:val="68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164D26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3"/>
    <w:uiPriority w:val="69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3"/>
    <w:uiPriority w:val="69"/>
    <w:rsid w:val="00164D26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4">
    <w:name w:val="Dark List"/>
    <w:basedOn w:val="a3"/>
    <w:uiPriority w:val="70"/>
    <w:rsid w:val="00164D26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164D26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3"/>
    <w:uiPriority w:val="70"/>
    <w:rsid w:val="00164D26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rsid w:val="00164D26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rsid w:val="00164D26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rsid w:val="00164D26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3"/>
    <w:uiPriority w:val="70"/>
    <w:rsid w:val="00164D26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5">
    <w:name w:val="Colorful Shading"/>
    <w:basedOn w:val="a3"/>
    <w:uiPriority w:val="71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4">
    <w:name w:val="Colorful List Accent 2"/>
    <w:basedOn w:val="a3"/>
    <w:uiPriority w:val="72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4">
    <w:name w:val="Colorful List Accent 6"/>
    <w:basedOn w:val="a3"/>
    <w:uiPriority w:val="72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7">
    <w:name w:val="Colorful Grid"/>
    <w:basedOn w:val="a3"/>
    <w:uiPriority w:val="73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5">
    <w:name w:val="Colorful Grid Accent 2"/>
    <w:basedOn w:val="a3"/>
    <w:uiPriority w:val="73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5">
    <w:name w:val="Colorful Grid Accent 6"/>
    <w:basedOn w:val="a3"/>
    <w:uiPriority w:val="73"/>
    <w:rsid w:val="00164D26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164D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164D26"/>
  </w:style>
  <w:style w:type="paragraph" w:customStyle="1" w:styleId="font-claude-response-body">
    <w:name w:val="font-claude-response-body"/>
    <w:basedOn w:val="a1"/>
    <w:rsid w:val="00164D26"/>
    <w:pPr>
      <w:spacing w:before="100" w:beforeAutospacing="1" w:after="100" w:afterAutospacing="1"/>
    </w:pPr>
  </w:style>
  <w:style w:type="paragraph" w:customStyle="1" w:styleId="ds-markdown-paragraph">
    <w:name w:val="ds-markdown-paragraph"/>
    <w:basedOn w:val="a1"/>
    <w:rsid w:val="00164D26"/>
    <w:pPr>
      <w:spacing w:before="100" w:beforeAutospacing="1" w:after="100" w:afterAutospacing="1"/>
    </w:pPr>
  </w:style>
  <w:style w:type="character" w:styleId="aff9">
    <w:name w:val="page number"/>
    <w:basedOn w:val="a2"/>
    <w:uiPriority w:val="99"/>
    <w:semiHidden/>
    <w:unhideWhenUsed/>
    <w:rsid w:val="0016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7718</Words>
  <Characters>43998</Characters>
  <Application>Microsoft Office Word</Application>
  <DocSecurity>0</DocSecurity>
  <Lines>366</Lines>
  <Paragraphs>103</Paragraphs>
  <ScaleCrop>false</ScaleCrop>
  <Company/>
  <LinksUpToDate>false</LinksUpToDate>
  <CharactersWithSpaces>51613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ellenagressa@gmail.com</dc:creator>
  <cp:keywords/>
  <dc:description/>
  <cp:lastModifiedBy>ellenagressa@gmail.com</cp:lastModifiedBy>
  <cp:revision>2</cp:revision>
  <dcterms:created xsi:type="dcterms:W3CDTF">2026-08-20T07:09:00Z</dcterms:created>
  <dcterms:modified xsi:type="dcterms:W3CDTF">2026-08-20T07:09:00Z</dcterms:modified>
</cp:coreProperties>
</file>