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  <w:jc w:val="center"/>
      </w:pPr>
      <w:r>
        <w:rPr>
          <w:rFonts w:ascii="Times New Roman" w:hAnsi="Times New Roman"/>
          <w:b/>
          <w:sz w:val="36"/>
        </w:rPr>
        <w:t>ПО ТОНКОМУ ЛЬДУ</w:t>
      </w:r>
    </w:p>
    <w:p>
      <w:pPr>
        <w:spacing w:before="240"/>
        <w:jc w:val="center"/>
      </w:pPr>
      <w:r>
        <w:rPr>
          <w:rFonts w:ascii="Times New Roman" w:hAnsi="Times New Roman"/>
          <w:i/>
          <w:sz w:val="24"/>
        </w:rPr>
        <w:t>Психологический триллер в одном действии (время начало 2000-х)</w:t>
      </w:r>
    </w:p>
    <w:p>
      <w:pPr>
        <w:spacing w:before="1000"/>
        <w:jc w:val="center"/>
      </w:pPr>
      <w:r>
        <w:rPr>
          <w:rFonts w:ascii="Times New Roman" w:hAnsi="Times New Roman"/>
          <w:sz w:val="24"/>
        </w:rPr>
        <w:t>Автор</w:t>
      </w:r>
    </w:p>
    <w:p>
      <w:pPr>
        <w:jc w:val="center"/>
      </w:pPr>
      <w:r>
        <w:rPr>
          <w:rFonts w:ascii="Times New Roman" w:hAnsi="Times New Roman"/>
          <w:b/>
          <w:sz w:val="28"/>
        </w:rPr>
        <w:t>Елена Богуш</w:t>
      </w:r>
    </w:p>
    <w:p>
      <w:pPr>
        <w:spacing w:before="160"/>
        <w:jc w:val="center"/>
      </w:pPr>
      <w:r>
        <w:rPr>
          <w:rFonts w:ascii="Times New Roman" w:hAnsi="Times New Roman"/>
          <w:sz w:val="22"/>
        </w:rPr>
        <w:t>Электронная почта: aletwovero@gmail.com</w:t>
      </w:r>
    </w:p>
    <w:p>
      <w:pPr>
        <w:spacing w:before="2000"/>
        <w:jc w:val="center"/>
      </w:pPr>
      <w:r>
        <w:rPr>
          <w:rFonts w:ascii="Times New Roman" w:hAnsi="Times New Roman"/>
          <w:sz w:val="20"/>
        </w:rPr>
        <w:t>© Елена Богуш, 2026. Все права защищены.</w:t>
      </w:r>
    </w:p>
    <w:p>
      <w:r>
        <w:br w:type="page"/>
      </w:r>
    </w:p>
    <w:p>
      <w:pPr>
        <w:keepLines/>
        <w:widowControl/>
        <w:spacing w:before="280" w:after="200"/>
        <w:jc w:val="center"/>
      </w:pPr>
      <w:r>
        <w:rPr>
          <w:b/>
          <w:sz w:val="26"/>
        </w:rPr>
        <w:t>ДЕЙСТВУЮЩИЕ ЛИЦА</w:t>
      </w:r>
    </w:p>
    <w:p>
      <w:pPr>
        <w:keepLines/>
        <w:widowControl/>
        <w:ind w:firstLine="454"/>
      </w:pPr>
      <w:r>
        <w:t>АРИНА ПЕРОВА (30 лет) — инженер по промышленной электронике. Рост 162 см, вес около 50 кг. Серая шерстяная кофта крупной вязки, прямые темные джинсы, расстегнутая аляска, тяжелые зимние ботинки. В движениях — пружинная собранность, сухая математическая выдержка.</w:t>
      </w:r>
    </w:p>
    <w:p>
      <w:pPr>
        <w:keepLines/>
        <w:widowControl/>
        <w:ind w:firstLine="454"/>
      </w:pPr>
      <w:r>
        <w:t>МАКСИМ ПЕРОВ (34 года) — совладелец дебаркадера «Фрегат”, совладелец ресторана и криминальный коммерсант с прогрессирующей психопатией. Крупный, ухоженный, физически сильный, рост около 190 см. Распахнутое кашемировое пальто, винный тонкий джемпер, модельные туфли на гладкой подошве. Часто смотрит мимо собеседника, почти не моргая; зрачки расширены, лицо словно застывает. ЗА ПЕРЕГОРОДКОЙ: ТИМОФЕЙ (6 лет) — сын. СОНЯ (4 года) — дочь. АНЯ (4 лет)- дочь</w:t>
      </w:r>
    </w:p>
    <w:p>
      <w:pPr>
        <w:keepLines/>
        <w:widowControl/>
        <w:spacing w:before="280" w:after="200"/>
        <w:jc w:val="center"/>
      </w:pPr>
      <w:r>
        <w:rPr>
          <w:b/>
          <w:sz w:val="26"/>
        </w:rPr>
        <w:t>БЕЗ РЕПЛИК:</w:t>
      </w:r>
    </w:p>
    <w:p>
      <w:pPr>
        <w:keepLines/>
        <w:widowControl/>
        <w:ind w:firstLine="454"/>
      </w:pPr>
      <w:r>
        <w:t>БОЙЦЫ ГРУППЫ ЗАХВАТА — бессловесные силуэты в зимнем камуфляже и шлемах-сферах.</w:t>
      </w:r>
    </w:p>
    <w:p>
      <w:pPr>
        <w:keepLines/>
        <w:widowControl/>
        <w:spacing w:before="280" w:after="200"/>
        <w:jc w:val="center"/>
      </w:pPr>
      <w:r>
        <w:rPr>
          <w:b/>
          <w:sz w:val="26"/>
        </w:rPr>
        <w:t>ВРЕМЯ И МЕСТО ДЕЙСТВИЯ</w:t>
      </w:r>
    </w:p>
    <w:p>
      <w:pPr>
        <w:keepLines/>
        <w:widowControl/>
        <w:ind w:firstLine="0"/>
      </w:pPr>
      <w:r>
        <w:t>Время: 25 декабря 1999 года. 04:30 — 05:15 утра. Внутри действия проходит 20 минут.</w:t>
      </w:r>
    </w:p>
    <w:p>
      <w:pPr>
        <w:keepLines/>
        <w:widowControl/>
        <w:ind w:firstLine="0"/>
      </w:pPr>
      <w:r>
        <w:t>Место: Кают-компания плавучего ресторана-дебаркадера «Фрегат», вмерзшего в</w:t>
      </w:r>
    </w:p>
    <w:p>
      <w:pPr>
        <w:keepLines/>
        <w:widowControl/>
        <w:ind w:firstLine="454"/>
      </w:pPr>
      <w:r>
        <w:t>торосы на глухом притоке реки, с выходом на бетонный пирс.</w:t>
      </w:r>
    </w:p>
    <w:p>
      <w:pPr>
        <w:keepLines/>
        <w:widowControl/>
        <w:ind w:firstLine="0"/>
      </w:pPr>
      <w:r>
        <w:t>Пространство: Вытянутый зал из мореного дуба под низкими балками. Массивный</w:t>
      </w:r>
    </w:p>
    <w:p>
      <w:pPr>
        <w:keepLines/>
        <w:widowControl/>
        <w:ind w:firstLine="454"/>
      </w:pPr>
      <w:r>
        <w:t>круглый стол, стулья темного бархата. В углу — чугунная печь-камин; в кованой стойке — граненая кочерга. На стене — картина марины в багете, за ней стальной кодовый сейф. В глубине — зеркальный бар; рядом магнитофон тихо шипит: лента тянется с шорохом, иногда щёлкает механизм. Слева — дверь в детскую каюту. Справа — кованая дубовая дверь на палубу с тяжелым ригельным замком.</w:t>
      </w:r>
    </w:p>
    <w:p>
      <w:pPr>
        <w:keepLines/>
        <w:widowControl/>
        <w:ind w:firstLine="0"/>
      </w:pPr>
      <w:r>
        <w:t>Свет: Верхний выключен. Багровый отсвет каминных углей снизу; в иллюминаторах —</w:t>
      </w:r>
    </w:p>
    <w:p>
      <w:pPr>
        <w:keepLines/>
        <w:widowControl/>
        <w:ind w:firstLine="454"/>
      </w:pPr>
      <w:r>
        <w:t>синяя метель.</w:t>
      </w:r>
    </w:p>
    <w:p>
      <w:pPr>
        <w:keepLines/>
        <w:widowControl/>
        <w:ind w:firstLine="0"/>
      </w:pPr>
      <w:r>
        <w:t>Звук: Утробный скрежет сминаемого льда о борт. Вой тяги в дымоходе. Скрип</w:t>
      </w:r>
    </w:p>
    <w:p>
      <w:pPr>
        <w:keepLines/>
        <w:widowControl/>
        <w:ind w:firstLine="454"/>
      </w:pPr>
      <w:r>
        <w:t>промерзших половиц.</w:t>
      </w:r>
    </w:p>
    <w:p>
      <w:pPr>
        <w:keepLines/>
        <w:widowControl/>
        <w:spacing w:before="280" w:after="200"/>
        <w:jc w:val="center"/>
      </w:pPr>
      <w:r>
        <w:rPr>
          <w:b/>
          <w:sz w:val="26"/>
        </w:rPr>
        <w:t>КАРТИНА I. КАЮТ-КОМПАНИЯ</w:t>
      </w:r>
    </w:p>
    <w:p>
      <w:pPr>
        <w:keepLines/>
        <w:widowControl/>
        <w:ind w:firstLine="454"/>
      </w:pPr>
      <w:r>
        <w:t>(В темноте раздается тяжелый треск торосов за бортом, глухой удар тела о дерево и хрип. Вспыхивает свет камина и синий мороз иллюминаторов. Входная дверь распахнута в пургу. АРИНА пятится в комнату, прижимая локтем к ребрам холщовую сумку. Нос разбит, дыхание рваное. На воротнике — алые капли. МАКСИМ настигает её, хватает за капюшон и с грохотом захлопывает  дверь. Ригель встаёт на упор. Максим выдёргивает латунный ключ и швыряет его через зал. Ключ ударяется о стойку бара. Фужер падает и разбивается).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Сумку брось.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(Упирается локтями ему в ребра, смещая центр тяжести).</w:t>
      </w:r>
    </w:p>
    <w:p>
      <w:pPr>
        <w:keepLines/>
        <w:widowControl/>
        <w:ind w:firstLine="454"/>
      </w:pPr>
      <w:r>
        <w:t>Отойди.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Что там? Документы? Билеты?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Руку убери. Задохнусь.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Под лед спущу. Прямо в этой тряпке.</w:t>
      </w:r>
    </w:p>
    <w:p>
      <w:pPr>
        <w:keepLines/>
        <w:widowControl/>
        <w:ind w:firstLine="454"/>
      </w:pPr>
      <w:r>
        <w:t>(Максим перехватывает ее горло правой ладонью, вбивая затылком в дубовую переборку. Вены на висках налиты, зрачки расширены, неподвижны, уставлены сквозь ее лицо в стену).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Думала, я не услышу? С кем ты там шепталась ночью?</w:t>
      </w:r>
    </w:p>
    <w:p>
      <w:pPr>
        <w:keepLines/>
        <w:widowControl/>
        <w:ind w:firstLine="454"/>
      </w:pPr>
      <w:r>
        <w:t>(За фанерной перегородкой слева раздается детский плач).</w:t>
      </w:r>
    </w:p>
    <w:p>
      <w:pPr>
        <w:keepLines/>
        <w:widowControl/>
        <w:spacing w:before="160" w:after="40"/>
        <w:jc w:val="center"/>
      </w:pPr>
      <w:r>
        <w:rPr>
          <w:b/>
        </w:rPr>
        <w:t>ТИМОФЕЙ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(из-за стены)</w:t>
      </w:r>
    </w:p>
    <w:p>
      <w:pPr>
        <w:keepLines/>
        <w:widowControl/>
        <w:ind w:firstLine="454"/>
      </w:pPr>
      <w:r>
        <w:t>Мама! Мамочка!</w:t>
      </w:r>
    </w:p>
    <w:p>
      <w:pPr>
        <w:keepLines/>
        <w:widowControl/>
        <w:spacing w:before="160" w:after="40"/>
        <w:jc w:val="center"/>
      </w:pPr>
      <w:r>
        <w:rPr>
          <w:b/>
        </w:rPr>
        <w:t>СОНЯ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(плачет)</w:t>
      </w:r>
    </w:p>
    <w:p>
      <w:pPr>
        <w:keepLines/>
        <w:widowControl/>
        <w:ind w:firstLine="454"/>
      </w:pPr>
      <w:r>
        <w:t>Мама-а-а!</w:t>
      </w:r>
    </w:p>
    <w:p>
      <w:pPr>
        <w:keepLines/>
        <w:widowControl/>
        <w:spacing w:before="160" w:after="40"/>
        <w:jc w:val="center"/>
      </w:pPr>
      <w:r>
        <w:rPr>
          <w:b/>
        </w:rPr>
        <w:t>АНЯ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(плачет)</w:t>
      </w:r>
    </w:p>
    <w:p>
      <w:pPr>
        <w:keepLines/>
        <w:widowControl/>
        <w:ind w:firstLine="454"/>
      </w:pPr>
      <w:r>
        <w:t>Мама!!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(не оборачиваясь, с неподвижной улыбкой)</w:t>
      </w:r>
    </w:p>
    <w:p>
      <w:pPr>
        <w:keepLines/>
        <w:widowControl/>
        <w:ind w:firstLine="454"/>
      </w:pPr>
      <w:r>
        <w:t>Слышишь? Плачут. Ты виновата. Сама их пугаешь.</w:t>
      </w:r>
    </w:p>
    <w:p>
      <w:pPr>
        <w:keepLines/>
        <w:widowControl/>
        <w:ind w:firstLine="454"/>
      </w:pPr>
      <w:r>
        <w:t>(Арина хрипит. Она не трогает его пальцы на шее — правая ладонь резко скользит под его локоть. Короткий тычок основанием ладони снизу вверх в челюсть Максима, пальцы левой руки выкручивают его большой палец наружу. Сухой хруст).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(взвыв от боли, отдергивает кисть, отступает)</w:t>
      </w:r>
    </w:p>
    <w:p>
      <w:pPr>
        <w:keepLines/>
        <w:widowControl/>
        <w:ind w:firstLine="454"/>
      </w:pPr>
      <w:r>
        <w:t>Тварь!..</w:t>
      </w:r>
    </w:p>
    <w:p>
      <w:pPr>
        <w:keepLines/>
        <w:widowControl/>
        <w:ind w:firstLine="454"/>
      </w:pPr>
      <w:r>
        <w:t>(Арина уходит вниз, втягивает морозный воздух, вытирает нос рукавом. Делает три пружинистых шага влево и закрывает собой дверь в детскую).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Тима. Соня. Сапоги, куртки. Уши закройте шапками. Я у двери.</w:t>
      </w:r>
    </w:p>
    <w:p>
      <w:pPr>
        <w:keepLines/>
        <w:widowControl/>
        <w:spacing w:before="160" w:after="40"/>
        <w:jc w:val="center"/>
      </w:pPr>
      <w:r>
        <w:rPr>
          <w:b/>
        </w:rPr>
        <w:t>ТИМОФЕЙ</w:t>
      </w:r>
    </w:p>
    <w:p>
      <w:pPr>
        <w:keepLines/>
        <w:widowControl/>
        <w:ind w:firstLine="454"/>
      </w:pPr>
      <w:r>
        <w:t>Мама, он с пистолетом?..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Одеваться. Быстро.</w:t>
      </w:r>
    </w:p>
    <w:p>
      <w:pPr>
        <w:keepLines/>
        <w:widowControl/>
        <w:ind w:firstLine="454"/>
      </w:pPr>
      <w:r>
        <w:t>(Максим прижимает поврежденный палец к бедру, опираясь о стол. Сдергивает пальто, комкает, швыряет на бархат стула. Взгляд мутный, блуждающий).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Палец выбила. Думаешь, смелая стала?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(неподвижна у косяка)</w:t>
      </w:r>
    </w:p>
    <w:p>
      <w:pPr>
        <w:keepLines/>
        <w:widowControl/>
        <w:ind w:firstLine="454"/>
      </w:pPr>
      <w:r>
        <w:t>Отойди от прохода.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(медленно надвигается, глаза широко раскрыты; он смотрит мимо нее)</w:t>
      </w:r>
    </w:p>
    <w:p>
      <w:pPr>
        <w:keepLines/>
        <w:widowControl/>
        <w:ind w:firstLine="454"/>
      </w:pPr>
      <w:r>
        <w:t>Куда собралась? На улицу? В сугроб? Ты без меня дорогу до метро не найдешь.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Открой сейф.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(хмыкает, оглядывая потолочные балки)</w:t>
      </w:r>
    </w:p>
    <w:p>
      <w:pPr>
        <w:keepLines/>
        <w:widowControl/>
        <w:ind w:firstLine="454"/>
      </w:pPr>
      <w:r>
        <w:t>Какой тебе сейф? Ты ничего не получишь.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Мои документы. Детские свидетельства.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Я о вас заботился! Я вас содержал! На мне всё держалось!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Как ты мог нас содержать, если я детям вещи в секонде покупала?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Я построил дом! Я вас содержал! Что тебе ещё надо?! Твоего вообще ничего нет! Кто ты без меня? Кому ты нужна?!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Ты трус, Максим. Воюешь только с теми, кто слабее.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(бьет ладонью по полированному дубу стола)</w:t>
      </w:r>
    </w:p>
    <w:p>
      <w:pPr>
        <w:keepLines/>
        <w:widowControl/>
        <w:ind w:firstLine="454"/>
      </w:pPr>
      <w:r>
        <w:t>Замолчи!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Открывай сейф. Договор подписан, визы готовы. Мы уезжаем. Ты останешься ни с чем.</w:t>
      </w:r>
    </w:p>
    <w:p>
      <w:pPr>
        <w:keepLines/>
        <w:widowControl/>
        <w:ind w:firstLine="454"/>
      </w:pPr>
      <w:r>
        <w:t>(Максим застывает. Взгляд цепенеет).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Договор?.. С моими детьми? К чужим мужикам?!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Это тебя больше не касается, сволочь.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Ты отсюда не выйдешь.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Шестьдесят один. Тридцать четыре. Девяносто. Помнишь эти числа, Максим?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(Пауза. В топке осыпается уголь. Максим замирает.)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Откуда ты это знаешь?..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Ты даже не помнишь, что делал.Это же врач тебе сказал запомнить,чтобы приходить в себя.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(хватается за виски, озирается)</w:t>
      </w:r>
    </w:p>
    <w:p>
      <w:pPr>
        <w:keepLines/>
        <w:widowControl/>
        <w:ind w:firstLine="454"/>
      </w:pPr>
      <w:r>
        <w:t>Заткнись!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Посмотри на себя. Ты снова не слышишь никого, кроме себя.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Это ты дура просто! Мы же семья! Детям надо жить в семье!</w:t>
      </w:r>
    </w:p>
    <w:p>
      <w:pPr>
        <w:keepLines/>
        <w:widowControl/>
        <w:ind w:firstLine="454"/>
      </w:pPr>
      <w:r>
        <w:t>(Максим бросается к камину, срывает из кованой стойки чугунную кочергу. Металл со свистом рассекает воздух над столом).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Я тебя здесь закопаю!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(Максим замахивается кочергой. Арина сокращает дистанцию, перехватывает его движение и бросает его на пол. Кочерга со звоном отлетает к стойке бара. Максим тяжело дышит.)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(мгновенно подбирает кочергу, отступает на два шага, направляя граненый наконечник ему в горло) Встань. К сейфу.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(Максим поднимается. Ярость на лице сменяется растерянностью. Он осторожно приближается к Арине и тянется к ней, словно рассчитывает, что всё можно вернуть одним привычным жестом. Арина отступает.)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Ариша... Ну что ты делаешь? Мне ведь больно будет. Дети будут страдать. Ты же понимаешь?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Вставай к стене.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(подходит к стене, глядя снизу вверх умоляющими глазами; голос липкий, вкрадчивый)</w:t>
      </w:r>
    </w:p>
    <w:p>
      <w:pPr>
        <w:keepLines/>
        <w:widowControl/>
        <w:ind w:firstLine="454"/>
      </w:pPr>
      <w:r>
        <w:t>Хорошо, хорошо... Всё сделаю. Подумай, куда ты пойдешь... Они же обманут тебя, выкинут на улицу без копейки. Давай здесь останемся? Ты сядешь, я чай заварю с мятой, как ты любишь... Поговорим. Только опусти кочергу... Я всё отдал тебе, а ты?! Как ты так можешь?!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(наконечник кочерги зафиксирован у его груди)</w:t>
      </w:r>
    </w:p>
    <w:p>
      <w:pPr>
        <w:keepLines/>
        <w:widowControl/>
        <w:ind w:firstLine="454"/>
      </w:pPr>
      <w:r>
        <w:t>Код.</w:t>
      </w:r>
    </w:p>
    <w:p>
      <w:pPr>
        <w:keepLines/>
        <w:widowControl/>
        <w:ind w:firstLine="454"/>
      </w:pPr>
      <w:r>
        <w:t>(Максим следит за её лицом. Не получив ответа, сглатывает. Дрожащими пальцами поворачивает наборный диск: раз, два, три, четыре, пять, шесть. Стальная дверца щёлкает и отходит).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(сдавленно)</w:t>
      </w:r>
    </w:p>
    <w:p>
      <w:pPr>
        <w:keepLines/>
        <w:widowControl/>
        <w:ind w:firstLine="454"/>
      </w:pPr>
      <w:r>
        <w:t>Арина... Забирай пачки. Все сто тысяч забирай. Тиму оставь. Это мой сын.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Нет.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Пацану отец нужен!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Вчера ты разбил ему губу за пролитый чай.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Я случайно задел! Клянусь, случайно!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Отойди к камину. Руки на полку.</w:t>
      </w:r>
    </w:p>
    <w:p>
      <w:pPr>
        <w:keepLines/>
        <w:widowControl/>
        <w:ind w:firstLine="454"/>
      </w:pPr>
      <w:r>
        <w:t>(Максим пятится к печи, втягивая голову в плечи. Арина подходит к сейфу. Левой рукой достаёт стопку тёмно-бордовых паспортов, детские свидетельства и свои дипломы. Прячет документы во внутренний карман куртки и застёгивает молнию под самое горло. На мгновение касается пальцами ткани свитера под левой ключицей, проверяя что-то под ней. Затем смахивает деньги в холщовую сумку).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(хрипит в сторону печи)</w:t>
      </w:r>
    </w:p>
    <w:p>
      <w:pPr>
        <w:keepLines/>
        <w:widowControl/>
        <w:ind w:firstLine="454"/>
      </w:pPr>
      <w:r>
        <w:t>Ключ за стойкой. В щели за плинтусом. Ты его не достанешь.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Выбью иллюминатор кочергой. Детей выведу по торосам. А ты останешься один.</w:t>
      </w:r>
    </w:p>
    <w:p>
      <w:pPr>
        <w:keepLines/>
        <w:widowControl/>
        <w:ind w:firstLine="454"/>
      </w:pPr>
      <w:r>
        <w:t>(Пауза. Максим вздрагивает, шарит за барной стойкой среди битого стекла. Находит латунный ключ, швыряет на полированный стол).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Забирай. Сдохнете на морозе.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(выхватывает ключ со стола, распахивает фанерную створку каюты)</w:t>
      </w:r>
    </w:p>
    <w:p>
      <w:pPr>
        <w:keepLines/>
        <w:widowControl/>
        <w:ind w:firstLine="454"/>
      </w:pPr>
      <w:r>
        <w:t>Тима, Соня — ко мне.</w:t>
      </w:r>
    </w:p>
    <w:p>
      <w:pPr>
        <w:keepLines/>
        <w:widowControl/>
        <w:ind w:firstLine="454"/>
      </w:pPr>
      <w:r>
        <w:t>(Выходят одетые дети. Арина вставляет ключ в ригельный замок, наваливается плечом, дважды проворачивает механизм. Дверь распахивается наружу в гулкую метель).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По трапу вниз! За леера держаться! Быстро!</w:t>
      </w:r>
    </w:p>
    <w:p>
      <w:pPr>
        <w:keepLines/>
        <w:widowControl/>
        <w:ind w:firstLine="454"/>
      </w:pPr>
      <w:r>
        <w:t>(Дети выбегают. Арина шагает следом, захлопывает тяжелую дубовую створку и дважды проворачивает ключ снаружи. Изнутри в закрытую дверь с грохотом врезается тело Максима).</w:t>
      </w:r>
    </w:p>
    <w:p>
      <w:pPr>
        <w:keepLines/>
        <w:widowControl/>
        <w:spacing w:before="280" w:after="200"/>
        <w:jc w:val="center"/>
      </w:pPr>
      <w:r>
        <w:rPr>
          <w:b/>
          <w:sz w:val="26"/>
        </w:rPr>
        <w:t>КАРТИНА II. ОБЛЕДЕНЕЛЫЙ ПИРС</w:t>
      </w:r>
    </w:p>
    <w:p>
      <w:pPr>
        <w:keepLines/>
        <w:widowControl/>
        <w:ind w:firstLine="454"/>
      </w:pPr>
      <w:r>
        <w:t>(Свет смещается. Зал дебаркадера гаснет. Пирс: дощатый трап, ржавые кнехты, внизу — синие вздыбленные торосы. Метель бьет прямо в лицо. АРИНА с сумкой сбегает по трапу, придерживая детей за воротники).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(сквозь буран)</w:t>
      </w:r>
    </w:p>
    <w:p>
      <w:pPr>
        <w:keepLines/>
        <w:widowControl/>
        <w:ind w:firstLine="454"/>
      </w:pPr>
      <w:r>
        <w:t>Тима, держи сестер! К кирпичной арке!</w:t>
      </w:r>
    </w:p>
    <w:p>
      <w:pPr>
        <w:keepLines/>
        <w:widowControl/>
        <w:ind w:firstLine="454"/>
      </w:pPr>
      <w:r>
        <w:t>(Сверху с металлическим скрежетом открывается аварийный люк машинного отделения. Максим выбирается на палубу через служебный проход, перелезает через фальшборт и спрыгивает на бетонный настил пирса. Он в одном джемпере; подошвы скользят по насту. Он перерезает дорогу к набережной. Пар валит изо рта клубами).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Стоять!</w:t>
      </w:r>
    </w:p>
    <w:p>
      <w:pPr>
        <w:keepLines/>
        <w:widowControl/>
        <w:ind w:firstLine="454"/>
      </w:pPr>
      <w:r>
        <w:t>(Дети с визгом прячутся за спину Арины).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ind w:firstLine="454"/>
      </w:pPr>
      <w:r>
        <w:t>Максим, отойди. Все кончено.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Кончено?! Никто от меня не уходит!</w:t>
      </w:r>
    </w:p>
    <w:p>
      <w:pPr>
        <w:keepLines/>
        <w:widowControl/>
        <w:ind w:firstLine="454"/>
      </w:pPr>
      <w:r>
        <w:t>(Максим запускает правую руку под джемпер. Пальцы сжимают вороненую рукоять ТТ. Он рвет ствол вверх. В ту секунду, когда вороненое дуло показывается из-под трикотажа — до щелчка взвода, — мгла набережной взрывается).</w:t>
      </w:r>
    </w:p>
    <w:p>
      <w:pPr>
        <w:keepLines/>
        <w:widowControl/>
        <w:ind w:firstLine="454"/>
      </w:pPr>
      <w:r>
        <w:t>(Прожекторы из засады за кирпичными опорами арки вспыхивают одновременно и бьют Максиму прямо в лицо. Глухой мегафон вдалеке рявкает: «Оружие! Спецназ!» Два тяжелых силуэта в белых маскировочных халатах вылетают из темноты пирса молча. Короткий удар стволом укороченного автомата по правому предплечью Максима — пистолет со звоном отлетает в сугроб у самой кромки льда. Подсечка сбивает его в наст. Силуэты вжимают его лопатки в обледенелый бетон коленями, заламывая руки за спину. Раздается сухой лязг смыкающихся наручников).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(плюет снегом, извиваясь под весом захвата, захлебываясь слюной)</w:t>
      </w:r>
    </w:p>
    <w:p>
      <w:pPr>
        <w:keepLines/>
        <w:widowControl/>
        <w:ind w:firstLine="454"/>
      </w:pPr>
      <w:r>
        <w:t>Пустите!.. Куда пошла?! Стой, сука! Кому ты нужна?! Кому ты нужна с двумя щенками, дура?! Ты никто без меня! Сдохнешь под забором!</w:t>
      </w:r>
    </w:p>
    <w:p>
      <w:pPr>
        <w:keepLines/>
        <w:widowControl/>
        <w:ind w:firstLine="454"/>
      </w:pPr>
      <w:r>
        <w:t>(Арина стоит в конусе прожектора, прижимая детей к себе. Под воротником свитера мигает крошечный красный светодиод передатчика. Один из бойцов заслоняет Арину с детьми и указывает на автомобиль у кирпичной арки. Дверца открыта, внутри горит свет. Двое других бойцов поднимают Максима на ноги. Его лицо в ссадинах и мокром снегу, винный джемпер порван на груди, руки скручены за спиной. Он бьётся в захвате и кричит Арине вслед).</w:t>
      </w:r>
    </w:p>
    <w:p>
      <w:pPr>
        <w:keepLines/>
        <w:widowControl/>
        <w:spacing w:before="160" w:after="40"/>
        <w:jc w:val="center"/>
      </w:pPr>
      <w:r>
        <w:rPr>
          <w:b/>
        </w:rPr>
        <w:t>МАКСИМ</w:t>
      </w:r>
    </w:p>
    <w:p>
      <w:pPr>
        <w:keepLines/>
        <w:widowControl/>
        <w:ind w:firstLine="454"/>
      </w:pPr>
      <w:r>
        <w:t>Ты приползешь! Сама приползешь на коленях, будешь сапоги мне лизать, чтоб пустил обратно! Арина-а-а!..</w:t>
      </w:r>
    </w:p>
    <w:p>
      <w:pPr>
        <w:keepLines/>
        <w:widowControl/>
        <w:ind w:firstLine="454"/>
      </w:pPr>
      <w:r>
        <w:t>(Арина останавливается и оборачивается. Максим лежит на снегу в наручниках. Она смотрит на него без злости и торжества. Затем кладёт ладони на плечи детей).</w:t>
      </w:r>
    </w:p>
    <w:p>
      <w:pPr>
        <w:keepLines/>
        <w:widowControl/>
        <w:spacing w:before="160" w:after="40"/>
        <w:jc w:val="center"/>
      </w:pPr>
      <w:r>
        <w:rPr>
          <w:b/>
        </w:rPr>
        <w:t>АРИНА</w:t>
      </w:r>
    </w:p>
    <w:p>
      <w:pPr>
        <w:keepLines/>
        <w:widowControl/>
        <w:spacing w:before="60" w:after="140"/>
        <w:ind w:left="567" w:right="567"/>
      </w:pPr>
      <w:r>
        <w:rPr>
          <w:i/>
        </w:rPr>
        <w:t>(негромко, ровным голосом)</w:t>
      </w:r>
    </w:p>
    <w:p>
      <w:pPr>
        <w:keepLines/>
        <w:widowControl/>
        <w:ind w:firstLine="454"/>
      </w:pPr>
      <w:r>
        <w:t>Не оглядывайтесь. Смотрите под ноги.</w:t>
      </w:r>
    </w:p>
    <w:p>
      <w:pPr>
        <w:keepLines/>
        <w:widowControl/>
        <w:ind w:firstLine="454"/>
      </w:pPr>
      <w:r>
        <w:t>(Она берёт Тиму и Соню за руки и идёт по заснеженному пирсу к фарам ожидающей машины. Максим остаётся позади, пока бойцы удерживают его на льду. На востоке сквозь пургу проступает холодный свет утра).</w:t>
      </w:r>
    </w:p>
    <w:p>
      <w:pPr>
        <w:keepLines/>
        <w:widowControl/>
        <w:jc w:val="center"/>
      </w:pPr>
      <w:r>
        <w:rPr>
          <w:i/>
        </w:rPr>
        <w:t>(ЗАНАВЕС)</w:t>
      </w:r>
    </w:p>
    <w:sectPr w:rsidR="00FC693F" w:rsidRPr="0006063C" w:rsidSect="00034616">
      <w:pgSz w:w="12240" w:h="15840"/>
      <w:pgMar w:top="1247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