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6DE" w:rsidRDefault="0070157A" w:rsidP="0070157A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Виктор Антонов</w:t>
      </w:r>
    </w:p>
    <w:p w:rsidR="0070157A" w:rsidRDefault="0070157A" w:rsidP="0070157A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МАКС: 809240643-88-48</w:t>
      </w:r>
    </w:p>
    <w:p w:rsidR="0070157A" w:rsidRPr="005D5181" w:rsidRDefault="0070157A" w:rsidP="0070157A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E</w:t>
      </w:r>
      <w:r w:rsidRPr="005D5181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mail</w:t>
      </w:r>
      <w:r w:rsidRPr="005D5181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>viktoreao</w:t>
      </w:r>
      <w:r w:rsidRPr="005D5181">
        <w:rPr>
          <w:rFonts w:ascii="Times New Roman" w:hAnsi="Times New Roman" w:cs="Times New Roman"/>
          <w:b/>
          <w:sz w:val="28"/>
          <w:szCs w:val="28"/>
          <w:lang w:val="ru-RU"/>
        </w:rPr>
        <w:t>@</w:t>
      </w:r>
      <w:r>
        <w:rPr>
          <w:rFonts w:ascii="Times New Roman" w:hAnsi="Times New Roman" w:cs="Times New Roman"/>
          <w:b/>
          <w:sz w:val="28"/>
          <w:szCs w:val="28"/>
        </w:rPr>
        <w:t>mail</w:t>
      </w:r>
      <w:r w:rsidRPr="005D518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ru</w:t>
      </w:r>
    </w:p>
    <w:p w:rsidR="00D60A4A" w:rsidRPr="005D5181" w:rsidRDefault="00D60A4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A75E8" w:rsidRDefault="002344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КОПИРАЙТ НА Н</w:t>
      </w:r>
      <w:r w:rsidR="00E81729" w:rsidRPr="002C15D2">
        <w:rPr>
          <w:rFonts w:ascii="Times New Roman" w:hAnsi="Times New Roman" w:cs="Times New Roman"/>
          <w:b/>
          <w:sz w:val="28"/>
          <w:szCs w:val="28"/>
          <w:lang w:val="ru-RU"/>
        </w:rPr>
        <w:t>ОС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ТАЛЬГИЮ</w:t>
      </w:r>
    </w:p>
    <w:p w:rsidR="00DF16BA" w:rsidRPr="002C15D2" w:rsidRDefault="00DF16B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2026</w:t>
      </w:r>
    </w:p>
    <w:p w:rsidR="00EA75E8" w:rsidRPr="002C15D2" w:rsidRDefault="00E8172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>Одноактная пьеса в духе концептуального минимализма</w:t>
      </w:r>
    </w:p>
    <w:p w:rsidR="00EA75E8" w:rsidRPr="004826F7" w:rsidRDefault="004826F7" w:rsidP="004826F7">
      <w:pPr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4826F7">
        <w:rPr>
          <w:rFonts w:ascii="Times New Roman" w:hAnsi="Times New Roman" w:cs="Times New Roman"/>
          <w:i/>
          <w:sz w:val="28"/>
          <w:szCs w:val="28"/>
          <w:lang w:val="ru-RU"/>
        </w:rPr>
        <w:t xml:space="preserve">Памяти </w:t>
      </w:r>
      <w:proofErr w:type="spellStart"/>
      <w:r w:rsidRPr="004826F7">
        <w:rPr>
          <w:rFonts w:ascii="Times New Roman" w:hAnsi="Times New Roman" w:cs="Times New Roman"/>
          <w:i/>
          <w:sz w:val="28"/>
          <w:szCs w:val="28"/>
          <w:lang w:val="ru-RU"/>
        </w:rPr>
        <w:t>Джорже</w:t>
      </w:r>
      <w:proofErr w:type="spellEnd"/>
      <w:r w:rsidRPr="004826F7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826F7">
        <w:rPr>
          <w:rFonts w:ascii="Times New Roman" w:hAnsi="Times New Roman" w:cs="Times New Roman"/>
          <w:i/>
          <w:sz w:val="28"/>
          <w:szCs w:val="28"/>
          <w:lang w:val="ru-RU"/>
        </w:rPr>
        <w:t>Балашевича</w:t>
      </w:r>
      <w:proofErr w:type="spellEnd"/>
      <w:r w:rsidR="00E81729" w:rsidRPr="004826F7">
        <w:rPr>
          <w:rFonts w:ascii="Times New Roman" w:hAnsi="Times New Roman" w:cs="Times New Roman"/>
          <w:i/>
          <w:sz w:val="28"/>
          <w:szCs w:val="28"/>
          <w:lang w:val="ru-RU"/>
        </w:rPr>
        <w:br/>
      </w:r>
    </w:p>
    <w:p w:rsidR="00EA75E8" w:rsidRPr="002C15D2" w:rsidRDefault="002C15D2" w:rsidP="002C15D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Действующие лица:</w:t>
      </w:r>
    </w:p>
    <w:p w:rsidR="00EA75E8" w:rsidRPr="002C15D2" w:rsidRDefault="0060495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Персонаж</w:t>
      </w:r>
      <w:r w:rsidR="00E81729"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E81729"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(Традиционалист) 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— </w:t>
      </w:r>
      <w:r w:rsidR="00234473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поклонник </w:t>
      </w:r>
      <w:r w:rsidR="00270651">
        <w:rPr>
          <w:rFonts w:ascii="Times New Roman" w:hAnsi="Times New Roman" w:cs="Times New Roman"/>
          <w:sz w:val="28"/>
          <w:szCs w:val="28"/>
          <w:lang w:val="ru-RU"/>
        </w:rPr>
        <w:t xml:space="preserve">сербского барда </w:t>
      </w:r>
      <w:proofErr w:type="spellStart"/>
      <w:r w:rsidR="00234473" w:rsidRPr="002C15D2">
        <w:rPr>
          <w:rFonts w:ascii="Times New Roman" w:hAnsi="Times New Roman" w:cs="Times New Roman"/>
          <w:sz w:val="28"/>
          <w:szCs w:val="28"/>
          <w:lang w:val="ru-RU"/>
        </w:rPr>
        <w:t>Джорже</w:t>
      </w:r>
      <w:proofErr w:type="spellEnd"/>
      <w:r w:rsidR="00234473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4473" w:rsidRPr="002C15D2">
        <w:rPr>
          <w:rFonts w:ascii="Times New Roman" w:hAnsi="Times New Roman" w:cs="Times New Roman"/>
          <w:sz w:val="28"/>
          <w:szCs w:val="28"/>
          <w:lang w:val="ru-RU"/>
        </w:rPr>
        <w:t>Балашевича</w:t>
      </w:r>
      <w:proofErr w:type="spellEnd"/>
      <w:r w:rsidR="00234473" w:rsidRPr="002C15D2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34473"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хранитель коллективной памяти, аналоговой искренности. Одежда: </w:t>
      </w:r>
      <w:proofErr w:type="gram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однотонный</w:t>
      </w:r>
      <w:proofErr w:type="gram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оверсайз-костюм</w:t>
      </w:r>
      <w:proofErr w:type="spell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графитового цвета из плотной м</w:t>
      </w:r>
      <w:r w:rsidR="006062CF">
        <w:rPr>
          <w:rFonts w:ascii="Times New Roman" w:hAnsi="Times New Roman" w:cs="Times New Roman"/>
          <w:sz w:val="28"/>
          <w:szCs w:val="28"/>
          <w:lang w:val="ru-RU"/>
        </w:rPr>
        <w:t>атовой ткани, белая футболка, тё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мные кеды. На одежде видны естественные</w:t>
      </w:r>
      <w:r w:rsidR="002C15D2">
        <w:rPr>
          <w:rFonts w:ascii="Times New Roman" w:hAnsi="Times New Roman" w:cs="Times New Roman"/>
          <w:sz w:val="28"/>
          <w:szCs w:val="28"/>
          <w:lang w:val="ru-RU"/>
        </w:rPr>
        <w:t xml:space="preserve"> складки. Манера двигаться: тяжё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лая, «аналоговая» пластика, обладающая весом. Говорит глубоким грудным голосом с хрипотцой, не торопясь. Огорчение и боль переживает физически: тело сжимается, плечи опускаются, дыхание перехватывает.</w:t>
      </w:r>
    </w:p>
    <w:p w:rsidR="00EA75E8" w:rsidRPr="002C15D2" w:rsidRDefault="0060495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Персонаж</w:t>
      </w:r>
      <w:r w:rsidR="00E81729"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Б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E81729"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(Прогрессист) 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— </w:t>
      </w:r>
      <w:r w:rsidR="00234473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знаток творчества и биографии </w:t>
      </w:r>
      <w:proofErr w:type="spellStart"/>
      <w:r w:rsidR="00234473" w:rsidRPr="002C15D2">
        <w:rPr>
          <w:rFonts w:ascii="Times New Roman" w:hAnsi="Times New Roman" w:cs="Times New Roman"/>
          <w:sz w:val="28"/>
          <w:szCs w:val="28"/>
          <w:lang w:val="ru-RU"/>
        </w:rPr>
        <w:t>Джорже</w:t>
      </w:r>
      <w:proofErr w:type="spellEnd"/>
      <w:r w:rsidR="00234473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4473" w:rsidRPr="002C15D2">
        <w:rPr>
          <w:rFonts w:ascii="Times New Roman" w:hAnsi="Times New Roman" w:cs="Times New Roman"/>
          <w:sz w:val="28"/>
          <w:szCs w:val="28"/>
          <w:lang w:val="ru-RU"/>
        </w:rPr>
        <w:t>Балашевича</w:t>
      </w:r>
      <w:proofErr w:type="spellEnd"/>
      <w:r w:rsidR="00234473" w:rsidRPr="002C15D2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34473"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менеджер новой цифровой реальности, </w:t>
      </w:r>
      <w:proofErr w:type="spell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промптер</w:t>
      </w:r>
      <w:proofErr w:type="spell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Одежда: точно такой же </w:t>
      </w:r>
      <w:proofErr w:type="spell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оверсайз-костюм</w:t>
      </w:r>
      <w:proofErr w:type="spell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графитового цвета, белая футболка и кеды, но ткань идеально отпарена, без единой складки.</w:t>
      </w:r>
      <w:proofErr w:type="gram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Манера двигаться: экономичная, плавная пластика; перемещается бесшумно, сидит идеально прямо. Говорит ровно, слегка металлически, без выраженных интонаций. Огорчение выглядит как системный сбой (</w:t>
      </w:r>
      <w:proofErr w:type="spell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глитч</w:t>
      </w:r>
      <w:proofErr w:type="spell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) — секундное замирание со стеклянным взглядом.</w:t>
      </w:r>
    </w:p>
    <w:p w:rsidR="006B456B" w:rsidRPr="002C15D2" w:rsidRDefault="006062CF" w:rsidP="006B456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Эффект Близнецов (</w:t>
      </w:r>
      <w:r w:rsidR="006B456B" w:rsidRPr="002C15D2">
        <w:rPr>
          <w:rFonts w:ascii="Times New Roman" w:hAnsi="Times New Roman" w:cs="Times New Roman"/>
          <w:b/>
          <w:sz w:val="28"/>
          <w:szCs w:val="28"/>
          <w:lang w:val="ru-RU"/>
        </w:rPr>
        <w:t>примечание к кастингу):</w:t>
      </w:r>
      <w:r w:rsidR="006B456B" w:rsidRPr="002C15D2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="002C15D2">
        <w:rPr>
          <w:rFonts w:ascii="Times New Roman" w:hAnsi="Times New Roman" w:cs="Times New Roman"/>
          <w:sz w:val="28"/>
          <w:szCs w:val="28"/>
          <w:lang w:val="ru-RU"/>
        </w:rPr>
        <w:t>Актё</w:t>
      </w:r>
      <w:r w:rsidR="006B456B" w:rsidRPr="002C15D2">
        <w:rPr>
          <w:rFonts w:ascii="Times New Roman" w:hAnsi="Times New Roman" w:cs="Times New Roman"/>
          <w:sz w:val="28"/>
          <w:szCs w:val="28"/>
          <w:lang w:val="ru-RU"/>
        </w:rPr>
        <w:t>ры А</w:t>
      </w:r>
      <w:r w:rsidR="0060495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B456B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и Б</w:t>
      </w:r>
      <w:r w:rsidR="0060495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B456B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должны обладать максимальным внешним сходством. Идеальный вариант — близнецы, либо</w:t>
      </w:r>
      <w:r w:rsidR="002C15D2">
        <w:rPr>
          <w:rFonts w:ascii="Times New Roman" w:hAnsi="Times New Roman" w:cs="Times New Roman"/>
          <w:sz w:val="28"/>
          <w:szCs w:val="28"/>
          <w:lang w:val="ru-RU"/>
        </w:rPr>
        <w:t xml:space="preserve"> акт</w:t>
      </w:r>
      <w:r w:rsidR="00750103">
        <w:rPr>
          <w:rFonts w:ascii="Times New Roman" w:hAnsi="Times New Roman" w:cs="Times New Roman"/>
          <w:sz w:val="28"/>
          <w:szCs w:val="28"/>
          <w:lang w:val="ru-RU"/>
        </w:rPr>
        <w:t>ё</w:t>
      </w:r>
      <w:r w:rsidR="006B456B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ры одного типажа, роста, </w:t>
      </w:r>
      <w:r w:rsidR="006B456B" w:rsidRPr="002C15D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телосложения и возраста (примерно 33–37 лет). У них </w:t>
      </w:r>
      <w:r w:rsidR="00143FF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почти </w:t>
      </w:r>
      <w:proofErr w:type="gramStart"/>
      <w:r w:rsidR="006B456B" w:rsidRPr="002C15D2">
        <w:rPr>
          <w:rFonts w:ascii="Times New Roman" w:hAnsi="Times New Roman" w:cs="Times New Roman"/>
          <w:sz w:val="28"/>
          <w:szCs w:val="28"/>
          <w:lang w:val="ru-RU"/>
        </w:rPr>
        <w:t>одинаковые аккуратные</w:t>
      </w:r>
      <w:proofErr w:type="gramEnd"/>
      <w:r w:rsidR="006B456B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стрижки, </w:t>
      </w:r>
      <w:r w:rsidR="00143FF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почти </w:t>
      </w:r>
      <w:r w:rsidR="006B456B" w:rsidRPr="002C15D2">
        <w:rPr>
          <w:rFonts w:ascii="Times New Roman" w:hAnsi="Times New Roman" w:cs="Times New Roman"/>
          <w:sz w:val="28"/>
          <w:szCs w:val="28"/>
          <w:lang w:val="ru-RU"/>
        </w:rPr>
        <w:t>одинаковый цвет волос и одинаковая базовая одежда. Зритель в первые минуты должен испытывать замешательство, пытаясь их различить.</w:t>
      </w:r>
    </w:p>
    <w:p w:rsidR="00EA75E8" w:rsidRPr="002C15D2" w:rsidRDefault="00EA75E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D5888" w:rsidRDefault="007D5888" w:rsidP="007D588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СЦЕНА ПЕРВАЯ</w:t>
      </w:r>
    </w:p>
    <w:p w:rsidR="00EA75E8" w:rsidRPr="002C15D2" w:rsidRDefault="00E81729" w:rsidP="007D588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ДЕКЛАРАЦИЯ СВОБОДЫ</w:t>
      </w:r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>[РЕМАРОЧНЫЙ ПЛАН ПО СВЕТУ И ЗВУКУ:</w:t>
      </w:r>
      <w:proofErr w:type="gramEnd"/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br/>
        <w:t>СВЕТ: Общая залив</w:t>
      </w:r>
      <w:r w:rsidR="0050312B">
        <w:rPr>
          <w:rFonts w:ascii="Times New Roman" w:hAnsi="Times New Roman" w:cs="Times New Roman"/>
          <w:i/>
          <w:sz w:val="28"/>
          <w:szCs w:val="28"/>
          <w:lang w:val="ru-RU"/>
        </w:rPr>
        <w:t>ка сцены белым холодным, стерильным, почти клиническим светом</w:t>
      </w: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>. Экран ноутбука</w:t>
      </w:r>
      <w:proofErr w:type="gramStart"/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Б</w:t>
      </w:r>
      <w:proofErr w:type="gramEnd"/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снабжен направленным диодным излучателем, неестественно ярко подсвечивающим его лицо снизу вверх. На</w:t>
      </w:r>
      <w:proofErr w:type="gramStart"/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А</w:t>
      </w:r>
      <w:proofErr w:type="gramEnd"/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направлен ровный верхний профильный прожект</w:t>
      </w:r>
      <w:r w:rsidR="0050312B">
        <w:rPr>
          <w:rFonts w:ascii="Times New Roman" w:hAnsi="Times New Roman" w:cs="Times New Roman"/>
          <w:i/>
          <w:sz w:val="28"/>
          <w:szCs w:val="28"/>
          <w:lang w:val="ru-RU"/>
        </w:rPr>
        <w:t>ор.</w:t>
      </w:r>
      <w:r w:rsidR="0050312B">
        <w:rPr>
          <w:rFonts w:ascii="Times New Roman" w:hAnsi="Times New Roman" w:cs="Times New Roman"/>
          <w:i/>
          <w:sz w:val="28"/>
          <w:szCs w:val="28"/>
          <w:lang w:val="ru-RU"/>
        </w:rPr>
        <w:br/>
        <w:t xml:space="preserve">ЗВУК: </w:t>
      </w:r>
      <w:proofErr w:type="gramStart"/>
      <w:r w:rsidR="0050312B">
        <w:rPr>
          <w:rFonts w:ascii="Times New Roman" w:hAnsi="Times New Roman" w:cs="Times New Roman"/>
          <w:i/>
          <w:sz w:val="28"/>
          <w:szCs w:val="28"/>
          <w:lang w:val="ru-RU"/>
        </w:rPr>
        <w:t>На грани слышимости возникает низкий гул — симуляция работы серверов, почти физически ощущаемый как</w:t>
      </w: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давление.]</w:t>
      </w:r>
      <w:proofErr w:type="gramEnd"/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="00E00CB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Свобода — это когда у тебя нет ничего, кроме твоего голоса</w:t>
      </w:r>
      <w:r>
        <w:rPr>
          <w:rFonts w:ascii="Times New Roman" w:hAnsi="Times New Roman" w:cs="Times New Roman"/>
          <w:sz w:val="28"/>
          <w:szCs w:val="28"/>
          <w:lang w:val="ru-RU"/>
        </w:rPr>
        <w:t>. И музыка идёт</w:t>
      </w:r>
      <w:r w:rsidR="0099525D">
        <w:rPr>
          <w:rFonts w:ascii="Times New Roman" w:hAnsi="Times New Roman" w:cs="Times New Roman"/>
          <w:sz w:val="28"/>
          <w:szCs w:val="28"/>
          <w:lang w:val="ru-RU"/>
        </w:rPr>
        <w:t xml:space="preserve"> изнутри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. И ты поёшь. Вопреки</w:t>
      </w:r>
      <w:r w:rsidR="006202FF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всем и всему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Б</w:t>
      </w:r>
      <w:r w:rsidR="00E00CB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99525D">
        <w:rPr>
          <w:rFonts w:ascii="Times New Roman" w:hAnsi="Times New Roman" w:cs="Times New Roman"/>
          <w:sz w:val="28"/>
          <w:szCs w:val="28"/>
          <w:lang w:val="ru-RU"/>
        </w:rPr>
        <w:t>(н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е отрываясь от экрана)</w:t>
      </w:r>
      <w:r w:rsidR="0099525D"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Вопреки чему?</w:t>
      </w:r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="00E00CB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Всему. Танкам. Границам. Цензуре. Времени. Когда </w:t>
      </w:r>
      <w:proofErr w:type="gramStart"/>
      <w:r w:rsidRPr="002C15D2">
        <w:rPr>
          <w:rFonts w:ascii="Times New Roman" w:hAnsi="Times New Roman" w:cs="Times New Roman"/>
          <w:sz w:val="28"/>
          <w:szCs w:val="28"/>
          <w:lang w:val="ru-RU"/>
        </w:rPr>
        <w:t>Джордже</w:t>
      </w:r>
      <w:proofErr w:type="gramEnd"/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выходил на сцену в девяностых, он рисковал всем. Свобода — это </w:t>
      </w:r>
      <w:r w:rsidR="006202FF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всегда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риск остаться ни с чем, но </w:t>
      </w:r>
      <w:r w:rsidR="006202FF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шанс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сказать правду.</w:t>
      </w:r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Б</w:t>
      </w:r>
      <w:r w:rsidR="00E00CB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Это не свобода. Это дефицит. Свобода раба, которому разрешили крикнуть перед казнью. Петь </w:t>
      </w:r>
      <w:proofErr w:type="gramStart"/>
      <w:r w:rsidRPr="002C15D2">
        <w:rPr>
          <w:rFonts w:ascii="Times New Roman" w:hAnsi="Times New Roman" w:cs="Times New Roman"/>
          <w:sz w:val="28"/>
          <w:szCs w:val="28"/>
          <w:lang w:val="ru-RU"/>
        </w:rPr>
        <w:t>вопреки</w:t>
      </w:r>
      <w:proofErr w:type="gramEnd"/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— значит зависеть от того, против чего ты поёшь. Нет танков — нет твоей</w:t>
      </w:r>
      <w:r w:rsidR="006202FF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песни. Ты заперт в собственно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й борьбе.</w:t>
      </w:r>
      <w:r w:rsidR="006202FF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Ты её раб, а не герой.</w:t>
      </w:r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="00E00CB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6202FF"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202FF" w:rsidRPr="002C15D2">
        <w:rPr>
          <w:rFonts w:ascii="Times New Roman" w:hAnsi="Times New Roman" w:cs="Times New Roman"/>
          <w:sz w:val="28"/>
          <w:szCs w:val="28"/>
          <w:lang w:val="ru-RU"/>
        </w:rPr>
        <w:t>(резко недоволен)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proofErr w:type="gramEnd"/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А в чём твоя свобода? В этой коробке?</w:t>
      </w:r>
      <w:r w:rsidR="007D5888">
        <w:rPr>
          <w:rFonts w:ascii="Times New Roman" w:hAnsi="Times New Roman" w:cs="Times New Roman"/>
          <w:sz w:val="28"/>
          <w:szCs w:val="28"/>
          <w:lang w:val="ru-RU"/>
        </w:rPr>
        <w:t xml:space="preserve"> В мировой Сети? По-моему, ты в ней запутался.</w:t>
      </w:r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Б</w:t>
      </w:r>
      <w:r w:rsidR="00E00CB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Моя свобода — в абсолютной независимости. От дистрибьюторов. От критиков. И главное — от моего со</w:t>
      </w:r>
      <w:r w:rsidR="007D5888">
        <w:rPr>
          <w:rFonts w:ascii="Times New Roman" w:hAnsi="Times New Roman" w:cs="Times New Roman"/>
          <w:sz w:val="28"/>
          <w:szCs w:val="28"/>
          <w:lang w:val="ru-RU"/>
        </w:rPr>
        <w:t>бственного тела: о</w:t>
      </w:r>
      <w:r w:rsidR="006202FF" w:rsidRPr="002C15D2">
        <w:rPr>
          <w:rFonts w:ascii="Times New Roman" w:hAnsi="Times New Roman" w:cs="Times New Roman"/>
          <w:sz w:val="28"/>
          <w:szCs w:val="28"/>
          <w:lang w:val="ru-RU"/>
        </w:rPr>
        <w:t>т хрупкого таланта</w:t>
      </w:r>
      <w:r w:rsidR="007D5888">
        <w:rPr>
          <w:rFonts w:ascii="Times New Roman" w:hAnsi="Times New Roman" w:cs="Times New Roman"/>
          <w:sz w:val="28"/>
          <w:szCs w:val="28"/>
          <w:lang w:val="ru-RU"/>
        </w:rPr>
        <w:t xml:space="preserve">, заключённого в </w:t>
      </w:r>
      <w:proofErr w:type="gramStart"/>
      <w:r w:rsidR="007D5888">
        <w:rPr>
          <w:rFonts w:ascii="Times New Roman" w:hAnsi="Times New Roman" w:cs="Times New Roman"/>
          <w:sz w:val="28"/>
          <w:szCs w:val="28"/>
          <w:lang w:val="ru-RU"/>
        </w:rPr>
        <w:t>немощи</w:t>
      </w:r>
      <w:proofErr w:type="gramEnd"/>
      <w:r w:rsidR="007D588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202FF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и капризного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вдохновения.</w:t>
      </w:r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А</w:t>
      </w:r>
      <w:r w:rsidR="00E00CB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Как можно быть свободным от талан</w:t>
      </w:r>
      <w:r w:rsidR="006202FF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та? Это дар свыше! </w:t>
      </w:r>
      <w:proofErr w:type="gramStart"/>
      <w:r w:rsidR="006202FF" w:rsidRPr="002C15D2">
        <w:rPr>
          <w:rFonts w:ascii="Times New Roman" w:hAnsi="Times New Roman" w:cs="Times New Roman"/>
          <w:sz w:val="28"/>
          <w:szCs w:val="28"/>
          <w:lang w:val="ru-RU"/>
        </w:rPr>
        <w:t>Свободен</w:t>
      </w:r>
      <w:proofErr w:type="gramEnd"/>
      <w:r w:rsidR="006202FF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от таланта только бездарь.</w:t>
      </w:r>
    </w:p>
    <w:p w:rsidR="00FA24C7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Б</w:t>
      </w:r>
      <w:r w:rsidR="00E00CB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6202FF"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202FF" w:rsidRPr="002C15D2">
        <w:rPr>
          <w:rFonts w:ascii="Times New Roman" w:hAnsi="Times New Roman" w:cs="Times New Roman"/>
          <w:sz w:val="28"/>
          <w:szCs w:val="28"/>
          <w:lang w:val="ru-RU"/>
        </w:rPr>
        <w:t>(назидательно)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Дар — это проклятие. Если у тебя депрессия, ты </w:t>
      </w:r>
      <w:r w:rsidR="00FA24C7">
        <w:rPr>
          <w:rFonts w:ascii="Times New Roman" w:hAnsi="Times New Roman" w:cs="Times New Roman"/>
          <w:sz w:val="28"/>
          <w:szCs w:val="28"/>
          <w:lang w:val="ru-RU"/>
        </w:rPr>
        <w:t>не пишешь. Ты раб биологии. А я…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A24C7" w:rsidRPr="00FA24C7" w:rsidRDefault="00E81729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FA24C7">
        <w:rPr>
          <w:rFonts w:ascii="Times New Roman" w:hAnsi="Times New Roman" w:cs="Times New Roman"/>
          <w:i/>
          <w:sz w:val="28"/>
          <w:szCs w:val="28"/>
          <w:lang w:val="ru-RU"/>
        </w:rPr>
        <w:t>Бьёт по клавише. Звучит короткий чистый циф</w:t>
      </w:r>
      <w:r w:rsidR="0099525D">
        <w:rPr>
          <w:rFonts w:ascii="Times New Roman" w:hAnsi="Times New Roman" w:cs="Times New Roman"/>
          <w:i/>
          <w:sz w:val="28"/>
          <w:szCs w:val="28"/>
          <w:lang w:val="ru-RU"/>
        </w:rPr>
        <w:t>ровой сигнал окончания загрузки</w:t>
      </w:r>
      <w:r w:rsidRPr="00FA24C7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</w:t>
      </w:r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Смотри. Один </w:t>
      </w:r>
      <w:proofErr w:type="spellStart"/>
      <w:r w:rsidRPr="002C15D2">
        <w:rPr>
          <w:rFonts w:ascii="Times New Roman" w:hAnsi="Times New Roman" w:cs="Times New Roman"/>
          <w:sz w:val="28"/>
          <w:szCs w:val="28"/>
          <w:lang w:val="ru-RU"/>
        </w:rPr>
        <w:t>промпт</w:t>
      </w:r>
      <w:proofErr w:type="spellEnd"/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. «Тоска, гитара, </w:t>
      </w:r>
      <w:proofErr w:type="spellStart"/>
      <w:proofErr w:type="gramStart"/>
      <w:r w:rsidRPr="002C15D2">
        <w:rPr>
          <w:rFonts w:ascii="Times New Roman" w:hAnsi="Times New Roman" w:cs="Times New Roman"/>
          <w:sz w:val="28"/>
          <w:szCs w:val="28"/>
          <w:lang w:val="ru-RU"/>
        </w:rPr>
        <w:t>Нови-Сад</w:t>
      </w:r>
      <w:proofErr w:type="spellEnd"/>
      <w:proofErr w:type="gramEnd"/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2F10FF">
        <w:rPr>
          <w:rFonts w:ascii="Times New Roman" w:hAnsi="Times New Roman" w:cs="Times New Roman"/>
          <w:sz w:val="28"/>
          <w:szCs w:val="28"/>
          <w:lang w:val="ru-RU"/>
        </w:rPr>
        <w:t>тема – нет пути назад.</w:t>
      </w:r>
      <w:r w:rsidR="00E17E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1993 год, акустика, голос с хрипотцой». Готово. Целый альбом. За сорок секунд. Я — освобождённый творец. Без боли. Без выгорания.</w:t>
      </w:r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А: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Ты штампуешь </w:t>
      </w:r>
      <w:proofErr w:type="spellStart"/>
      <w:r w:rsidRPr="002C15D2">
        <w:rPr>
          <w:rFonts w:ascii="Times New Roman" w:hAnsi="Times New Roman" w:cs="Times New Roman"/>
          <w:sz w:val="28"/>
          <w:szCs w:val="28"/>
          <w:lang w:val="ru-RU"/>
        </w:rPr>
        <w:t>контент</w:t>
      </w:r>
      <w:proofErr w:type="spellEnd"/>
      <w:r w:rsidR="00FA24C7">
        <w:rPr>
          <w:rFonts w:ascii="Times New Roman" w:hAnsi="Times New Roman" w:cs="Times New Roman"/>
          <w:sz w:val="28"/>
          <w:szCs w:val="28"/>
          <w:lang w:val="ru-RU"/>
        </w:rPr>
        <w:t xml:space="preserve"> по правилам, придуманным не тобой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. В этом нет человека. Нет раны. </w:t>
      </w:r>
      <w:r w:rsidR="006202FF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Это не твоя боль. Это имитация.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Люди слушали </w:t>
      </w:r>
      <w:proofErr w:type="spellStart"/>
      <w:r w:rsidRPr="002C15D2">
        <w:rPr>
          <w:rFonts w:ascii="Times New Roman" w:hAnsi="Times New Roman" w:cs="Times New Roman"/>
          <w:sz w:val="28"/>
          <w:szCs w:val="28"/>
          <w:lang w:val="ru-RU"/>
        </w:rPr>
        <w:t>Балашевича</w:t>
      </w:r>
      <w:proofErr w:type="spellEnd"/>
      <w:r w:rsidRPr="002C15D2">
        <w:rPr>
          <w:rFonts w:ascii="Times New Roman" w:hAnsi="Times New Roman" w:cs="Times New Roman"/>
          <w:sz w:val="28"/>
          <w:szCs w:val="28"/>
          <w:lang w:val="ru-RU"/>
        </w:rPr>
        <w:t>, потому что у них болело так же, как у него. Машина не умеет болеть</w:t>
      </w:r>
      <w:r w:rsidR="00FA24C7">
        <w:rPr>
          <w:rFonts w:ascii="Times New Roman" w:hAnsi="Times New Roman" w:cs="Times New Roman"/>
          <w:sz w:val="28"/>
          <w:szCs w:val="28"/>
          <w:lang w:val="ru-RU"/>
        </w:rPr>
        <w:t xml:space="preserve"> за человека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FA24C7">
        <w:rPr>
          <w:rFonts w:ascii="Times New Roman" w:hAnsi="Times New Roman" w:cs="Times New Roman"/>
          <w:sz w:val="28"/>
          <w:szCs w:val="28"/>
          <w:lang w:val="ru-RU"/>
        </w:rPr>
        <w:t xml:space="preserve"> Она вообще не умеет болеть.</w:t>
      </w:r>
    </w:p>
    <w:p w:rsidR="006202FF" w:rsidRPr="002C15D2" w:rsidRDefault="006202FF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>Помолчал.</w:t>
      </w:r>
    </w:p>
    <w:p w:rsidR="006202FF" w:rsidRPr="002C15D2" w:rsidRDefault="006202F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sz w:val="28"/>
          <w:szCs w:val="28"/>
          <w:lang w:val="ru-RU"/>
        </w:rPr>
        <w:t>Впрочем, похоже, ты тоже.</w:t>
      </w:r>
    </w:p>
    <w:p w:rsidR="000012D4" w:rsidRPr="002C15D2" w:rsidRDefault="006202FF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Б</w:t>
      </w:r>
      <w:proofErr w:type="gramEnd"/>
      <w:r w:rsidR="00E81729"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14A6B" w:rsidRPr="002C15D2">
        <w:rPr>
          <w:rFonts w:ascii="Times New Roman" w:hAnsi="Times New Roman" w:cs="Times New Roman"/>
          <w:sz w:val="28"/>
          <w:szCs w:val="28"/>
          <w:lang w:val="ru-RU"/>
        </w:rPr>
        <w:t>(у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лыбается, смотрит в монитор)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Зат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о она умеет безупречно воспроизводи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ть боль.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Ты ведь не ставишь в вину актёру, что он корчится на сцене </w:t>
      </w:r>
      <w:proofErr w:type="gramStart"/>
      <w:r w:rsidRPr="002C15D2">
        <w:rPr>
          <w:rFonts w:ascii="Times New Roman" w:hAnsi="Times New Roman" w:cs="Times New Roman"/>
          <w:sz w:val="28"/>
          <w:szCs w:val="28"/>
          <w:lang w:val="ru-RU"/>
        </w:rPr>
        <w:t>вовсе</w:t>
      </w:r>
      <w:proofErr w:type="gramEnd"/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не будучи </w:t>
      </w:r>
      <w:r w:rsidR="00B245F0">
        <w:rPr>
          <w:rFonts w:ascii="Times New Roman" w:hAnsi="Times New Roman" w:cs="Times New Roman"/>
          <w:sz w:val="28"/>
          <w:szCs w:val="28"/>
          <w:lang w:val="ru-RU"/>
        </w:rPr>
        <w:t xml:space="preserve">на самом деле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пронзён шпагой или смертельно ранен вражеской пулей. И </w:t>
      </w:r>
      <w:proofErr w:type="spellStart"/>
      <w:r w:rsidRPr="002C15D2">
        <w:rPr>
          <w:rFonts w:ascii="Times New Roman" w:hAnsi="Times New Roman" w:cs="Times New Roman"/>
          <w:sz w:val="28"/>
          <w:szCs w:val="28"/>
          <w:lang w:val="ru-RU"/>
        </w:rPr>
        <w:t>Джоле</w:t>
      </w:r>
      <w:proofErr w:type="spellEnd"/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твой вовсе не умирал на сцене – он там жил. Ты в</w:t>
      </w:r>
      <w:r w:rsidR="000012D4" w:rsidRPr="002C15D2">
        <w:rPr>
          <w:rFonts w:ascii="Times New Roman" w:hAnsi="Times New Roman" w:cs="Times New Roman"/>
          <w:sz w:val="28"/>
          <w:szCs w:val="28"/>
          <w:lang w:val="ru-RU"/>
        </w:rPr>
        <w:t>едь сам не раз говорил об этом.</w:t>
      </w:r>
    </w:p>
    <w:p w:rsidR="000012D4" w:rsidRPr="002C15D2" w:rsidRDefault="000012D4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>Скептически улыбается.</w:t>
      </w:r>
    </w:p>
    <w:p w:rsidR="0099525D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C15D2">
        <w:rPr>
          <w:rFonts w:ascii="Times New Roman" w:hAnsi="Times New Roman" w:cs="Times New Roman"/>
          <w:sz w:val="28"/>
          <w:szCs w:val="28"/>
          <w:lang w:val="ru-RU"/>
        </w:rPr>
        <w:t>И если зрителю станет легче</w:t>
      </w:r>
      <w:r w:rsidR="00B245F0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715CC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и он поверит в подлинность услышанного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, какая разница, у кого из нас дв</w:t>
      </w:r>
      <w:r w:rsidR="0099525D">
        <w:rPr>
          <w:rFonts w:ascii="Times New Roman" w:hAnsi="Times New Roman" w:cs="Times New Roman"/>
          <w:sz w:val="28"/>
          <w:szCs w:val="28"/>
          <w:lang w:val="ru-RU"/>
        </w:rPr>
        <w:t xml:space="preserve">оих на самом деле текла кровь? </w:t>
      </w:r>
      <w:proofErr w:type="gramEnd"/>
    </w:p>
    <w:p w:rsidR="0099525D" w:rsidRPr="0099525D" w:rsidRDefault="00E81729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9525D">
        <w:rPr>
          <w:rFonts w:ascii="Times New Roman" w:hAnsi="Times New Roman" w:cs="Times New Roman"/>
          <w:i/>
          <w:sz w:val="28"/>
          <w:szCs w:val="28"/>
          <w:lang w:val="ru-RU"/>
        </w:rPr>
        <w:t>Пауза. С</w:t>
      </w:r>
      <w:r w:rsidR="0099525D" w:rsidRPr="0099525D">
        <w:rPr>
          <w:rFonts w:ascii="Times New Roman" w:hAnsi="Times New Roman" w:cs="Times New Roman"/>
          <w:i/>
          <w:sz w:val="28"/>
          <w:szCs w:val="28"/>
          <w:lang w:val="ru-RU"/>
        </w:rPr>
        <w:t xml:space="preserve">лышен тихий гул </w:t>
      </w:r>
      <w:proofErr w:type="spellStart"/>
      <w:r w:rsidR="0099525D" w:rsidRPr="0099525D">
        <w:rPr>
          <w:rFonts w:ascii="Times New Roman" w:hAnsi="Times New Roman" w:cs="Times New Roman"/>
          <w:i/>
          <w:sz w:val="28"/>
          <w:szCs w:val="28"/>
          <w:lang w:val="ru-RU"/>
        </w:rPr>
        <w:t>кулера</w:t>
      </w:r>
      <w:proofErr w:type="spellEnd"/>
      <w:r w:rsidR="0099525D" w:rsidRPr="0099525D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ноутбука</w:t>
      </w:r>
      <w:r w:rsidRPr="0099525D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</w:t>
      </w:r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sz w:val="28"/>
          <w:szCs w:val="28"/>
          <w:lang w:val="ru-RU"/>
        </w:rPr>
        <w:t>Нажми «</w:t>
      </w:r>
      <w:r w:rsidRPr="002C15D2">
        <w:rPr>
          <w:rFonts w:ascii="Times New Roman" w:hAnsi="Times New Roman" w:cs="Times New Roman"/>
          <w:sz w:val="28"/>
          <w:szCs w:val="28"/>
        </w:rPr>
        <w:t>Play</w:t>
      </w:r>
      <w:r w:rsidR="006062CF"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  <w:proofErr w:type="gramStart"/>
      <w:r w:rsidR="006062CF">
        <w:rPr>
          <w:rFonts w:ascii="Times New Roman" w:hAnsi="Times New Roman" w:cs="Times New Roman"/>
          <w:sz w:val="28"/>
          <w:szCs w:val="28"/>
          <w:lang w:val="ru-RU"/>
        </w:rPr>
        <w:t>Послушай</w:t>
      </w:r>
      <w:proofErr w:type="gramEnd"/>
      <w:r w:rsidR="006062CF">
        <w:rPr>
          <w:rFonts w:ascii="Times New Roman" w:hAnsi="Times New Roman" w:cs="Times New Roman"/>
          <w:sz w:val="28"/>
          <w:szCs w:val="28"/>
          <w:lang w:val="ru-RU"/>
        </w:rPr>
        <w:t xml:space="preserve"> как звучит настоящая свобода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A75E8" w:rsidRPr="002C15D2" w:rsidRDefault="00E81729" w:rsidP="002F7A0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sz w:val="28"/>
          <w:szCs w:val="28"/>
          <w:lang w:val="ru-RU"/>
        </w:rPr>
        <w:br/>
      </w:r>
    </w:p>
    <w:p w:rsidR="002F7A0B" w:rsidRDefault="002F7A0B" w:rsidP="002F7A0B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СЦЕНА ВТОРАЯ</w:t>
      </w:r>
    </w:p>
    <w:p w:rsidR="00EA75E8" w:rsidRPr="002C15D2" w:rsidRDefault="00234473" w:rsidP="002F7A0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ПИРАТЫ </w:t>
      </w:r>
      <w:r w:rsidR="00E81729" w:rsidRPr="002C15D2">
        <w:rPr>
          <w:rFonts w:ascii="Times New Roman" w:hAnsi="Times New Roman" w:cs="Times New Roman"/>
          <w:b/>
          <w:sz w:val="28"/>
          <w:szCs w:val="28"/>
          <w:lang w:val="ru-RU"/>
        </w:rPr>
        <w:t>И КОПИРАЙТ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ЕРЫ</w:t>
      </w:r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>[РЕМАРОЧНЫЙ ПЛАН ПО СВЕТУ И ЗВУКУ:</w:t>
      </w:r>
      <w:proofErr w:type="gramEnd"/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br/>
      </w:r>
      <w:r w:rsidR="00C84879">
        <w:rPr>
          <w:rFonts w:ascii="Times New Roman" w:hAnsi="Times New Roman" w:cs="Times New Roman"/>
          <w:i/>
          <w:sz w:val="28"/>
          <w:szCs w:val="28"/>
          <w:lang w:val="ru-RU"/>
        </w:rPr>
        <w:t>СВЕТ: Белая заливка сцены постепенно, почти незаметно тускнеет</w:t>
      </w: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Пространство </w:t>
      </w:r>
      <w:r w:rsidR="000712F3">
        <w:rPr>
          <w:rFonts w:ascii="Times New Roman" w:hAnsi="Times New Roman" w:cs="Times New Roman"/>
          <w:i/>
          <w:sz w:val="28"/>
          <w:szCs w:val="28"/>
          <w:lang w:val="ru-RU"/>
        </w:rPr>
        <w:t xml:space="preserve">словно </w:t>
      </w: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 xml:space="preserve">сжимается. </w:t>
      </w:r>
      <w:r w:rsidR="000712F3">
        <w:rPr>
          <w:rFonts w:ascii="Times New Roman" w:hAnsi="Times New Roman" w:cs="Times New Roman"/>
          <w:i/>
          <w:sz w:val="28"/>
          <w:szCs w:val="28"/>
          <w:lang w:val="ru-RU"/>
        </w:rPr>
        <w:t>Экран ноутбука резко высвечивает</w:t>
      </w: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лицо А.</w:t>
      </w: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br/>
        <w:t xml:space="preserve">ЗВУК: </w:t>
      </w:r>
      <w:proofErr w:type="gramStart"/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>Серверный гул нарастает, подмешивается ускоренный звук клавиатурного набора через тыловые колонки.]</w:t>
      </w:r>
      <w:proofErr w:type="gramEnd"/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="002F7A0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Его музыка — это</w:t>
      </w:r>
      <w:r w:rsidR="002715CC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715CC" w:rsidRPr="002C15D2">
        <w:rPr>
          <w:rFonts w:ascii="Times New Roman" w:hAnsi="Times New Roman" w:cs="Times New Roman"/>
          <w:sz w:val="28"/>
          <w:szCs w:val="28"/>
          <w:lang w:val="ru-RU"/>
        </w:rPr>
        <w:t>саундтрек</w:t>
      </w:r>
      <w:proofErr w:type="spellEnd"/>
      <w:r w:rsidR="002715CC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к нашей молодости. </w:t>
      </w:r>
      <w:r w:rsidR="009D1A9B">
        <w:rPr>
          <w:rFonts w:ascii="Times New Roman" w:hAnsi="Times New Roman" w:cs="Times New Roman"/>
          <w:sz w:val="28"/>
          <w:szCs w:val="28"/>
          <w:lang w:val="ru-RU"/>
        </w:rPr>
        <w:t>Моя мама его слушала – она была его ровесница. По</w:t>
      </w:r>
      <w:r w:rsidR="002715CC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том его слушатели зачастую были моложе его песен. Я </w:t>
      </w:r>
      <w:r w:rsidR="009D1A9B">
        <w:rPr>
          <w:rFonts w:ascii="Times New Roman" w:hAnsi="Times New Roman" w:cs="Times New Roman"/>
          <w:sz w:val="28"/>
          <w:szCs w:val="28"/>
          <w:lang w:val="ru-RU"/>
        </w:rPr>
        <w:t xml:space="preserve">– один </w:t>
      </w:r>
      <w:r w:rsidR="002715CC" w:rsidRPr="002C15D2">
        <w:rPr>
          <w:rFonts w:ascii="Times New Roman" w:hAnsi="Times New Roman" w:cs="Times New Roman"/>
          <w:sz w:val="28"/>
          <w:szCs w:val="28"/>
          <w:lang w:val="ru-RU"/>
        </w:rPr>
        <w:t>из них. Когда его голос смолк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715CC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умерла последняя честная эпоха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9D1A9B">
        <w:rPr>
          <w:rFonts w:ascii="Times New Roman" w:hAnsi="Times New Roman" w:cs="Times New Roman"/>
          <w:sz w:val="28"/>
          <w:szCs w:val="28"/>
          <w:lang w:val="ru-RU"/>
        </w:rPr>
        <w:t xml:space="preserve">Умерла моя мама. </w:t>
      </w:r>
      <w:proofErr w:type="gramStart"/>
      <w:r w:rsidR="00CD538C">
        <w:rPr>
          <w:rFonts w:ascii="Times New Roman" w:hAnsi="Times New Roman" w:cs="Times New Roman"/>
          <w:i/>
          <w:sz w:val="28"/>
          <w:szCs w:val="28"/>
          <w:lang w:val="ru-RU"/>
        </w:rPr>
        <w:t>(Помолчал</w:t>
      </w:r>
      <w:r w:rsidR="00AC5A5E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  <w:proofErr w:type="gramEnd"/>
      <w:r w:rsidR="00AC5A5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gramStart"/>
      <w:r w:rsidR="00AC5A5E">
        <w:rPr>
          <w:rFonts w:ascii="Times New Roman" w:hAnsi="Times New Roman" w:cs="Times New Roman"/>
          <w:i/>
          <w:sz w:val="28"/>
          <w:szCs w:val="28"/>
          <w:lang w:val="ru-RU"/>
        </w:rPr>
        <w:t>Смотрит подозрительно</w:t>
      </w:r>
      <w:r w:rsidR="002715CC" w:rsidRPr="002C15D2">
        <w:rPr>
          <w:rFonts w:ascii="Times New Roman" w:hAnsi="Times New Roman" w:cs="Times New Roman"/>
          <w:i/>
          <w:sz w:val="28"/>
          <w:szCs w:val="28"/>
          <w:lang w:val="ru-RU"/>
        </w:rPr>
        <w:t>.)</w:t>
      </w:r>
      <w:proofErr w:type="gramEnd"/>
      <w:r w:rsidR="002715CC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Ты не можешь скопировать эту </w:t>
      </w:r>
      <w:r w:rsidR="00CD538C">
        <w:rPr>
          <w:rFonts w:ascii="Times New Roman" w:hAnsi="Times New Roman" w:cs="Times New Roman"/>
          <w:sz w:val="28"/>
          <w:szCs w:val="28"/>
          <w:lang w:val="ru-RU"/>
        </w:rPr>
        <w:t>коллективную память…</w:t>
      </w:r>
    </w:p>
    <w:p w:rsidR="00AE355B" w:rsidRDefault="002715C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Б</w:t>
      </w:r>
      <w:r w:rsidR="002F7A0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0419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E81729"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245F0">
        <w:rPr>
          <w:rFonts w:ascii="Times New Roman" w:hAnsi="Times New Roman" w:cs="Times New Roman"/>
          <w:sz w:val="28"/>
          <w:szCs w:val="28"/>
          <w:lang w:val="ru-RU"/>
        </w:rPr>
        <w:t>(с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покойно, стуча по клавишам)</w:t>
      </w:r>
      <w:r w:rsidRPr="00B245F0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="00B245F0">
        <w:rPr>
          <w:rFonts w:ascii="Times New Roman" w:hAnsi="Times New Roman" w:cs="Times New Roman"/>
          <w:sz w:val="28"/>
          <w:szCs w:val="28"/>
          <w:lang w:val="ru-RU"/>
        </w:rPr>
        <w:t>О!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245F0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я знаю эти комментарии – ты их выучил наизусть.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Но твоя «честная эпоха» — это коммерческий миф. </w:t>
      </w:r>
    </w:p>
    <w:p w:rsidR="00AE355B" w:rsidRDefault="00AE355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04196">
        <w:rPr>
          <w:rFonts w:ascii="Times New Roman" w:hAnsi="Times New Roman" w:cs="Times New Roman"/>
          <w:b/>
          <w:sz w:val="28"/>
          <w:szCs w:val="28"/>
          <w:lang w:val="ru-RU"/>
        </w:rPr>
        <w:t>А.</w:t>
      </w:r>
      <w:r w:rsidR="00404196" w:rsidRPr="0040419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Балашевич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был из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последних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великих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югов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 Он всё ещё склеивал наши души воедино своими песнями – что старыми, что новыми. После него мы окончательно стали сербами, хорватами, боснийцами, македонцами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… Н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югославенами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 И, кажется, не всегда – славянами…</w:t>
      </w:r>
    </w:p>
    <w:p w:rsidR="00B14A6B" w:rsidRPr="002C15D2" w:rsidRDefault="0040419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04196">
        <w:rPr>
          <w:rFonts w:ascii="Times New Roman" w:hAnsi="Times New Roman" w:cs="Times New Roman"/>
          <w:b/>
          <w:sz w:val="28"/>
          <w:szCs w:val="28"/>
          <w:lang w:val="ru-RU"/>
        </w:rPr>
        <w:t>Б.: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А н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апомнить тебе, как твой несравненный </w:t>
      </w:r>
      <w:proofErr w:type="spell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Джоле</w:t>
      </w:r>
      <w:proofErr w:type="spell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14A6B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сочинил </w:t>
      </w:r>
      <w:r w:rsidR="00B245F0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пел «Я трижды видел Тито»? Лизал руку маршалу</w:t>
      </w:r>
      <w:r w:rsidR="002715CC" w:rsidRPr="002C15D2">
        <w:rPr>
          <w:rFonts w:ascii="Times New Roman" w:hAnsi="Times New Roman" w:cs="Times New Roman"/>
          <w:sz w:val="28"/>
          <w:szCs w:val="28"/>
          <w:lang w:val="ru-RU"/>
        </w:rPr>
        <w:t>, когда тот был в силе</w:t>
      </w:r>
      <w:r w:rsidR="00AE355B">
        <w:rPr>
          <w:rFonts w:ascii="Times New Roman" w:hAnsi="Times New Roman" w:cs="Times New Roman"/>
          <w:sz w:val="28"/>
          <w:szCs w:val="28"/>
          <w:lang w:val="ru-RU"/>
        </w:rPr>
        <w:t>. Лизал,</w:t>
      </w:r>
      <w:r w:rsidR="00B14A6B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и не краснел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B14A6B" w:rsidRPr="002C15D2" w:rsidRDefault="00B14A6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="002F7A0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0419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(буркнул)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Тогда все были красными.</w:t>
      </w:r>
    </w:p>
    <w:p w:rsidR="00EA75E8" w:rsidRPr="002C15D2" w:rsidRDefault="00B14A6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Б</w:t>
      </w:r>
      <w:r w:rsidR="002F7A0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А когда Югославия</w:t>
      </w:r>
      <w:r w:rsidR="002715CC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Тито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начала разваливаться </w:t>
      </w:r>
      <w:r w:rsidR="00B245F0">
        <w:rPr>
          <w:rFonts w:ascii="Times New Roman" w:hAnsi="Times New Roman" w:cs="Times New Roman"/>
          <w:sz w:val="28"/>
          <w:szCs w:val="28"/>
          <w:lang w:val="ru-RU"/>
        </w:rPr>
        <w:t xml:space="preserve">и её потребовали спасать 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— </w:t>
      </w:r>
      <w:proofErr w:type="spell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Паннонский</w:t>
      </w:r>
      <w:proofErr w:type="spell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моряк резко стал пацифистом. Очень удобн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о. Артисты поют там, где платят и не лезут под пули со сцены. </w:t>
      </w:r>
      <w:r w:rsidR="0051063F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Ружьё </w:t>
      </w:r>
      <w:r w:rsidR="00CF45F5">
        <w:rPr>
          <w:rFonts w:ascii="Times New Roman" w:hAnsi="Times New Roman" w:cs="Times New Roman"/>
          <w:sz w:val="28"/>
          <w:szCs w:val="28"/>
          <w:lang w:val="ru-RU"/>
        </w:rPr>
        <w:t>в пьесе</w:t>
      </w:r>
      <w:r w:rsidR="0051063F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куда безопаснее, даже если волей режиссёра обязательно выстрелит в финале.</w:t>
      </w:r>
    </w:p>
    <w:p w:rsidR="00EA75E8" w:rsidRPr="002C15D2" w:rsidRDefault="002715C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="002F7A0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0419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E81729"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1063F" w:rsidRPr="002C15D2">
        <w:rPr>
          <w:rFonts w:ascii="Times New Roman" w:hAnsi="Times New Roman" w:cs="Times New Roman"/>
          <w:sz w:val="28"/>
          <w:szCs w:val="28"/>
          <w:lang w:val="ru-RU"/>
        </w:rPr>
        <w:t>(р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езко останавливается)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Замолчи. Он рисковал</w:t>
      </w:r>
      <w:r w:rsidR="0051063F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свободой творчества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! </w:t>
      </w:r>
      <w:r w:rsidR="0051063F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Ты не знаешь, каково это для певца. 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Его запрещали на радио! А то, что </w:t>
      </w:r>
      <w:proofErr w:type="gram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в Нови-Саде</w:t>
      </w:r>
      <w:proofErr w:type="gram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жил </w:t>
      </w:r>
      <w:proofErr w:type="spell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Балашевич</w:t>
      </w:r>
      <w:proofErr w:type="spell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— не забудут дольше, чем мы с тобой проживём.</w:t>
      </w:r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Б</w:t>
      </w:r>
      <w:r w:rsidR="00404196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proofErr w:type="gramStart"/>
      <w:r w:rsidRPr="002C15D2">
        <w:rPr>
          <w:rFonts w:ascii="Times New Roman" w:hAnsi="Times New Roman" w:cs="Times New Roman"/>
          <w:sz w:val="28"/>
          <w:szCs w:val="28"/>
          <w:lang w:val="ru-RU"/>
        </w:rPr>
        <w:t>В Нови-Саде</w:t>
      </w:r>
      <w:proofErr w:type="gramEnd"/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когда-то жила моя мама. И что? Она тоже умерла. Никто не поёт о ней баллад.</w:t>
      </w:r>
    </w:p>
    <w:p w:rsidR="002715CC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="002F7A0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proofErr w:type="gramStart"/>
      <w:r w:rsidRPr="002C15D2">
        <w:rPr>
          <w:rFonts w:ascii="Times New Roman" w:hAnsi="Times New Roman" w:cs="Times New Roman"/>
          <w:sz w:val="28"/>
          <w:szCs w:val="28"/>
          <w:lang w:val="ru-RU"/>
        </w:rPr>
        <w:t>Твоя</w:t>
      </w:r>
      <w:proofErr w:type="gramEnd"/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15D2">
        <w:rPr>
          <w:rFonts w:ascii="Times New Roman" w:hAnsi="Times New Roman" w:cs="Times New Roman"/>
          <w:sz w:val="28"/>
          <w:szCs w:val="28"/>
          <w:lang w:val="ru-RU"/>
        </w:rPr>
        <w:t>нейросеть</w:t>
      </w:r>
      <w:proofErr w:type="spellEnd"/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— это паразитирование. </w:t>
      </w:r>
    </w:p>
    <w:p w:rsidR="00EA75E8" w:rsidRPr="002C15D2" w:rsidRDefault="002715C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Б</w:t>
      </w:r>
      <w:r w:rsidR="002F7A0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0419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(отвечает быстро)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="009661A1">
        <w:rPr>
          <w:rFonts w:ascii="Times New Roman" w:hAnsi="Times New Roman" w:cs="Times New Roman"/>
          <w:sz w:val="28"/>
          <w:szCs w:val="28"/>
          <w:lang w:val="ru-RU"/>
        </w:rPr>
        <w:t>Зато мой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творец — безгрешен! Он </w:t>
      </w:r>
      <w:r w:rsidR="00305F3B">
        <w:rPr>
          <w:rFonts w:ascii="Times New Roman" w:hAnsi="Times New Roman" w:cs="Times New Roman"/>
          <w:sz w:val="28"/>
          <w:szCs w:val="28"/>
          <w:lang w:val="ru-RU"/>
        </w:rPr>
        <w:t>выдаёт чистую, идеальную поэзию, а не политику в нотах.</w:t>
      </w:r>
    </w:p>
    <w:p w:rsidR="002715CC" w:rsidRPr="002C15D2" w:rsidRDefault="002715C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="002F7A0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0419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(усмехается)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E81729" w:rsidRPr="002C15D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Да-да. Особенно, когда ты вывешиваешь эту музыку на своём канале. А </w:t>
      </w:r>
      <w:proofErr w:type="gram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денежки</w:t>
      </w:r>
      <w:proofErr w:type="gram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за прослушивание собирает кто? Никак вдова </w:t>
      </w:r>
      <w:proofErr w:type="spell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Балашевича</w:t>
      </w:r>
      <w:proofErr w:type="spell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с твоих «опытов» 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процент имеет? Или всё капает на </w:t>
      </w:r>
      <w:proofErr w:type="gram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твой</w:t>
      </w:r>
      <w:proofErr w:type="gram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криптокошелёк</w:t>
      </w:r>
      <w:proofErr w:type="spell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? Ты продаёшь ностальгию оптом.</w:t>
      </w: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E81729" w:rsidRPr="00966DE2">
        <w:rPr>
          <w:rFonts w:ascii="Times New Roman" w:hAnsi="Times New Roman" w:cs="Times New Roman"/>
          <w:i/>
          <w:sz w:val="28"/>
          <w:szCs w:val="28"/>
          <w:lang w:val="ru-RU"/>
        </w:rPr>
        <w:t>(Срывается на крик</w:t>
      </w:r>
      <w:r w:rsidR="0076305A" w:rsidRPr="00966DE2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  <w:r w:rsidR="00E81729" w:rsidRPr="00966DE2">
        <w:rPr>
          <w:rFonts w:ascii="Times New Roman" w:hAnsi="Times New Roman" w:cs="Times New Roman"/>
          <w:i/>
          <w:sz w:val="28"/>
          <w:szCs w:val="28"/>
          <w:lang w:val="ru-RU"/>
        </w:rPr>
        <w:t>)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715CC" w:rsidRPr="002C15D2" w:rsidRDefault="002715C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Б</w:t>
      </w:r>
      <w:r w:rsidR="002F7A0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В Нови-Саде</w:t>
      </w:r>
      <w:proofErr w:type="gram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я встретил свою бывшую супругу. С тех п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ор я недолюбливаю этот город. </w:t>
      </w:r>
    </w:p>
    <w:p w:rsidR="00EA75E8" w:rsidRPr="002C15D2" w:rsidRDefault="002715CC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="002F7A0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А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я не позволяю стирать его историю! Ты превращаешь </w:t>
      </w:r>
      <w:proofErr w:type="gram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уникальное</w:t>
      </w:r>
      <w:proofErr w:type="gram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в обои для </w:t>
      </w:r>
      <w:proofErr w:type="spell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коворкингов</w:t>
      </w:r>
      <w:proofErr w:type="spell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966DE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Б</w:t>
      </w:r>
      <w:r w:rsidR="002F7A0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Зато эти обои приносят по триста долларов в день. Моя свобода окупается. </w:t>
      </w:r>
      <w:r w:rsidRPr="00966DE2">
        <w:rPr>
          <w:rFonts w:ascii="Times New Roman" w:hAnsi="Times New Roman" w:cs="Times New Roman"/>
          <w:i/>
          <w:sz w:val="28"/>
          <w:szCs w:val="28"/>
          <w:lang w:val="ru-RU"/>
        </w:rPr>
        <w:t>(Поворачивает ноутбук к А</w:t>
      </w:r>
      <w:r w:rsidR="007268BD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  <w:r w:rsidRPr="00966DE2">
        <w:rPr>
          <w:rFonts w:ascii="Times New Roman" w:hAnsi="Times New Roman" w:cs="Times New Roman"/>
          <w:i/>
          <w:sz w:val="28"/>
          <w:szCs w:val="28"/>
          <w:lang w:val="ru-RU"/>
        </w:rPr>
        <w:t>, ослепляя его</w:t>
      </w:r>
      <w:r w:rsidR="002715CC" w:rsidRPr="00966DE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светом экра</w:t>
      </w:r>
      <w:r w:rsidR="00067D9B">
        <w:rPr>
          <w:rFonts w:ascii="Times New Roman" w:hAnsi="Times New Roman" w:cs="Times New Roman"/>
          <w:i/>
          <w:sz w:val="28"/>
          <w:szCs w:val="28"/>
          <w:lang w:val="ru-RU"/>
        </w:rPr>
        <w:t>на</w:t>
      </w:r>
      <w:r w:rsidR="002715CC" w:rsidRPr="00966DE2">
        <w:rPr>
          <w:rFonts w:ascii="Times New Roman" w:hAnsi="Times New Roman" w:cs="Times New Roman"/>
          <w:i/>
          <w:sz w:val="28"/>
          <w:szCs w:val="28"/>
          <w:lang w:val="ru-RU"/>
        </w:rPr>
        <w:t>).</w:t>
      </w:r>
      <w:r w:rsidR="002715CC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О чём спорим? Нажми кнопку, чудак</w:t>
      </w:r>
      <w:r w:rsidR="00966DE2">
        <w:rPr>
          <w:rFonts w:ascii="Times New Roman" w:hAnsi="Times New Roman" w:cs="Times New Roman"/>
          <w:sz w:val="28"/>
          <w:szCs w:val="28"/>
          <w:lang w:val="ru-RU"/>
        </w:rPr>
        <w:t>. Т</w:t>
      </w:r>
      <w:r w:rsidR="002715CC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рек номер пять, «Дождь на улице </w:t>
      </w:r>
      <w:proofErr w:type="spellStart"/>
      <w:r w:rsidR="002715CC" w:rsidRPr="002C15D2">
        <w:rPr>
          <w:rFonts w:ascii="Times New Roman" w:hAnsi="Times New Roman" w:cs="Times New Roman"/>
          <w:sz w:val="28"/>
          <w:szCs w:val="28"/>
          <w:lang w:val="ru-RU"/>
        </w:rPr>
        <w:t>Доситеева</w:t>
      </w:r>
      <w:proofErr w:type="spellEnd"/>
      <w:r w:rsidR="002715CC" w:rsidRPr="002C15D2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966DE2">
        <w:rPr>
          <w:rFonts w:ascii="Times New Roman" w:hAnsi="Times New Roman" w:cs="Times New Roman"/>
          <w:sz w:val="28"/>
          <w:szCs w:val="28"/>
          <w:lang w:val="ru-RU"/>
        </w:rPr>
        <w:t xml:space="preserve">. Чем не оригинал?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Твоя мама заплакала бы. </w:t>
      </w:r>
    </w:p>
    <w:p w:rsidR="00EA75E8" w:rsidRPr="00966DE2" w:rsidRDefault="00E81729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66DE2">
        <w:rPr>
          <w:rFonts w:ascii="Times New Roman" w:hAnsi="Times New Roman" w:cs="Times New Roman"/>
          <w:i/>
          <w:sz w:val="28"/>
          <w:szCs w:val="28"/>
          <w:lang w:val="ru-RU"/>
        </w:rPr>
        <w:t xml:space="preserve">(Из динамиков запускается </w:t>
      </w:r>
      <w:proofErr w:type="spellStart"/>
      <w:proofErr w:type="gramStart"/>
      <w:r w:rsidRPr="00966DE2">
        <w:rPr>
          <w:rFonts w:ascii="Times New Roman" w:hAnsi="Times New Roman" w:cs="Times New Roman"/>
          <w:i/>
          <w:sz w:val="28"/>
          <w:szCs w:val="28"/>
          <w:lang w:val="ru-RU"/>
        </w:rPr>
        <w:t>ИИ-трек</w:t>
      </w:r>
      <w:proofErr w:type="spellEnd"/>
      <w:proofErr w:type="gramEnd"/>
      <w:r w:rsidRPr="00966DE2">
        <w:rPr>
          <w:rFonts w:ascii="Times New Roman" w:hAnsi="Times New Roman" w:cs="Times New Roman"/>
          <w:i/>
          <w:sz w:val="28"/>
          <w:szCs w:val="28"/>
          <w:lang w:val="ru-RU"/>
        </w:rPr>
        <w:t>: безупречная гитара с намеренно расстроенными нижними тонами и сгенерированный голос</w:t>
      </w:r>
      <w:r w:rsidR="00263F8E">
        <w:rPr>
          <w:rFonts w:ascii="Times New Roman" w:hAnsi="Times New Roman" w:cs="Times New Roman"/>
          <w:i/>
          <w:sz w:val="28"/>
          <w:szCs w:val="28"/>
          <w:lang w:val="ru-RU"/>
        </w:rPr>
        <w:t>, пугающе напоминающий голос</w:t>
      </w:r>
      <w:r w:rsidR="00AE5FA5" w:rsidRPr="00966DE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AE5FA5" w:rsidRPr="00966DE2">
        <w:rPr>
          <w:rFonts w:ascii="Times New Roman" w:hAnsi="Times New Roman" w:cs="Times New Roman"/>
          <w:i/>
          <w:sz w:val="28"/>
          <w:szCs w:val="28"/>
          <w:lang w:val="ru-RU"/>
        </w:rPr>
        <w:t>Балашевича</w:t>
      </w:r>
      <w:proofErr w:type="spellEnd"/>
      <w:r w:rsidRPr="00966DE2">
        <w:rPr>
          <w:rFonts w:ascii="Times New Roman" w:hAnsi="Times New Roman" w:cs="Times New Roman"/>
          <w:i/>
          <w:sz w:val="28"/>
          <w:szCs w:val="28"/>
          <w:lang w:val="ru-RU"/>
        </w:rPr>
        <w:t>).</w:t>
      </w:r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sz w:val="28"/>
          <w:szCs w:val="28"/>
          <w:lang w:val="ru-RU"/>
        </w:rPr>
        <w:br/>
      </w:r>
    </w:p>
    <w:p w:rsidR="00966DE2" w:rsidRDefault="00966DE2" w:rsidP="00966DE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СЦЕНА ТРЕТЬЯ</w:t>
      </w:r>
    </w:p>
    <w:p w:rsidR="00EA75E8" w:rsidRPr="002C15D2" w:rsidRDefault="00E81729" w:rsidP="00966DE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ДИСТИЛЛИРОВАННАЯ ТОСКА (ФИНАЛ)</w:t>
      </w:r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 xml:space="preserve">[РЕМАРОЧНЫЙ ПЛАН </w:t>
      </w:r>
      <w:r w:rsidR="00645D38">
        <w:rPr>
          <w:rFonts w:ascii="Times New Roman" w:hAnsi="Times New Roman" w:cs="Times New Roman"/>
          <w:i/>
          <w:sz w:val="28"/>
          <w:szCs w:val="28"/>
          <w:lang w:val="ru-RU"/>
        </w:rPr>
        <w:t>ПО СВЕТУ И ЗВУКУ:</w:t>
      </w:r>
      <w:proofErr w:type="gramEnd"/>
      <w:r w:rsidR="00645D38">
        <w:rPr>
          <w:rFonts w:ascii="Times New Roman" w:hAnsi="Times New Roman" w:cs="Times New Roman"/>
          <w:i/>
          <w:sz w:val="28"/>
          <w:szCs w:val="28"/>
          <w:lang w:val="ru-RU"/>
        </w:rPr>
        <w:br/>
        <w:t xml:space="preserve">СВЕТ: После </w:t>
      </w: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разбивания ноутбука свет экрана и общая заливка гаснут мгновенно. </w:t>
      </w:r>
      <w:r w:rsidR="00645D38">
        <w:rPr>
          <w:rFonts w:ascii="Times New Roman" w:hAnsi="Times New Roman" w:cs="Times New Roman"/>
          <w:i/>
          <w:sz w:val="28"/>
          <w:szCs w:val="28"/>
          <w:lang w:val="ru-RU"/>
        </w:rPr>
        <w:t>Персонаж А. оказывается в световом пятне, свет идёт сверху</w:t>
      </w: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На стихах шторки прожектора плавно закрываются, сужая свет в точку на </w:t>
      </w:r>
      <w:r w:rsidR="00645D38">
        <w:rPr>
          <w:rFonts w:ascii="Times New Roman" w:hAnsi="Times New Roman" w:cs="Times New Roman"/>
          <w:i/>
          <w:sz w:val="28"/>
          <w:szCs w:val="28"/>
          <w:lang w:val="ru-RU"/>
        </w:rPr>
        <w:t>лице, выделяя шевелящиеся губы,</w:t>
      </w: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и</w:t>
      </w:r>
      <w:r w:rsidR="00034DD0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r w:rsidR="00645D38">
        <w:rPr>
          <w:rFonts w:ascii="Times New Roman" w:hAnsi="Times New Roman" w:cs="Times New Roman"/>
          <w:i/>
          <w:sz w:val="28"/>
          <w:szCs w:val="28"/>
          <w:lang w:val="ru-RU"/>
        </w:rPr>
        <w:t>наконец</w:t>
      </w:r>
      <w:r w:rsidR="00034DD0">
        <w:rPr>
          <w:rFonts w:ascii="Times New Roman" w:hAnsi="Times New Roman" w:cs="Times New Roman"/>
          <w:i/>
          <w:sz w:val="28"/>
          <w:szCs w:val="28"/>
          <w:lang w:val="ru-RU"/>
        </w:rPr>
        <w:t>, свет</w:t>
      </w:r>
      <w:r w:rsidR="00645D38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гасне</w:t>
      </w: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>т полностью.</w:t>
      </w: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br/>
      </w: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 xml:space="preserve">ЗВУК: При ударе </w:t>
      </w:r>
      <w:proofErr w:type="spellStart"/>
      <w:proofErr w:type="gramStart"/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>ИИ-тр</w:t>
      </w:r>
      <w:r w:rsidR="00B60331">
        <w:rPr>
          <w:rFonts w:ascii="Times New Roman" w:hAnsi="Times New Roman" w:cs="Times New Roman"/>
          <w:i/>
          <w:sz w:val="28"/>
          <w:szCs w:val="28"/>
          <w:lang w:val="ru-RU"/>
        </w:rPr>
        <w:t>ек</w:t>
      </w:r>
      <w:proofErr w:type="spellEnd"/>
      <w:proofErr w:type="gramEnd"/>
      <w:r w:rsidR="00B6033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обрывается</w:t>
      </w: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Наступает тишина. После включения магнитофона — плоский, монофонический звук с шипением ленты. </w:t>
      </w:r>
      <w:proofErr w:type="gramStart"/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>В финале громкость уходит в ноль, и после последнего слова звучит громкий механический щелчок кнопки магнитофона.]</w:t>
      </w:r>
      <w:proofErr w:type="gramEnd"/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Б</w:t>
      </w:r>
      <w:r w:rsidR="002F7A0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>Я пойду. Оставляю трек на повторе. Послушай, как звучит бессмертие. Процент с просмотров я выведу сам. (Уходит).</w:t>
      </w:r>
    </w:p>
    <w:p w:rsidR="00EA75E8" w:rsidRPr="002C15D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>(А остаётся один.</w:t>
      </w:r>
      <w:proofErr w:type="gramEnd"/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Экран ноутбука пульсирует. А медленно подходит к столу, всматривается в экран. </w:t>
      </w:r>
      <w:proofErr w:type="gramStart"/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>Он слышит пугающе точную интонацию барда, призвук пальцев, задевающих струны...)</w:t>
      </w:r>
      <w:proofErr w:type="gramEnd"/>
    </w:p>
    <w:p w:rsidR="00966DE2" w:rsidRDefault="00E817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="002F7A0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(Тихо, с яростью) </w:t>
      </w:r>
      <w:r w:rsidR="00966DE2">
        <w:rPr>
          <w:rFonts w:ascii="Times New Roman" w:hAnsi="Times New Roman" w:cs="Times New Roman"/>
          <w:sz w:val="28"/>
          <w:szCs w:val="28"/>
          <w:lang w:val="ru-RU"/>
        </w:rPr>
        <w:t xml:space="preserve">Господи… Хочется плакать… </w:t>
      </w:r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Расстроил </w:t>
      </w:r>
      <w:proofErr w:type="gramStart"/>
      <w:r w:rsidRPr="002C15D2">
        <w:rPr>
          <w:rFonts w:ascii="Times New Roman" w:hAnsi="Times New Roman" w:cs="Times New Roman"/>
          <w:sz w:val="28"/>
          <w:szCs w:val="28"/>
          <w:lang w:val="ru-RU"/>
        </w:rPr>
        <w:t>нижнюю</w:t>
      </w:r>
      <w:proofErr w:type="gramEnd"/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... Даже это просчитал. </w:t>
      </w:r>
      <w:proofErr w:type="spellStart"/>
      <w:r w:rsidRPr="002C15D2">
        <w:rPr>
          <w:rFonts w:ascii="Times New Roman" w:hAnsi="Times New Roman" w:cs="Times New Roman"/>
          <w:sz w:val="28"/>
          <w:szCs w:val="28"/>
          <w:lang w:val="ru-RU"/>
        </w:rPr>
        <w:t>Сукин</w:t>
      </w:r>
      <w:proofErr w:type="spellEnd"/>
      <w:r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сын. </w:t>
      </w:r>
    </w:p>
    <w:p w:rsidR="00966DE2" w:rsidRDefault="00E81729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66DE2">
        <w:rPr>
          <w:rFonts w:ascii="Times New Roman" w:hAnsi="Times New Roman" w:cs="Times New Roman"/>
          <w:i/>
          <w:sz w:val="28"/>
          <w:szCs w:val="28"/>
          <w:lang w:val="ru-RU"/>
        </w:rPr>
        <w:t xml:space="preserve">Резко захлопывает ноутбук и со всей силы разбивает его о пол. Хруст пластика. Полная тишина. </w:t>
      </w:r>
    </w:p>
    <w:p w:rsidR="00EA75E8" w:rsidRPr="00966DE2" w:rsidRDefault="00E81729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66DE2">
        <w:rPr>
          <w:rFonts w:ascii="Times New Roman" w:hAnsi="Times New Roman" w:cs="Times New Roman"/>
          <w:i/>
          <w:sz w:val="28"/>
          <w:szCs w:val="28"/>
          <w:lang w:val="ru-RU"/>
        </w:rPr>
        <w:t xml:space="preserve">А тяжело дышит, садится на пол, нажимает кнопку на старом кассетном магнитофоне. Из динамика пробивается аналоговый, хриплый звук </w:t>
      </w:r>
      <w:r w:rsidR="00944282" w:rsidRPr="007268BD">
        <w:rPr>
          <w:rFonts w:ascii="Times New Roman" w:hAnsi="Times New Roman" w:cs="Times New Roman"/>
          <w:i/>
          <w:sz w:val="28"/>
          <w:szCs w:val="28"/>
          <w:lang w:val="ru-RU"/>
        </w:rPr>
        <w:t>сербской песни о грешнике, продавшем душу дьяволу за богатую жизнь</w:t>
      </w:r>
      <w:r w:rsidR="007268BD" w:rsidRPr="007268BD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</w:p>
    <w:p w:rsidR="002C15D2" w:rsidRPr="002C15D2" w:rsidRDefault="002F7A0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А.</w:t>
      </w:r>
      <w:r w:rsidR="0040419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E81729"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(сам с собой, на </w:t>
      </w:r>
      <w:r w:rsidR="003E5FD4">
        <w:rPr>
          <w:rFonts w:ascii="Times New Roman" w:hAnsi="Times New Roman" w:cs="Times New Roman"/>
          <w:sz w:val="28"/>
          <w:szCs w:val="28"/>
          <w:lang w:val="ru-RU"/>
        </w:rPr>
        <w:t xml:space="preserve">фоне </w:t>
      </w:r>
      <w:r w:rsidR="00944282">
        <w:rPr>
          <w:rFonts w:ascii="Times New Roman" w:hAnsi="Times New Roman" w:cs="Times New Roman"/>
          <w:sz w:val="28"/>
          <w:szCs w:val="28"/>
          <w:lang w:val="ru-RU"/>
        </w:rPr>
        <w:t>песни)</w:t>
      </w:r>
      <w:r w:rsidRPr="002F7A0B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966DE2">
        <w:rPr>
          <w:rFonts w:ascii="Times New Roman" w:hAnsi="Times New Roman" w:cs="Times New Roman"/>
          <w:sz w:val="28"/>
          <w:szCs w:val="28"/>
          <w:lang w:val="ru-RU"/>
        </w:rPr>
        <w:t xml:space="preserve"> Вот э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то о нас... О людях. Мы умели работать руками и менять этот мир. Не всегда получалось хорошо. Но это было честно. Мы сами жили, сами и грешили, сами пожинали горькие плоды. Мы находили силы принять эти плоды. Не уничтожали их нажатием кнопки. А если нам чего-то не хватало... мы просто выходили работать в третью смену. </w:t>
      </w:r>
    </w:p>
    <w:p w:rsidR="002C15D2" w:rsidRPr="002C15D2" w:rsidRDefault="00E81729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i/>
          <w:sz w:val="28"/>
          <w:szCs w:val="28"/>
          <w:lang w:val="ru-RU"/>
        </w:rPr>
        <w:t>Замирает. Взгляд падает на обломки</w:t>
      </w:r>
      <w:r w:rsidR="00E94E72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</w:t>
      </w:r>
      <w:proofErr w:type="gramStart"/>
      <w:r w:rsidR="00E94E72">
        <w:rPr>
          <w:rFonts w:ascii="Times New Roman" w:hAnsi="Times New Roman" w:cs="Times New Roman"/>
          <w:i/>
          <w:sz w:val="28"/>
          <w:szCs w:val="28"/>
          <w:lang w:val="ru-RU"/>
        </w:rPr>
        <w:t>Внезапно замечает вернувшего Б.</w:t>
      </w:r>
      <w:r w:rsidR="00154A02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  <w:proofErr w:type="gramEnd"/>
    </w:p>
    <w:p w:rsidR="00966DE2" w:rsidRPr="00966DE2" w:rsidRDefault="00E94E7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E94E72">
        <w:rPr>
          <w:rFonts w:ascii="Times New Roman" w:hAnsi="Times New Roman" w:cs="Times New Roman"/>
          <w:b/>
          <w:sz w:val="28"/>
          <w:szCs w:val="28"/>
          <w:lang w:val="ru-RU"/>
        </w:rPr>
        <w:t>Б.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(узнавая мелодию)</w:t>
      </w:r>
      <w:r w:rsidRPr="00E94E7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="00966DE2">
        <w:rPr>
          <w:rFonts w:ascii="Times New Roman" w:hAnsi="Times New Roman" w:cs="Times New Roman"/>
          <w:sz w:val="28"/>
          <w:szCs w:val="28"/>
          <w:lang w:val="ru-RU"/>
        </w:rPr>
        <w:t>Третья смена... А ч</w:t>
      </w:r>
      <w:r w:rsidR="00154A02">
        <w:rPr>
          <w:rFonts w:ascii="Times New Roman" w:hAnsi="Times New Roman" w:cs="Times New Roman"/>
          <w:sz w:val="28"/>
          <w:szCs w:val="28"/>
          <w:lang w:val="ru-RU"/>
        </w:rPr>
        <w:t>то, если это не тв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оя смена на фабрик</w:t>
      </w:r>
      <w:r w:rsidR="00154A02">
        <w:rPr>
          <w:rFonts w:ascii="Times New Roman" w:hAnsi="Times New Roman" w:cs="Times New Roman"/>
          <w:sz w:val="28"/>
          <w:szCs w:val="28"/>
          <w:lang w:val="ru-RU"/>
        </w:rPr>
        <w:t>е? Что, если третья смена — это они (кивает на разбитый ноутбук.) Т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ретья версия работников. Третья версия творцов, идущих </w:t>
      </w:r>
      <w:r w:rsidR="00E81729" w:rsidRPr="00966DE2">
        <w:rPr>
          <w:rFonts w:ascii="Times New Roman" w:hAnsi="Times New Roman" w:cs="Times New Roman"/>
          <w:sz w:val="28"/>
          <w:szCs w:val="28"/>
          <w:lang w:val="ru-RU"/>
        </w:rPr>
        <w:t>на смену</w:t>
      </w:r>
      <w:r w:rsidR="002C15D2" w:rsidRPr="00966DE2">
        <w:rPr>
          <w:rFonts w:ascii="Times New Roman" w:hAnsi="Times New Roman" w:cs="Times New Roman"/>
          <w:sz w:val="28"/>
          <w:szCs w:val="28"/>
          <w:lang w:val="ru-RU"/>
        </w:rPr>
        <w:t xml:space="preserve"> нам</w:t>
      </w:r>
      <w:r w:rsidR="00E81729" w:rsidRPr="00966DE2">
        <w:rPr>
          <w:rFonts w:ascii="Times New Roman" w:hAnsi="Times New Roman" w:cs="Times New Roman"/>
          <w:sz w:val="28"/>
          <w:szCs w:val="28"/>
          <w:lang w:val="ru-RU"/>
        </w:rPr>
        <w:t>...</w:t>
      </w:r>
      <w:r w:rsidR="00E81729" w:rsidRPr="00966DE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</w:p>
    <w:p w:rsidR="00966DE2" w:rsidRPr="00966DE2" w:rsidRDefault="00966DE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Оглядывает</w:t>
      </w:r>
      <w:r w:rsidRPr="00966DE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пространство перед собой невидящим взглядом.</w:t>
      </w:r>
    </w:p>
    <w:p w:rsidR="00154A02" w:rsidRDefault="00154A0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54A02">
        <w:rPr>
          <w:rFonts w:ascii="Times New Roman" w:hAnsi="Times New Roman" w:cs="Times New Roman"/>
          <w:b/>
          <w:sz w:val="28"/>
          <w:szCs w:val="28"/>
          <w:lang w:val="ru-RU"/>
        </w:rPr>
        <w:t>А.: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Мне жаль их. Господи, как мне их жаль... Для кого они будут работать?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Чего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ради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? Во имя…</w:t>
      </w:r>
    </w:p>
    <w:p w:rsidR="00154A02" w:rsidRDefault="00154A0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54A02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Б. пожимает одним плечом, кривит рот.</w:t>
      </w:r>
    </w:p>
    <w:p w:rsidR="00154A02" w:rsidRPr="00154A02" w:rsidRDefault="00154A0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54A02">
        <w:rPr>
          <w:rFonts w:ascii="Times New Roman" w:hAnsi="Times New Roman" w:cs="Times New Roman"/>
          <w:b/>
          <w:sz w:val="28"/>
          <w:szCs w:val="28"/>
          <w:lang w:val="ru-RU"/>
        </w:rPr>
        <w:t>Б.:</w:t>
      </w:r>
      <w:r w:rsidRPr="00154A02">
        <w:rPr>
          <w:rFonts w:ascii="Times New Roman" w:hAnsi="Times New Roman" w:cs="Times New Roman"/>
          <w:sz w:val="28"/>
          <w:szCs w:val="28"/>
          <w:lang w:val="ru-RU"/>
        </w:rPr>
        <w:t xml:space="preserve"> Ну будут какие-то задания, цели. Другие просто.</w:t>
      </w:r>
    </w:p>
    <w:p w:rsidR="002C15D2" w:rsidRDefault="0092345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2345A">
        <w:rPr>
          <w:rFonts w:ascii="Times New Roman" w:hAnsi="Times New Roman" w:cs="Times New Roman"/>
          <w:b/>
          <w:sz w:val="28"/>
          <w:szCs w:val="28"/>
          <w:lang w:val="ru-RU"/>
        </w:rPr>
        <w:t>А.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92345A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И кто </w:t>
      </w:r>
      <w:r w:rsidR="00966DE2">
        <w:rPr>
          <w:rFonts w:ascii="Times New Roman" w:hAnsi="Times New Roman" w:cs="Times New Roman"/>
          <w:sz w:val="28"/>
          <w:szCs w:val="28"/>
          <w:lang w:val="ru-RU"/>
        </w:rPr>
        <w:t>для них нажмёт на кнопки</w:t>
      </w:r>
      <w:r w:rsidR="00E5422E">
        <w:rPr>
          <w:rFonts w:ascii="Times New Roman" w:hAnsi="Times New Roman" w:cs="Times New Roman"/>
          <w:sz w:val="28"/>
          <w:szCs w:val="28"/>
          <w:lang w:val="ru-RU"/>
        </w:rPr>
        <w:t xml:space="preserve"> совести, боли? Ведь этот весь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новый мир... </w:t>
      </w:r>
      <w:r w:rsidR="00E5422E">
        <w:rPr>
          <w:rFonts w:ascii="Times New Roman" w:hAnsi="Times New Roman" w:cs="Times New Roman"/>
          <w:sz w:val="28"/>
          <w:szCs w:val="28"/>
          <w:lang w:val="ru-RU"/>
        </w:rPr>
        <w:t xml:space="preserve">(неопределённый нервный жест руками) </w:t>
      </w:r>
      <w:r w:rsidR="002C15D2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он </w:t>
      </w:r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слишком лёгкий. </w:t>
      </w:r>
      <w:proofErr w:type="gram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Слишком быстрый.</w:t>
      </w:r>
      <w:proofErr w:type="gram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>Абсолютно стерильный.</w:t>
      </w:r>
      <w:proofErr w:type="gramEnd"/>
      <w:r w:rsidR="00E81729" w:rsidRPr="002C1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84879">
        <w:rPr>
          <w:rFonts w:ascii="Times New Roman" w:hAnsi="Times New Roman" w:cs="Times New Roman"/>
          <w:sz w:val="28"/>
          <w:szCs w:val="28"/>
          <w:lang w:val="ru-RU"/>
        </w:rPr>
        <w:t xml:space="preserve">Как дистиллированная вода. Как </w:t>
      </w:r>
      <w:r w:rsidR="00D87E4E">
        <w:rPr>
          <w:rFonts w:ascii="Times New Roman" w:hAnsi="Times New Roman" w:cs="Times New Roman"/>
          <w:sz w:val="28"/>
          <w:szCs w:val="28"/>
          <w:lang w:val="ru-RU"/>
        </w:rPr>
        <w:t>воздух под бактерицидной лампой</w:t>
      </w:r>
      <w:r w:rsidR="00C84879">
        <w:rPr>
          <w:rFonts w:ascii="Times New Roman" w:hAnsi="Times New Roman" w:cs="Times New Roman"/>
          <w:sz w:val="28"/>
          <w:szCs w:val="28"/>
          <w:lang w:val="ru-RU"/>
        </w:rPr>
        <w:t xml:space="preserve"> с мертвящим ультрафиолетом.</w:t>
      </w:r>
    </w:p>
    <w:p w:rsidR="00E5422E" w:rsidRPr="002C15D2" w:rsidRDefault="00E5422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5422E">
        <w:rPr>
          <w:rFonts w:ascii="Times New Roman" w:hAnsi="Times New Roman" w:cs="Times New Roman"/>
          <w:b/>
          <w:sz w:val="28"/>
          <w:szCs w:val="28"/>
          <w:lang w:val="ru-RU"/>
        </w:rPr>
        <w:t>Б.: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 понимаю – что плохого в чистой воде, в чистом воздухе?</w:t>
      </w:r>
    </w:p>
    <w:p w:rsidR="00EA75E8" w:rsidRDefault="00E5422E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А. н</w:t>
      </w:r>
      <w:r w:rsidR="00E81729" w:rsidRPr="002C15D2">
        <w:rPr>
          <w:rFonts w:ascii="Times New Roman" w:hAnsi="Times New Roman" w:cs="Times New Roman"/>
          <w:i/>
          <w:sz w:val="28"/>
          <w:szCs w:val="28"/>
          <w:lang w:val="ru-RU"/>
        </w:rPr>
        <w:t>ачинае</w:t>
      </w:r>
      <w:r w:rsidR="00C52945">
        <w:rPr>
          <w:rFonts w:ascii="Times New Roman" w:hAnsi="Times New Roman" w:cs="Times New Roman"/>
          <w:i/>
          <w:sz w:val="28"/>
          <w:szCs w:val="28"/>
          <w:lang w:val="ru-RU"/>
        </w:rPr>
        <w:t>т плавно читать стихи</w:t>
      </w:r>
      <w:r w:rsidR="00776289">
        <w:rPr>
          <w:rFonts w:ascii="Times New Roman" w:hAnsi="Times New Roman" w:cs="Times New Roman"/>
          <w:i/>
          <w:sz w:val="28"/>
          <w:szCs w:val="28"/>
          <w:lang w:val="ru-RU"/>
        </w:rPr>
        <w:t>. Свет ступенчато гаснет</w:t>
      </w:r>
      <w:r w:rsidR="00E81729" w:rsidRPr="002C15D2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  <w:r w:rsidR="002C15D2" w:rsidRPr="002C15D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</w:p>
    <w:p w:rsidR="00D87E4E" w:rsidRPr="002C15D2" w:rsidRDefault="00E5422E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Речь А. незаметно переходит в</w:t>
      </w:r>
      <w:r w:rsidR="00D87E4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ритм стихов.</w:t>
      </w:r>
    </w:p>
    <w:p w:rsidR="00D87E4E" w:rsidRPr="00D87E4E" w:rsidRDefault="00E81729" w:rsidP="00D87E4E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="002F7A0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D87E4E" w:rsidRDefault="0096425A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="00D87E4E"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еспроста</w:t>
      </w:r>
      <w:proofErr w:type="gramEnd"/>
      <w:r w:rsidR="00D87E4E"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D87E4E" w:rsidRPr="00D87E4E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родится вода </w:t>
      </w:r>
    </w:p>
    <w:p w:rsidR="00EC0A20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очень </w:t>
      </w:r>
      <w:proofErr w:type="gramStart"/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гибкой</w:t>
      </w:r>
      <w:proofErr w:type="gramEnd"/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внутри и снаружи…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A37496">
        <w:rPr>
          <w:rFonts w:ascii="Times New Roman" w:eastAsia="Times New Roman" w:hAnsi="Times New Roman" w:cs="Times New Roman"/>
          <w:sz w:val="28"/>
          <w:szCs w:val="28"/>
          <w:lang w:val="ru-RU"/>
        </w:rPr>
        <w:t>Кому нужно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A37496">
        <w:rPr>
          <w:rFonts w:ascii="Times New Roman" w:eastAsia="Times New Roman" w:hAnsi="Times New Roman" w:cs="Times New Roman"/>
          <w:sz w:val="28"/>
          <w:szCs w:val="28"/>
          <w:lang w:val="ru-RU"/>
        </w:rPr>
        <w:t>чтоб она навсегда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:rsidR="00F035EE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застыл</w:t>
      </w:r>
      <w:r w:rsidR="00A3749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</w:p>
    <w:p w:rsidR="00A37496" w:rsidRDefault="00F035E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 мелк</w:t>
      </w:r>
      <w:r w:rsidR="00D87E4E"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</w:t>
      </w:r>
      <w:proofErr w:type="gramEnd"/>
    </w:p>
    <w:p w:rsidR="00F035EE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мёртвой </w:t>
      </w:r>
    </w:p>
    <w:p w:rsidR="00D87E4E" w:rsidRPr="00D87E4E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луже?</w:t>
      </w:r>
    </w:p>
    <w:p w:rsidR="00D87E4E" w:rsidRPr="00D87E4E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87E4E" w:rsidRPr="00D87E4E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Вот, надрываясь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в тиши лабораторий,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 xml:space="preserve">отмерят её – </w:t>
      </w:r>
    </w:p>
    <w:p w:rsidR="00D87E4E" w:rsidRPr="00D87E4E" w:rsidRDefault="00DC0197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D87E4E"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орогую такую – </w:t>
      </w:r>
    </w:p>
    <w:p w:rsidR="00D87E4E" w:rsidRPr="00D87E4E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до капли.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И ни умыться ей,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ни напиться ей...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И тоскует она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по речной цапле,</w:t>
      </w:r>
    </w:p>
    <w:p w:rsidR="00D87E4E" w:rsidRPr="00D87E4E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по кувшинкам тоскует,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по быстрым птицам.</w:t>
      </w:r>
    </w:p>
    <w:p w:rsidR="00D87E4E" w:rsidRPr="00D87E4E" w:rsidRDefault="00D87E4E" w:rsidP="00D87E4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Ей до смерти хочется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F80C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лугам 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виться,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течь по оврагам,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звенеть повсюду...</w:t>
      </w:r>
    </w:p>
    <w:p w:rsidR="00D87E4E" w:rsidRPr="00D87E4E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Послушайте!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DC0197">
        <w:rPr>
          <w:rFonts w:ascii="Times New Roman" w:eastAsia="Times New Roman" w:hAnsi="Times New Roman" w:cs="Times New Roman"/>
          <w:sz w:val="28"/>
          <w:szCs w:val="28"/>
          <w:lang w:val="ru-RU"/>
        </w:rPr>
        <w:t>Ведь нельзя же</w:t>
      </w:r>
      <w:r w:rsidR="00DC0197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всех</w:t>
      </w:r>
      <w:r w:rsidR="00DC01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нас да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одну посуду</w:t>
      </w:r>
      <w:r w:rsidR="00DC0197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:rsidR="00D87E4E" w:rsidRPr="00D87E4E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в рамки, в оглобли,</w:t>
      </w:r>
    </w:p>
    <w:p w:rsidR="00D87E4E" w:rsidRPr="00D87E4E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9642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узду – да в чужие сани!</w:t>
      </w:r>
    </w:p>
    <w:p w:rsidR="00D87E4E" w:rsidRPr="00D87E4E" w:rsidRDefault="00B95E9C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Да в </w:t>
      </w:r>
      <w:r w:rsidR="00D87E4E"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ежовые рукавицы…</w:t>
      </w:r>
    </w:p>
    <w:p w:rsidR="00D87E4E" w:rsidRPr="00D87E4E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87E4E" w:rsidRPr="00D87E4E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Потом ведь</w:t>
      </w:r>
    </w:p>
    <w:p w:rsidR="00D87E4E" w:rsidRPr="00D87E4E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людьми называться</w:t>
      </w:r>
    </w:p>
    <w:p w:rsidR="00D87E4E" w:rsidRPr="00D87E4E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не будем сами.</w:t>
      </w:r>
    </w:p>
    <w:p w:rsidR="00D87E4E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>Потом</w:t>
      </w:r>
      <w:r w:rsidR="00B95E9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уже нам </w:t>
      </w:r>
    </w:p>
    <w:p w:rsidR="006C1BFA" w:rsidRDefault="00D56148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ни </w:t>
      </w:r>
      <w:r w:rsidR="00B95E9C">
        <w:rPr>
          <w:rFonts w:ascii="Times New Roman" w:eastAsia="Times New Roman" w:hAnsi="Times New Roman" w:cs="Times New Roman"/>
          <w:sz w:val="28"/>
          <w:szCs w:val="28"/>
          <w:lang w:val="ru-RU"/>
        </w:rPr>
        <w:t>водой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</w:p>
    <w:p w:rsidR="00B95E9C" w:rsidRPr="00D87E4E" w:rsidRDefault="00D56148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ничем</w:t>
      </w:r>
      <w:r w:rsidR="00B95E9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D87E4E" w:rsidRPr="00D87E4E" w:rsidRDefault="00D87E4E" w:rsidP="00D87E4E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7E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 отмыться… </w:t>
      </w:r>
    </w:p>
    <w:p w:rsidR="00C52945" w:rsidRPr="00C52945" w:rsidRDefault="00C52945" w:rsidP="00C52945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76289" w:rsidRPr="00776289" w:rsidRDefault="004264D7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Короткая пауза. </w:t>
      </w:r>
      <w:r w:rsidR="00776289" w:rsidRPr="00776289">
        <w:rPr>
          <w:rFonts w:ascii="Times New Roman" w:hAnsi="Times New Roman" w:cs="Times New Roman"/>
          <w:i/>
          <w:sz w:val="28"/>
          <w:szCs w:val="28"/>
          <w:lang w:val="ru-RU"/>
        </w:rPr>
        <w:t>Раньше, чем зал отзовётся аплодисментами, из темноты должен прозвучать голос А</w:t>
      </w:r>
      <w:r w:rsidR="008A5C5F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  <w:r w:rsidR="00776289" w:rsidRPr="00776289">
        <w:rPr>
          <w:rFonts w:ascii="Times New Roman" w:hAnsi="Times New Roman" w:cs="Times New Roman"/>
          <w:i/>
          <w:sz w:val="28"/>
          <w:szCs w:val="28"/>
          <w:lang w:val="ru-RU"/>
        </w:rPr>
        <w:t>:</w:t>
      </w:r>
    </w:p>
    <w:p w:rsidR="00776289" w:rsidRDefault="0077628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 всё-таки: разве певец не слагает внутри себя новую песню, даже зная, что завтра её не исполнит?</w:t>
      </w:r>
    </w:p>
    <w:p w:rsidR="008A5C5F" w:rsidRPr="008A5C5F" w:rsidRDefault="008A5C5F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76289">
        <w:rPr>
          <w:rFonts w:ascii="Times New Roman" w:hAnsi="Times New Roman" w:cs="Times New Roman"/>
          <w:i/>
          <w:sz w:val="28"/>
          <w:szCs w:val="28"/>
          <w:lang w:val="ru-RU"/>
        </w:rPr>
        <w:t>Громкий механический щелчок отстрелившей кнопки магнитофона. Полная тишина.</w:t>
      </w:r>
    </w:p>
    <w:p w:rsidR="00EA75E8" w:rsidRPr="00776289" w:rsidRDefault="00776289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76289">
        <w:rPr>
          <w:rFonts w:ascii="Times New Roman" w:hAnsi="Times New Roman" w:cs="Times New Roman"/>
          <w:i/>
          <w:sz w:val="28"/>
          <w:szCs w:val="28"/>
          <w:lang w:val="ru-RU"/>
        </w:rPr>
        <w:t>Тишина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окончательная</w:t>
      </w:r>
      <w:r w:rsidRPr="00776289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  <w:r w:rsidR="00E81729" w:rsidRPr="00776289">
        <w:rPr>
          <w:rFonts w:ascii="Times New Roman" w:hAnsi="Times New Roman" w:cs="Times New Roman"/>
          <w:i/>
          <w:sz w:val="28"/>
          <w:szCs w:val="28"/>
          <w:lang w:val="ru-RU"/>
        </w:rPr>
        <w:br/>
      </w:r>
    </w:p>
    <w:p w:rsidR="00EA75E8" w:rsidRPr="002C15D2" w:rsidRDefault="00E8172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C15D2">
        <w:rPr>
          <w:rFonts w:ascii="Times New Roman" w:hAnsi="Times New Roman" w:cs="Times New Roman"/>
          <w:b/>
          <w:sz w:val="28"/>
          <w:szCs w:val="28"/>
          <w:lang w:val="ru-RU"/>
        </w:rPr>
        <w:t>ЗАНАВЕС</w:t>
      </w:r>
    </w:p>
    <w:sectPr w:rsidR="00EA75E8" w:rsidRPr="002C15D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012D4"/>
    <w:rsid w:val="00034616"/>
    <w:rsid w:val="00034DD0"/>
    <w:rsid w:val="0006063C"/>
    <w:rsid w:val="00067D9B"/>
    <w:rsid w:val="000712F3"/>
    <w:rsid w:val="000837F5"/>
    <w:rsid w:val="00143FF9"/>
    <w:rsid w:val="0015074B"/>
    <w:rsid w:val="00154A02"/>
    <w:rsid w:val="00234473"/>
    <w:rsid w:val="002628C5"/>
    <w:rsid w:val="00263F8E"/>
    <w:rsid w:val="00270651"/>
    <w:rsid w:val="002715CC"/>
    <w:rsid w:val="0029639D"/>
    <w:rsid w:val="002C15D2"/>
    <w:rsid w:val="002F10FF"/>
    <w:rsid w:val="002F7A0B"/>
    <w:rsid w:val="00305F3B"/>
    <w:rsid w:val="00322F4E"/>
    <w:rsid w:val="00326F90"/>
    <w:rsid w:val="00390E66"/>
    <w:rsid w:val="003E5FD4"/>
    <w:rsid w:val="00404196"/>
    <w:rsid w:val="004246D8"/>
    <w:rsid w:val="004264D7"/>
    <w:rsid w:val="004826F7"/>
    <w:rsid w:val="0050312B"/>
    <w:rsid w:val="0051063F"/>
    <w:rsid w:val="005D5181"/>
    <w:rsid w:val="00604955"/>
    <w:rsid w:val="006062CF"/>
    <w:rsid w:val="006202FF"/>
    <w:rsid w:val="00645D38"/>
    <w:rsid w:val="006B456B"/>
    <w:rsid w:val="006C1BFA"/>
    <w:rsid w:val="0070157A"/>
    <w:rsid w:val="007268BD"/>
    <w:rsid w:val="00750103"/>
    <w:rsid w:val="0076305A"/>
    <w:rsid w:val="00776289"/>
    <w:rsid w:val="007D5888"/>
    <w:rsid w:val="00812B8A"/>
    <w:rsid w:val="00821670"/>
    <w:rsid w:val="008A5C5F"/>
    <w:rsid w:val="008B0946"/>
    <w:rsid w:val="0092345A"/>
    <w:rsid w:val="00935AFE"/>
    <w:rsid w:val="00944282"/>
    <w:rsid w:val="0096425A"/>
    <w:rsid w:val="009661A1"/>
    <w:rsid w:val="00966DE2"/>
    <w:rsid w:val="0099525D"/>
    <w:rsid w:val="009D1A9B"/>
    <w:rsid w:val="00A37496"/>
    <w:rsid w:val="00A53809"/>
    <w:rsid w:val="00A64080"/>
    <w:rsid w:val="00AA1D8D"/>
    <w:rsid w:val="00AC5A5E"/>
    <w:rsid w:val="00AE355B"/>
    <w:rsid w:val="00AE5FA5"/>
    <w:rsid w:val="00B14A6B"/>
    <w:rsid w:val="00B245F0"/>
    <w:rsid w:val="00B41DE9"/>
    <w:rsid w:val="00B47730"/>
    <w:rsid w:val="00B60331"/>
    <w:rsid w:val="00B95E9C"/>
    <w:rsid w:val="00BE717B"/>
    <w:rsid w:val="00C25E07"/>
    <w:rsid w:val="00C52945"/>
    <w:rsid w:val="00C84879"/>
    <w:rsid w:val="00CB0664"/>
    <w:rsid w:val="00CD538C"/>
    <w:rsid w:val="00CF45F5"/>
    <w:rsid w:val="00D56148"/>
    <w:rsid w:val="00D60A4A"/>
    <w:rsid w:val="00D7075F"/>
    <w:rsid w:val="00D87E4E"/>
    <w:rsid w:val="00DC0197"/>
    <w:rsid w:val="00DF16BA"/>
    <w:rsid w:val="00E00CB1"/>
    <w:rsid w:val="00E17EBE"/>
    <w:rsid w:val="00E5422E"/>
    <w:rsid w:val="00E65BC3"/>
    <w:rsid w:val="00E81729"/>
    <w:rsid w:val="00E94E72"/>
    <w:rsid w:val="00EA75E8"/>
    <w:rsid w:val="00EC0A20"/>
    <w:rsid w:val="00ED2B52"/>
    <w:rsid w:val="00F035EE"/>
    <w:rsid w:val="00F80C8E"/>
    <w:rsid w:val="00FA24C7"/>
    <w:rsid w:val="00FA46DE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8</Pages>
  <Words>1572</Words>
  <Characters>8964</Characters>
  <Application>Microsoft Office Word</Application>
  <DocSecurity>0</DocSecurity>
  <Lines>74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10515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777</cp:lastModifiedBy>
  <cp:revision>65</cp:revision>
  <dcterms:created xsi:type="dcterms:W3CDTF">2013-12-23T23:15:00Z</dcterms:created>
  <dcterms:modified xsi:type="dcterms:W3CDTF">2026-10-18T05:02:00Z</dcterms:modified>
  <cp:category/>
</cp:coreProperties>
</file>